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601" w:rsidRPr="00E81945" w:rsidRDefault="006D0601" w:rsidP="006D0601">
      <w:pPr>
        <w:widowControl w:val="0"/>
        <w:autoSpaceDE w:val="0"/>
        <w:autoSpaceDN w:val="0"/>
        <w:adjustRightInd w:val="0"/>
        <w:jc w:val="center"/>
        <w:rPr>
          <w:rFonts w:eastAsiaTheme="minorEastAsia"/>
        </w:rPr>
      </w:pPr>
      <w:r w:rsidRPr="00E81945">
        <w:rPr>
          <w:rFonts w:eastAsiaTheme="minorEastAsia"/>
          <w:noProof/>
        </w:rPr>
        <w:drawing>
          <wp:inline distT="0" distB="0" distL="0" distR="0">
            <wp:extent cx="474345" cy="610269"/>
            <wp:effectExtent l="19050" t="0" r="1905" b="0"/>
            <wp:docPr id="42" name="Рисунок 1" descr="Изображение герб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 герба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99" cy="621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601" w:rsidRPr="00E81945" w:rsidRDefault="006D0601" w:rsidP="006D060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8"/>
        </w:rPr>
      </w:pPr>
    </w:p>
    <w:p w:rsidR="006D0601" w:rsidRPr="006D0601" w:rsidRDefault="006D0601" w:rsidP="006D06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sz w:val="24"/>
          <w:lang w:val="ru-RU"/>
        </w:rPr>
      </w:pPr>
      <w:r w:rsidRPr="006D0601">
        <w:rPr>
          <w:rFonts w:eastAsiaTheme="minorEastAsia"/>
          <w:sz w:val="24"/>
          <w:lang w:val="ru-RU"/>
        </w:rPr>
        <w:t xml:space="preserve">МУ «Отдел образования </w:t>
      </w:r>
      <w:proofErr w:type="spellStart"/>
      <w:r w:rsidRPr="006D0601">
        <w:rPr>
          <w:rFonts w:eastAsiaTheme="minorEastAsia"/>
          <w:sz w:val="24"/>
          <w:lang w:val="ru-RU"/>
        </w:rPr>
        <w:t>Ножай-Юртовского</w:t>
      </w:r>
      <w:proofErr w:type="spellEnd"/>
      <w:r w:rsidRPr="006D0601">
        <w:rPr>
          <w:rFonts w:eastAsiaTheme="minorEastAsia"/>
          <w:sz w:val="24"/>
          <w:lang w:val="ru-RU"/>
        </w:rPr>
        <w:t xml:space="preserve"> муниципального района»</w:t>
      </w:r>
    </w:p>
    <w:p w:rsidR="006D0601" w:rsidRPr="006D0601" w:rsidRDefault="006D0601" w:rsidP="006D06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SimSun"/>
          <w:b/>
          <w:sz w:val="24"/>
          <w:lang w:val="ru-RU"/>
        </w:rPr>
      </w:pPr>
      <w:r w:rsidRPr="006D0601">
        <w:rPr>
          <w:rFonts w:eastAsia="SimSun"/>
          <w:b/>
          <w:sz w:val="24"/>
          <w:lang w:val="ru-RU"/>
        </w:rPr>
        <w:t>Муниципальное бюджетное общеобразовательное учреждение</w:t>
      </w:r>
    </w:p>
    <w:p w:rsidR="006D0601" w:rsidRPr="006D0601" w:rsidRDefault="006D0601" w:rsidP="006D06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b/>
          <w:sz w:val="24"/>
          <w:lang w:val="ru-RU"/>
        </w:rPr>
      </w:pPr>
      <w:r w:rsidRPr="006D0601">
        <w:rPr>
          <w:rFonts w:eastAsiaTheme="minorEastAsia"/>
          <w:b/>
          <w:sz w:val="24"/>
          <w:lang w:val="ru-RU"/>
        </w:rPr>
        <w:t>«СРЕДНЯЯ ОБЩЕОБРАЗОВАТЕЛЬНАЯ ШКОЛА №4 С. НОЖАЙ-ЮРТ»</w:t>
      </w:r>
    </w:p>
    <w:p w:rsidR="006D0601" w:rsidRPr="006D0601" w:rsidRDefault="006D0601" w:rsidP="006D06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sz w:val="24"/>
          <w:lang w:val="ru-RU"/>
        </w:rPr>
      </w:pPr>
      <w:r w:rsidRPr="006D0601">
        <w:rPr>
          <w:rFonts w:eastAsiaTheme="minorEastAsia"/>
          <w:sz w:val="24"/>
          <w:lang w:val="ru-RU"/>
        </w:rPr>
        <w:t>(МБОУ «СОШ №4 с. Ножай-Юрт»</w:t>
      </w:r>
      <w:r w:rsidRPr="006D0601">
        <w:rPr>
          <w:rFonts w:eastAsia="Calibri"/>
          <w:sz w:val="24"/>
          <w:lang w:val="ru-RU"/>
        </w:rPr>
        <w:t>)</w:t>
      </w:r>
    </w:p>
    <w:p w:rsidR="006D0601" w:rsidRPr="006D0601" w:rsidRDefault="006D0601" w:rsidP="006D0601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Theme="minorEastAsia"/>
          <w:sz w:val="24"/>
          <w:lang w:val="ru-RU"/>
        </w:rPr>
      </w:pPr>
      <w:r w:rsidRPr="006D0601">
        <w:rPr>
          <w:rFonts w:eastAsiaTheme="minorEastAsia"/>
          <w:sz w:val="24"/>
          <w:lang w:val="ru-RU"/>
        </w:rPr>
        <w:t>МХЬ «</w:t>
      </w:r>
      <w:proofErr w:type="spellStart"/>
      <w:r w:rsidRPr="006D0601">
        <w:rPr>
          <w:rFonts w:eastAsiaTheme="minorEastAsia"/>
          <w:sz w:val="24"/>
          <w:lang w:val="ru-RU"/>
        </w:rPr>
        <w:t>Нажи-Юьртан</w:t>
      </w:r>
      <w:proofErr w:type="spellEnd"/>
      <w:r w:rsidRPr="006D0601">
        <w:rPr>
          <w:rFonts w:eastAsiaTheme="minorEastAsia"/>
          <w:sz w:val="24"/>
          <w:lang w:val="ru-RU"/>
        </w:rPr>
        <w:t xml:space="preserve"> </w:t>
      </w:r>
      <w:proofErr w:type="spellStart"/>
      <w:r w:rsidRPr="006D0601">
        <w:rPr>
          <w:rFonts w:eastAsiaTheme="minorEastAsia"/>
          <w:sz w:val="24"/>
          <w:lang w:val="ru-RU"/>
        </w:rPr>
        <w:t>муниципальни</w:t>
      </w:r>
      <w:proofErr w:type="spellEnd"/>
      <w:r w:rsidRPr="006D0601">
        <w:rPr>
          <w:rFonts w:eastAsiaTheme="minorEastAsia"/>
          <w:sz w:val="24"/>
          <w:lang w:val="ru-RU"/>
        </w:rPr>
        <w:t xml:space="preserve"> к</w:t>
      </w:r>
      <w:proofErr w:type="gramStart"/>
      <w:r w:rsidRPr="006D0601">
        <w:rPr>
          <w:rFonts w:eastAsiaTheme="minorEastAsia"/>
          <w:sz w:val="24"/>
        </w:rPr>
        <w:t>I</w:t>
      </w:r>
      <w:proofErr w:type="spellStart"/>
      <w:proofErr w:type="gramEnd"/>
      <w:r w:rsidRPr="006D0601">
        <w:rPr>
          <w:rFonts w:eastAsiaTheme="minorEastAsia"/>
          <w:sz w:val="24"/>
          <w:lang w:val="ru-RU"/>
        </w:rPr>
        <w:t>оштан</w:t>
      </w:r>
      <w:proofErr w:type="spellEnd"/>
      <w:r w:rsidRPr="006D0601">
        <w:rPr>
          <w:rFonts w:eastAsiaTheme="minorEastAsia"/>
          <w:sz w:val="24"/>
          <w:lang w:val="ru-RU"/>
        </w:rPr>
        <w:t xml:space="preserve"> </w:t>
      </w:r>
      <w:proofErr w:type="spellStart"/>
      <w:r w:rsidRPr="006D0601">
        <w:rPr>
          <w:rFonts w:eastAsiaTheme="minorEastAsia"/>
          <w:sz w:val="24"/>
          <w:lang w:val="ru-RU"/>
        </w:rPr>
        <w:t>дешаран</w:t>
      </w:r>
      <w:proofErr w:type="spellEnd"/>
      <w:r w:rsidRPr="006D0601">
        <w:rPr>
          <w:rFonts w:eastAsiaTheme="minorEastAsia"/>
          <w:sz w:val="24"/>
          <w:lang w:val="ru-RU"/>
        </w:rPr>
        <w:t xml:space="preserve"> </w:t>
      </w:r>
      <w:proofErr w:type="spellStart"/>
      <w:r w:rsidRPr="006D0601">
        <w:rPr>
          <w:rFonts w:eastAsiaTheme="minorEastAsia"/>
          <w:sz w:val="24"/>
          <w:lang w:val="ru-RU"/>
        </w:rPr>
        <w:t>дакъа</w:t>
      </w:r>
      <w:proofErr w:type="spellEnd"/>
      <w:r w:rsidRPr="006D0601">
        <w:rPr>
          <w:rFonts w:eastAsiaTheme="minorEastAsia"/>
          <w:sz w:val="24"/>
          <w:lang w:val="ru-RU"/>
        </w:rPr>
        <w:t>»</w:t>
      </w:r>
    </w:p>
    <w:p w:rsidR="006D0601" w:rsidRPr="006D0601" w:rsidRDefault="006D0601" w:rsidP="006D0601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b/>
          <w:sz w:val="24"/>
        </w:rPr>
      </w:pPr>
      <w:proofErr w:type="spellStart"/>
      <w:r w:rsidRPr="006D0601">
        <w:rPr>
          <w:b/>
          <w:sz w:val="24"/>
        </w:rPr>
        <w:t>Муниципальни</w:t>
      </w:r>
      <w:proofErr w:type="spellEnd"/>
      <w:r w:rsidRPr="006D0601">
        <w:rPr>
          <w:b/>
          <w:sz w:val="24"/>
        </w:rPr>
        <w:t xml:space="preserve"> </w:t>
      </w:r>
      <w:proofErr w:type="spellStart"/>
      <w:r w:rsidRPr="006D0601">
        <w:rPr>
          <w:b/>
          <w:sz w:val="24"/>
        </w:rPr>
        <w:t>бюджетан</w:t>
      </w:r>
      <w:proofErr w:type="spellEnd"/>
      <w:r w:rsidRPr="006D0601">
        <w:rPr>
          <w:b/>
          <w:sz w:val="24"/>
        </w:rPr>
        <w:t xml:space="preserve"> </w:t>
      </w:r>
      <w:proofErr w:type="spellStart"/>
      <w:r w:rsidRPr="006D0601">
        <w:rPr>
          <w:b/>
          <w:sz w:val="24"/>
        </w:rPr>
        <w:t>йукъардешаран</w:t>
      </w:r>
      <w:proofErr w:type="spellEnd"/>
      <w:r w:rsidRPr="006D0601">
        <w:rPr>
          <w:b/>
          <w:sz w:val="24"/>
        </w:rPr>
        <w:t xml:space="preserve"> </w:t>
      </w:r>
      <w:proofErr w:type="spellStart"/>
      <w:r w:rsidRPr="006D0601">
        <w:rPr>
          <w:b/>
          <w:sz w:val="24"/>
        </w:rPr>
        <w:t>хьукмат</w:t>
      </w:r>
      <w:proofErr w:type="spellEnd"/>
    </w:p>
    <w:p w:rsidR="006D0601" w:rsidRPr="006D0601" w:rsidRDefault="006D0601" w:rsidP="006D0601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b/>
          <w:sz w:val="24"/>
        </w:rPr>
      </w:pPr>
      <w:r w:rsidRPr="006D0601">
        <w:rPr>
          <w:b/>
          <w:sz w:val="24"/>
        </w:rPr>
        <w:t>«НАЖИ-ЮЬРТАРА №4 ЙОЛУ ЙУККЪЕРА ЙУКЪАРДЕШАРАН ИШКОЛ»</w:t>
      </w:r>
    </w:p>
    <w:p w:rsidR="006D0601" w:rsidRPr="006D0601" w:rsidRDefault="006D0601" w:rsidP="006D0601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Theme="minorEastAsia"/>
          <w:sz w:val="24"/>
        </w:rPr>
      </w:pPr>
      <w:r w:rsidRPr="006D0601">
        <w:rPr>
          <w:rFonts w:eastAsiaTheme="minorEastAsia"/>
          <w:sz w:val="24"/>
        </w:rPr>
        <w:t>(МБЙХЬ «</w:t>
      </w:r>
      <w:proofErr w:type="spellStart"/>
      <w:r w:rsidRPr="006D0601">
        <w:rPr>
          <w:sz w:val="24"/>
        </w:rPr>
        <w:t>Нажи-Юьртара</w:t>
      </w:r>
      <w:proofErr w:type="spellEnd"/>
      <w:r w:rsidRPr="006D0601">
        <w:rPr>
          <w:sz w:val="24"/>
        </w:rPr>
        <w:t xml:space="preserve"> №4 </w:t>
      </w:r>
      <w:proofErr w:type="spellStart"/>
      <w:r w:rsidRPr="006D0601">
        <w:rPr>
          <w:sz w:val="24"/>
        </w:rPr>
        <w:t>йолу</w:t>
      </w:r>
      <w:proofErr w:type="spellEnd"/>
      <w:r w:rsidRPr="006D0601">
        <w:rPr>
          <w:sz w:val="24"/>
        </w:rPr>
        <w:t xml:space="preserve"> </w:t>
      </w:r>
      <w:r w:rsidRPr="006D0601">
        <w:rPr>
          <w:rFonts w:eastAsia="Calibri"/>
          <w:sz w:val="24"/>
        </w:rPr>
        <w:t>ЙЙИ</w:t>
      </w:r>
      <w:r w:rsidRPr="006D0601">
        <w:rPr>
          <w:rFonts w:eastAsiaTheme="minorEastAsia"/>
          <w:sz w:val="24"/>
        </w:rPr>
        <w:t>»)</w:t>
      </w:r>
    </w:p>
    <w:p w:rsidR="006D0601" w:rsidRPr="00A615FF" w:rsidRDefault="006D0601" w:rsidP="006D0601">
      <w:pPr>
        <w:widowControl w:val="0"/>
        <w:autoSpaceDE w:val="0"/>
        <w:autoSpaceDN w:val="0"/>
        <w:adjustRightInd w:val="0"/>
        <w:rPr>
          <w:b/>
          <w:bCs/>
          <w:color w:val="000000"/>
          <w:szCs w:val="28"/>
        </w:rPr>
      </w:pPr>
    </w:p>
    <w:p w:rsidR="0070134D" w:rsidRPr="00863762" w:rsidRDefault="006D0601">
      <w:pPr>
        <w:jc w:val="right"/>
        <w:rPr>
          <w:lang w:val="ru-RU"/>
        </w:rPr>
      </w:pPr>
      <w:r>
        <w:rPr>
          <w:sz w:val="24"/>
          <w:lang w:val="ru-RU"/>
        </w:rPr>
        <w:t>УТВЕРЖДАЮ</w:t>
      </w:r>
      <w:r>
        <w:rPr>
          <w:sz w:val="24"/>
          <w:lang w:val="ru-RU"/>
        </w:rPr>
        <w:br/>
        <w:t>И.о ди</w:t>
      </w:r>
      <w:r w:rsidR="000B6168" w:rsidRPr="00863762">
        <w:rPr>
          <w:sz w:val="24"/>
          <w:lang w:val="ru-RU"/>
        </w:rPr>
        <w:t>ректор</w:t>
      </w:r>
      <w:r>
        <w:rPr>
          <w:sz w:val="24"/>
          <w:lang w:val="ru-RU"/>
        </w:rPr>
        <w:t>а</w:t>
      </w:r>
      <w:r w:rsidR="000B6168" w:rsidRPr="00863762">
        <w:rPr>
          <w:sz w:val="24"/>
          <w:lang w:val="ru-RU"/>
        </w:rPr>
        <w:t xml:space="preserve"> МБОУ «СОШ с. Байтарки»</w:t>
      </w:r>
      <w:r w:rsidR="000B6168" w:rsidRPr="00863762">
        <w:rPr>
          <w:sz w:val="24"/>
          <w:lang w:val="ru-RU"/>
        </w:rPr>
        <w:br/>
        <w:t>______________ /</w:t>
      </w:r>
      <w:proofErr w:type="spellStart"/>
      <w:r w:rsidR="000B6168" w:rsidRPr="00863762">
        <w:rPr>
          <w:sz w:val="24"/>
          <w:lang w:val="ru-RU"/>
        </w:rPr>
        <w:t>_</w:t>
      </w:r>
      <w:r>
        <w:rPr>
          <w:sz w:val="24"/>
          <w:lang w:val="ru-RU"/>
        </w:rPr>
        <w:t>С.Б.Исрапилова</w:t>
      </w:r>
      <w:proofErr w:type="spellEnd"/>
      <w:r w:rsidR="000B6168" w:rsidRPr="00863762">
        <w:rPr>
          <w:sz w:val="24"/>
          <w:lang w:val="ru-RU"/>
        </w:rPr>
        <w:t>/</w:t>
      </w:r>
      <w:r w:rsidR="000B6168" w:rsidRPr="00863762">
        <w:rPr>
          <w:sz w:val="24"/>
          <w:lang w:val="ru-RU"/>
        </w:rPr>
        <w:br/>
        <w:t>«____» ____________ 2026 г.</w:t>
      </w:r>
    </w:p>
    <w:p w:rsidR="0070134D" w:rsidRPr="00863762" w:rsidRDefault="0070134D">
      <w:pPr>
        <w:rPr>
          <w:lang w:val="ru-RU"/>
        </w:rPr>
      </w:pPr>
    </w:p>
    <w:p w:rsidR="0070134D" w:rsidRPr="00863762" w:rsidRDefault="0070134D">
      <w:pPr>
        <w:rPr>
          <w:lang w:val="ru-RU"/>
        </w:rPr>
      </w:pPr>
    </w:p>
    <w:p w:rsidR="0070134D" w:rsidRPr="00863762" w:rsidRDefault="0070134D">
      <w:pPr>
        <w:rPr>
          <w:lang w:val="ru-RU"/>
        </w:rPr>
      </w:pPr>
    </w:p>
    <w:p w:rsidR="0070134D" w:rsidRPr="006D0601" w:rsidRDefault="000B6168">
      <w:pPr>
        <w:jc w:val="center"/>
        <w:rPr>
          <w:lang w:val="ru-RU"/>
        </w:rPr>
      </w:pPr>
      <w:r w:rsidRPr="006D0601">
        <w:rPr>
          <w:b/>
          <w:sz w:val="34"/>
          <w:lang w:val="ru-RU"/>
        </w:rPr>
        <w:t>МБОУ «СОШ с. Байтарки»</w:t>
      </w:r>
    </w:p>
    <w:p w:rsidR="0070134D" w:rsidRPr="006D0601" w:rsidRDefault="0070134D">
      <w:pPr>
        <w:rPr>
          <w:lang w:val="ru-RU"/>
        </w:rPr>
      </w:pPr>
    </w:p>
    <w:p w:rsidR="0070134D" w:rsidRPr="006D0601" w:rsidRDefault="000B6168">
      <w:pPr>
        <w:jc w:val="center"/>
        <w:rPr>
          <w:lang w:val="ru-RU"/>
        </w:rPr>
      </w:pPr>
      <w:r w:rsidRPr="006D0601">
        <w:rPr>
          <w:b/>
          <w:sz w:val="48"/>
          <w:lang w:val="ru-RU"/>
        </w:rPr>
        <w:t>АНАЛИТИЧЕСКАЯ СПРАВКА</w:t>
      </w:r>
    </w:p>
    <w:p w:rsidR="0070134D" w:rsidRPr="006D0601" w:rsidRDefault="000B6168">
      <w:pPr>
        <w:jc w:val="center"/>
        <w:rPr>
          <w:lang w:val="ru-RU"/>
        </w:rPr>
      </w:pPr>
      <w:r w:rsidRPr="006D0601">
        <w:rPr>
          <w:b/>
          <w:sz w:val="32"/>
          <w:lang w:val="ru-RU"/>
        </w:rPr>
        <w:t>по результатам всероссийских проверочных работ 2026 года</w:t>
      </w:r>
      <w:r w:rsidRPr="006D0601">
        <w:rPr>
          <w:b/>
          <w:sz w:val="32"/>
          <w:lang w:val="ru-RU"/>
        </w:rPr>
        <w:br/>
        <w:t>по всем классам и учебным предметам,</w:t>
      </w:r>
      <w:r w:rsidRPr="006D0601">
        <w:rPr>
          <w:b/>
          <w:sz w:val="32"/>
          <w:lang w:val="ru-RU"/>
        </w:rPr>
        <w:br/>
        <w:t>по которым</w:t>
      </w:r>
      <w:r w:rsidRPr="006D0601">
        <w:rPr>
          <w:b/>
          <w:sz w:val="32"/>
          <w:lang w:val="ru-RU"/>
        </w:rPr>
        <w:t xml:space="preserve"> обучающиеся школы принимали участие</w:t>
      </w:r>
    </w:p>
    <w:p w:rsidR="0070134D" w:rsidRPr="00863762" w:rsidRDefault="0070134D">
      <w:pPr>
        <w:rPr>
          <w:lang w:val="ru-RU"/>
        </w:rPr>
      </w:pPr>
    </w:p>
    <w:p w:rsidR="0070134D" w:rsidRDefault="0070134D">
      <w:pPr>
        <w:rPr>
          <w:lang w:val="ru-RU"/>
        </w:rPr>
      </w:pPr>
    </w:p>
    <w:p w:rsidR="006D0601" w:rsidRPr="00863762" w:rsidRDefault="006D0601">
      <w:pPr>
        <w:rPr>
          <w:lang w:val="ru-RU"/>
        </w:rPr>
      </w:pPr>
    </w:p>
    <w:p w:rsidR="0070134D" w:rsidRPr="00863762" w:rsidRDefault="006D0601" w:rsidP="006D0601">
      <w:pPr>
        <w:rPr>
          <w:lang w:val="ru-RU"/>
        </w:rPr>
      </w:pPr>
      <w:r>
        <w:rPr>
          <w:lang w:val="ru-RU"/>
        </w:rPr>
        <w:t xml:space="preserve">                                                               </w:t>
      </w:r>
      <w:r w:rsidR="000B6168" w:rsidRPr="00863762">
        <w:rPr>
          <w:lang w:val="ru-RU"/>
        </w:rPr>
        <w:t xml:space="preserve">с. </w:t>
      </w:r>
      <w:proofErr w:type="spellStart"/>
      <w:r w:rsidR="000B6168" w:rsidRPr="00863762">
        <w:rPr>
          <w:lang w:val="ru-RU"/>
        </w:rPr>
        <w:t>Байтарки</w:t>
      </w:r>
      <w:proofErr w:type="spellEnd"/>
      <w:r w:rsidR="000B6168" w:rsidRPr="00863762">
        <w:rPr>
          <w:lang w:val="ru-RU"/>
        </w:rPr>
        <w:br/>
      </w:r>
      <w:r>
        <w:rPr>
          <w:lang w:val="ru-RU"/>
        </w:rPr>
        <w:t xml:space="preserve">                                                                       </w:t>
      </w:r>
      <w:r w:rsidR="000B6168" w:rsidRPr="00863762">
        <w:rPr>
          <w:lang w:val="ru-RU"/>
        </w:rPr>
        <w:t>2026</w:t>
      </w:r>
    </w:p>
    <w:p w:rsidR="006D0601" w:rsidRDefault="006D0601" w:rsidP="006D0601">
      <w:pPr>
        <w:tabs>
          <w:tab w:val="left" w:pos="3930"/>
        </w:tabs>
        <w:rPr>
          <w:lang w:val="ru-RU"/>
        </w:rPr>
      </w:pPr>
    </w:p>
    <w:p w:rsidR="0070134D" w:rsidRPr="00863762" w:rsidRDefault="000B6168" w:rsidP="006D0601">
      <w:pPr>
        <w:rPr>
          <w:lang w:val="ru-RU"/>
        </w:rPr>
      </w:pPr>
      <w:r w:rsidRPr="00863762">
        <w:rPr>
          <w:lang w:val="ru-RU"/>
        </w:rPr>
        <w:t>СОДЕРЖАНИЕ</w:t>
      </w:r>
    </w:p>
    <w:p w:rsidR="0070134D" w:rsidRPr="00863762" w:rsidRDefault="000B6168">
      <w:pPr>
        <w:spacing w:after="80"/>
        <w:ind w:firstLine="709"/>
        <w:jc w:val="both"/>
        <w:rPr>
          <w:lang w:val="ru-RU"/>
        </w:rPr>
      </w:pPr>
      <w:r w:rsidRPr="00863762">
        <w:rPr>
          <w:lang w:val="ru-RU"/>
        </w:rPr>
        <w:t>1. Общие сведения, цель и методика анализа</w:t>
      </w:r>
    </w:p>
    <w:p w:rsidR="0070134D" w:rsidRPr="00863762" w:rsidRDefault="000B6168">
      <w:pPr>
        <w:spacing w:after="80"/>
        <w:ind w:firstLine="709"/>
        <w:jc w:val="both"/>
        <w:rPr>
          <w:lang w:val="ru-RU"/>
        </w:rPr>
      </w:pPr>
      <w:r w:rsidRPr="00863762">
        <w:rPr>
          <w:lang w:val="ru-RU"/>
        </w:rPr>
        <w:t>2. Ключевые результаты школы</w:t>
      </w:r>
    </w:p>
    <w:p w:rsidR="0070134D" w:rsidRPr="00863762" w:rsidRDefault="000B6168">
      <w:pPr>
        <w:spacing w:after="80"/>
        <w:ind w:firstLine="709"/>
        <w:jc w:val="both"/>
        <w:rPr>
          <w:lang w:val="ru-RU"/>
        </w:rPr>
      </w:pPr>
      <w:r w:rsidRPr="00863762">
        <w:rPr>
          <w:lang w:val="ru-RU"/>
        </w:rPr>
        <w:t>3. Сравнение результатов школы с районными, региональными и федеральными показателями</w:t>
      </w:r>
    </w:p>
    <w:p w:rsidR="0070134D" w:rsidRPr="00863762" w:rsidRDefault="000B6168">
      <w:pPr>
        <w:spacing w:after="80"/>
        <w:ind w:firstLine="709"/>
        <w:jc w:val="both"/>
        <w:rPr>
          <w:lang w:val="ru-RU"/>
        </w:rPr>
      </w:pPr>
      <w:r w:rsidRPr="00863762">
        <w:rPr>
          <w:lang w:val="ru-RU"/>
        </w:rPr>
        <w:t>4. Анализ выполнения зада</w:t>
      </w:r>
      <w:r w:rsidRPr="00863762">
        <w:rPr>
          <w:lang w:val="ru-RU"/>
        </w:rPr>
        <w:t>ний по уровням сложности</w:t>
      </w:r>
    </w:p>
    <w:p w:rsidR="0070134D" w:rsidRPr="00863762" w:rsidRDefault="000B6168">
      <w:pPr>
        <w:spacing w:after="80"/>
        <w:ind w:firstLine="709"/>
        <w:jc w:val="both"/>
        <w:rPr>
          <w:lang w:val="ru-RU"/>
        </w:rPr>
      </w:pPr>
      <w:r w:rsidRPr="00863762">
        <w:rPr>
          <w:lang w:val="ru-RU"/>
        </w:rPr>
        <w:t>5. Анализ результатов по классам</w:t>
      </w:r>
    </w:p>
    <w:p w:rsidR="0070134D" w:rsidRPr="00863762" w:rsidRDefault="000B6168">
      <w:pPr>
        <w:spacing w:after="80"/>
        <w:ind w:firstLine="709"/>
        <w:jc w:val="both"/>
        <w:rPr>
          <w:lang w:val="ru-RU"/>
        </w:rPr>
      </w:pPr>
      <w:r w:rsidRPr="00863762">
        <w:rPr>
          <w:lang w:val="ru-RU"/>
        </w:rPr>
        <w:t>6. Предметы и задания, требующие первоочередного внутришкольного контроля</w:t>
      </w:r>
    </w:p>
    <w:p w:rsidR="0070134D" w:rsidRPr="00863762" w:rsidRDefault="000B6168">
      <w:pPr>
        <w:spacing w:after="80"/>
        <w:ind w:firstLine="709"/>
        <w:jc w:val="both"/>
        <w:rPr>
          <w:lang w:val="ru-RU"/>
        </w:rPr>
      </w:pPr>
      <w:r w:rsidRPr="00863762">
        <w:rPr>
          <w:lang w:val="ru-RU"/>
        </w:rPr>
        <w:t>7. Сопоставление отметок ВПР с отметками по журналу</w:t>
      </w:r>
    </w:p>
    <w:p w:rsidR="0070134D" w:rsidRPr="00863762" w:rsidRDefault="000B6168">
      <w:pPr>
        <w:spacing w:after="80"/>
        <w:ind w:firstLine="709"/>
        <w:jc w:val="both"/>
        <w:rPr>
          <w:lang w:val="ru-RU"/>
        </w:rPr>
      </w:pPr>
      <w:r w:rsidRPr="00863762">
        <w:rPr>
          <w:lang w:val="ru-RU"/>
        </w:rPr>
        <w:t>8. Межпредметные дефициты, сильные стороны и зоны риска</w:t>
      </w:r>
    </w:p>
    <w:p w:rsidR="0070134D" w:rsidRPr="00863762" w:rsidRDefault="000B6168">
      <w:pPr>
        <w:spacing w:after="80"/>
        <w:ind w:firstLine="709"/>
        <w:jc w:val="both"/>
        <w:rPr>
          <w:lang w:val="ru-RU"/>
        </w:rPr>
      </w:pPr>
      <w:r w:rsidRPr="00863762">
        <w:rPr>
          <w:lang w:val="ru-RU"/>
        </w:rPr>
        <w:t>9. Адресные реко</w:t>
      </w:r>
      <w:r w:rsidRPr="00863762">
        <w:rPr>
          <w:lang w:val="ru-RU"/>
        </w:rPr>
        <w:t>мендации и план внутришкольной работы</w:t>
      </w:r>
    </w:p>
    <w:p w:rsidR="0070134D" w:rsidRPr="00863762" w:rsidRDefault="000B6168">
      <w:pPr>
        <w:spacing w:after="80"/>
        <w:ind w:firstLine="709"/>
        <w:jc w:val="both"/>
        <w:rPr>
          <w:lang w:val="ru-RU"/>
        </w:rPr>
      </w:pPr>
      <w:r w:rsidRPr="00863762">
        <w:rPr>
          <w:lang w:val="ru-RU"/>
        </w:rPr>
        <w:t>10. Основные выводы</w:t>
      </w:r>
    </w:p>
    <w:p w:rsidR="0070134D" w:rsidRPr="00863762" w:rsidRDefault="000B6168">
      <w:pPr>
        <w:spacing w:after="80"/>
        <w:ind w:firstLine="709"/>
        <w:jc w:val="both"/>
        <w:rPr>
          <w:lang w:val="ru-RU"/>
        </w:rPr>
      </w:pPr>
      <w:r w:rsidRPr="00863762">
        <w:rPr>
          <w:lang w:val="ru-RU"/>
        </w:rPr>
        <w:t>Приложение 1. Детализированный анализ по каждому классу и предмету</w:t>
      </w:r>
    </w:p>
    <w:p w:rsidR="0070134D" w:rsidRPr="00863762" w:rsidRDefault="000B6168">
      <w:pPr>
        <w:spacing w:after="80"/>
        <w:ind w:firstLine="709"/>
        <w:jc w:val="both"/>
        <w:rPr>
          <w:lang w:val="ru-RU"/>
        </w:rPr>
      </w:pPr>
      <w:r w:rsidRPr="00863762">
        <w:rPr>
          <w:lang w:val="ru-RU"/>
        </w:rPr>
        <w:t>Приложение 2. Полный перечень заданий с выполнением ниже 50% и адресными рекомендациями</w:t>
      </w:r>
    </w:p>
    <w:p w:rsidR="0070134D" w:rsidRPr="00863762" w:rsidRDefault="000B6168">
      <w:pPr>
        <w:rPr>
          <w:lang w:val="ru-RU"/>
        </w:rPr>
      </w:pPr>
      <w:r w:rsidRPr="00863762">
        <w:rPr>
          <w:lang w:val="ru-RU"/>
        </w:rPr>
        <w:br w:type="page"/>
      </w:r>
    </w:p>
    <w:p w:rsidR="0070134D" w:rsidRPr="00863762" w:rsidRDefault="000B6168">
      <w:pPr>
        <w:pStyle w:val="1"/>
        <w:rPr>
          <w:lang w:val="ru-RU"/>
        </w:rPr>
      </w:pPr>
      <w:r w:rsidRPr="00863762">
        <w:rPr>
          <w:lang w:val="ru-RU"/>
        </w:rPr>
        <w:lastRenderedPageBreak/>
        <w:t xml:space="preserve">1. Общие сведения, цель и методика </w:t>
      </w:r>
      <w:r w:rsidRPr="00863762">
        <w:rPr>
          <w:lang w:val="ru-RU"/>
        </w:rPr>
        <w:t>анализа</w:t>
      </w:r>
    </w:p>
    <w:p w:rsidR="0070134D" w:rsidRPr="00863762" w:rsidRDefault="000B6168">
      <w:pPr>
        <w:spacing w:after="80"/>
        <w:ind w:firstLine="709"/>
        <w:jc w:val="both"/>
        <w:rPr>
          <w:lang w:val="ru-RU"/>
        </w:rPr>
      </w:pPr>
      <w:r w:rsidRPr="00863762">
        <w:rPr>
          <w:lang w:val="ru-RU"/>
        </w:rPr>
        <w:t>Основанием для подготовки аналитической справки являются результаты ВПР-2026, представленные в аналитической выгрузке по МБОУ «СОШ с. Байтарки». Документ подготовлен для использования администрацией школы, руководителями школьных методических объед</w:t>
      </w:r>
      <w:r w:rsidRPr="00863762">
        <w:rPr>
          <w:lang w:val="ru-RU"/>
        </w:rPr>
        <w:t>инений и учителями-предметниками при планировании внутришкольного контроля и коррекционной работы в 2026/2027 учебном году.</w:t>
      </w:r>
    </w:p>
    <w:p w:rsidR="0070134D" w:rsidRPr="00863762" w:rsidRDefault="000B6168">
      <w:pPr>
        <w:spacing w:after="80"/>
        <w:ind w:firstLine="709"/>
        <w:jc w:val="both"/>
        <w:rPr>
          <w:lang w:val="ru-RU"/>
        </w:rPr>
      </w:pPr>
      <w:r w:rsidRPr="00863762">
        <w:rPr>
          <w:lang w:val="ru-RU"/>
        </w:rPr>
        <w:t>В выгрузке обнаружены данные школы по 28 сочетаниям «класс–предмет» в 4–8-х и 10-м классах. Всего проанализировано 562 результатов в</w:t>
      </w:r>
      <w:r w:rsidRPr="00863762">
        <w:rPr>
          <w:lang w:val="ru-RU"/>
        </w:rPr>
        <w:t>ыполнения проверочных работ и 432 заданий. По 37 сочетаниям «класс–предмет» строка школы отсутствует; такие позиции не включались в расчеты и не интерпретировались как нулевой результат.</w:t>
      </w:r>
    </w:p>
    <w:p w:rsidR="0070134D" w:rsidRPr="00863762" w:rsidRDefault="000B6168">
      <w:pPr>
        <w:spacing w:after="80"/>
        <w:ind w:firstLine="709"/>
        <w:jc w:val="both"/>
        <w:rPr>
          <w:lang w:val="ru-RU"/>
        </w:rPr>
      </w:pPr>
      <w:r w:rsidRPr="00863762">
        <w:rPr>
          <w:lang w:val="ru-RU"/>
        </w:rPr>
        <w:t>Для каждого предмета рассчитаны: успеваемость (доля отметок «3», «4»,</w:t>
      </w:r>
      <w:r w:rsidRPr="00863762">
        <w:rPr>
          <w:lang w:val="ru-RU"/>
        </w:rPr>
        <w:t xml:space="preserve"> «5»), качество знаний (доля отметок «4» и «5»), средняя отметка, средний процент выполнения заданий от максимального балла, отклонения от районного, регионального и федерального уровней, доля сложных заданий, а также характер совпадения отметок ВПР с отме</w:t>
      </w:r>
      <w:r w:rsidRPr="00863762">
        <w:rPr>
          <w:lang w:val="ru-RU"/>
        </w:rPr>
        <w:t>тками по журналу.</w:t>
      </w:r>
    </w:p>
    <w:p w:rsidR="0070134D" w:rsidRPr="00863762" w:rsidRDefault="000B6168">
      <w:pPr>
        <w:spacing w:after="80"/>
        <w:ind w:firstLine="709"/>
        <w:jc w:val="both"/>
        <w:rPr>
          <w:lang w:val="ru-RU"/>
        </w:rPr>
      </w:pPr>
      <w:r w:rsidRPr="00863762">
        <w:rPr>
          <w:lang w:val="ru-RU"/>
        </w:rPr>
        <w:t>Средний процент выполнения заданий определялся с учетом максимального балла каждого задания. Общешкольные и классные показатели рассчитаны как средневзвешенные по числу выполненных работ. Количество работ не является числом уникальных обу</w:t>
      </w:r>
      <w:r w:rsidRPr="00863762">
        <w:rPr>
          <w:lang w:val="ru-RU"/>
        </w:rPr>
        <w:t>чающихся, поскольку один обучающийся мог выполнять ВПР по нескольким предметам.</w:t>
      </w:r>
    </w:p>
    <w:p w:rsidR="0070134D" w:rsidRPr="00863762" w:rsidRDefault="000B6168">
      <w:pPr>
        <w:spacing w:after="80"/>
        <w:ind w:firstLine="709"/>
        <w:jc w:val="both"/>
        <w:rPr>
          <w:lang w:val="ru-RU"/>
        </w:rPr>
      </w:pPr>
      <w:r w:rsidRPr="00863762">
        <w:rPr>
          <w:lang w:val="ru-RU"/>
        </w:rPr>
        <w:t>В качестве рабочих аналитических порогов использованы следующие уровни: 75% и выше — устойчиво сформированное умение; 50–74,9% — частично сформированное умение; 30–49,9% — выра</w:t>
      </w:r>
      <w:r w:rsidRPr="00863762">
        <w:rPr>
          <w:lang w:val="ru-RU"/>
        </w:rPr>
        <w:t>женный дефицит; ниже 30% — критически выраженный дефицит. Эти пороги применяются для адресного планирования и не заменяют официальные критерии перевода первичных баллов в отметки.</w:t>
      </w:r>
    </w:p>
    <w:p w:rsidR="0070134D" w:rsidRDefault="000B6168">
      <w:pPr>
        <w:pStyle w:val="1"/>
      </w:pPr>
      <w:r>
        <w:t>2. Ключевые результаты школы</w:t>
      </w:r>
    </w:p>
    <w:tbl>
      <w:tblPr>
        <w:tblStyle w:val="aff0"/>
        <w:tblW w:w="0" w:type="auto"/>
        <w:jc w:val="center"/>
        <w:tblLook w:val="04A0"/>
      </w:tblPr>
      <w:tblGrid>
        <w:gridCol w:w="2029"/>
        <w:gridCol w:w="2029"/>
        <w:gridCol w:w="2029"/>
        <w:gridCol w:w="2029"/>
        <w:gridCol w:w="2029"/>
      </w:tblGrid>
      <w:tr w:rsidR="0070134D">
        <w:trPr>
          <w:jc w:val="center"/>
        </w:trPr>
        <w:tc>
          <w:tcPr>
            <w:tcW w:w="2029" w:type="dxa"/>
            <w:shd w:val="clear" w:color="auto" w:fill="1F4E78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20"/>
              </w:rPr>
              <w:t>Проверочных работ</w:t>
            </w:r>
          </w:p>
        </w:tc>
        <w:tc>
          <w:tcPr>
            <w:tcW w:w="2029" w:type="dxa"/>
            <w:shd w:val="clear" w:color="auto" w:fill="1F4E78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20"/>
              </w:rPr>
              <w:t>Успеваемость</w:t>
            </w:r>
          </w:p>
        </w:tc>
        <w:tc>
          <w:tcPr>
            <w:tcW w:w="2029" w:type="dxa"/>
            <w:shd w:val="clear" w:color="auto" w:fill="1F4E78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20"/>
              </w:rPr>
              <w:t>Качество знаний</w:t>
            </w:r>
          </w:p>
        </w:tc>
        <w:tc>
          <w:tcPr>
            <w:tcW w:w="2029" w:type="dxa"/>
            <w:shd w:val="clear" w:color="auto" w:fill="1F4E78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20"/>
              </w:rPr>
              <w:t>Средняя отметка</w:t>
            </w:r>
          </w:p>
        </w:tc>
        <w:tc>
          <w:tcPr>
            <w:tcW w:w="2029" w:type="dxa"/>
            <w:shd w:val="clear" w:color="auto" w:fill="1F4E78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20"/>
              </w:rPr>
              <w:t>Средний результат</w:t>
            </w:r>
          </w:p>
        </w:tc>
      </w:tr>
      <w:tr w:rsidR="0070134D">
        <w:trPr>
          <w:jc w:val="center"/>
        </w:trPr>
        <w:tc>
          <w:tcPr>
            <w:tcW w:w="2029" w:type="dxa"/>
            <w:shd w:val="clear" w:color="auto" w:fill="D9EAF7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1F4E78"/>
                <w:sz w:val="30"/>
              </w:rPr>
              <w:t>562</w:t>
            </w:r>
          </w:p>
        </w:tc>
        <w:tc>
          <w:tcPr>
            <w:tcW w:w="2029" w:type="dxa"/>
            <w:shd w:val="clear" w:color="auto" w:fill="D9EAF7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1F4E78"/>
                <w:sz w:val="30"/>
              </w:rPr>
              <w:t>89,5%</w:t>
            </w:r>
          </w:p>
        </w:tc>
        <w:tc>
          <w:tcPr>
            <w:tcW w:w="2029" w:type="dxa"/>
            <w:shd w:val="clear" w:color="auto" w:fill="D9EAF7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1F4E78"/>
                <w:sz w:val="30"/>
              </w:rPr>
              <w:t>36,3%</w:t>
            </w:r>
          </w:p>
        </w:tc>
        <w:tc>
          <w:tcPr>
            <w:tcW w:w="2029" w:type="dxa"/>
            <w:shd w:val="clear" w:color="auto" w:fill="D9EAF7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1F4E78"/>
                <w:sz w:val="30"/>
              </w:rPr>
              <w:t>3,27</w:t>
            </w:r>
          </w:p>
        </w:tc>
        <w:tc>
          <w:tcPr>
            <w:tcW w:w="2029" w:type="dxa"/>
            <w:shd w:val="clear" w:color="auto" w:fill="D9EAF7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1F4E78"/>
                <w:sz w:val="30"/>
              </w:rPr>
              <w:t>52,2%</w:t>
            </w:r>
          </w:p>
        </w:tc>
      </w:tr>
    </w:tbl>
    <w:p w:rsidR="0070134D" w:rsidRDefault="0070134D"/>
    <w:p w:rsidR="0070134D" w:rsidRPr="00863762" w:rsidRDefault="000B6168">
      <w:pPr>
        <w:spacing w:after="80"/>
        <w:ind w:firstLine="709"/>
        <w:jc w:val="both"/>
        <w:rPr>
          <w:lang w:val="ru-RU"/>
        </w:rPr>
      </w:pPr>
      <w:r w:rsidRPr="00863762">
        <w:rPr>
          <w:lang w:val="ru-RU"/>
        </w:rPr>
        <w:lastRenderedPageBreak/>
        <w:t xml:space="preserve">В целом по школе успеваемость составляет 89,5%, качество знаний — 36,3%, средняя отметка — 3,27. Средний результат выполнения заданий равен 52,2%, что на 2,8% ниже районного уровня, на 1,6% </w:t>
      </w:r>
      <w:r w:rsidRPr="00863762">
        <w:rPr>
          <w:lang w:val="ru-RU"/>
        </w:rPr>
        <w:t>ниже показателя Чеченской Республики и на 8,7% ниже федерального уровня.</w:t>
      </w:r>
    </w:p>
    <w:p w:rsidR="0070134D" w:rsidRPr="00863762" w:rsidRDefault="000B6168">
      <w:pPr>
        <w:spacing w:after="80"/>
        <w:ind w:firstLine="709"/>
        <w:jc w:val="both"/>
        <w:rPr>
          <w:lang w:val="ru-RU"/>
        </w:rPr>
      </w:pPr>
      <w:r w:rsidRPr="00863762">
        <w:rPr>
          <w:lang w:val="ru-RU"/>
        </w:rPr>
        <w:t>Из 432 проанализированных заданий результат ниже 50% зафиксирован по 160 заданиям (37,0%), в том числе ниже 30% — по 90 заданиям (20,8%). Это указывает на необходимость системной, а н</w:t>
      </w:r>
      <w:r w:rsidRPr="00863762">
        <w:rPr>
          <w:lang w:val="ru-RU"/>
        </w:rPr>
        <w:t>е точечной коррекционной работы.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6035040" cy="300051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_grade_success_quality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000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863762" w:rsidRDefault="000B6168">
      <w:pPr>
        <w:spacing w:after="120"/>
        <w:jc w:val="center"/>
        <w:rPr>
          <w:lang w:val="ru-RU"/>
        </w:rPr>
      </w:pPr>
      <w:r w:rsidRPr="00863762">
        <w:rPr>
          <w:i/>
          <w:sz w:val="22"/>
          <w:lang w:val="ru-RU"/>
        </w:rPr>
        <w:t>Рисунок 1. Успеваемость и качество знаний по классам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6035040" cy="313474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_grade_task_benchmark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134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863762" w:rsidRDefault="000B6168">
      <w:pPr>
        <w:spacing w:after="120"/>
        <w:jc w:val="center"/>
        <w:rPr>
          <w:lang w:val="ru-RU"/>
        </w:rPr>
      </w:pPr>
      <w:r w:rsidRPr="00863762">
        <w:rPr>
          <w:i/>
          <w:sz w:val="22"/>
          <w:lang w:val="ru-RU"/>
        </w:rPr>
        <w:t>Рисунок 2. Средний результат выполнения заданий по классам</w:t>
      </w:r>
    </w:p>
    <w:p w:rsidR="0070134D" w:rsidRPr="00863762" w:rsidRDefault="000B6168">
      <w:pPr>
        <w:pStyle w:val="1"/>
        <w:rPr>
          <w:lang w:val="ru-RU"/>
        </w:rPr>
      </w:pPr>
      <w:r w:rsidRPr="00863762">
        <w:rPr>
          <w:lang w:val="ru-RU"/>
        </w:rPr>
        <w:lastRenderedPageBreak/>
        <w:t>3. Сравнение результатов школы с районными, региональными и федеральными показателями</w:t>
      </w:r>
    </w:p>
    <w:tbl>
      <w:tblPr>
        <w:tblStyle w:val="aff0"/>
        <w:tblW w:w="0" w:type="auto"/>
        <w:jc w:val="center"/>
        <w:tblLook w:val="04A0"/>
      </w:tblPr>
      <w:tblGrid>
        <w:gridCol w:w="680"/>
        <w:gridCol w:w="1020"/>
        <w:gridCol w:w="1134"/>
        <w:gridCol w:w="1134"/>
        <w:gridCol w:w="1134"/>
        <w:gridCol w:w="1134"/>
        <w:gridCol w:w="1247"/>
      </w:tblGrid>
      <w:tr w:rsidR="0070134D">
        <w:trPr>
          <w:tblHeader/>
          <w:jc w:val="center"/>
        </w:trPr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8"/>
              </w:rPr>
              <w:t>Класс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8"/>
              </w:rPr>
              <w:t>Работ</w:t>
            </w:r>
          </w:p>
        </w:tc>
        <w:tc>
          <w:tcPr>
            <w:tcW w:w="113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8"/>
              </w:rPr>
              <w:t>Школа</w:t>
            </w:r>
          </w:p>
        </w:tc>
        <w:tc>
          <w:tcPr>
            <w:tcW w:w="113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8"/>
              </w:rPr>
              <w:t>Рай</w:t>
            </w:r>
            <w:r>
              <w:rPr>
                <w:b/>
                <w:color w:val="FFFFFF"/>
                <w:sz w:val="18"/>
              </w:rPr>
              <w:t>он</w:t>
            </w:r>
          </w:p>
        </w:tc>
        <w:tc>
          <w:tcPr>
            <w:tcW w:w="113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8"/>
              </w:rPr>
              <w:t>ЧР</w:t>
            </w:r>
          </w:p>
        </w:tc>
        <w:tc>
          <w:tcPr>
            <w:tcW w:w="113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8"/>
              </w:rPr>
              <w:t>РФ</w:t>
            </w:r>
          </w:p>
        </w:tc>
        <w:tc>
          <w:tcPr>
            <w:tcW w:w="124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8"/>
              </w:rPr>
              <w:t>Δ к району</w:t>
            </w:r>
          </w:p>
        </w:tc>
      </w:tr>
      <w:tr w:rsidR="0070134D">
        <w:trPr>
          <w:jc w:val="center"/>
        </w:trPr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90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48,1%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55,2%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54,4%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67,0%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-7,1 п,п,</w:t>
            </w:r>
          </w:p>
        </w:tc>
      </w:tr>
      <w:tr w:rsidR="0070134D">
        <w:trPr>
          <w:jc w:val="center"/>
        </w:trPr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96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53,7%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54,8%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53,5%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59,6%</w:t>
            </w:r>
          </w:p>
        </w:tc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-1,1 п,п,</w:t>
            </w:r>
          </w:p>
        </w:tc>
      </w:tr>
      <w:tr w:rsidR="0070134D">
        <w:trPr>
          <w:jc w:val="center"/>
        </w:trPr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116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54,8%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54,3%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53,3%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59,2%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+0,4 п,п,</w:t>
            </w:r>
          </w:p>
        </w:tc>
      </w:tr>
      <w:tr w:rsidR="0070134D">
        <w:trPr>
          <w:jc w:val="center"/>
        </w:trPr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92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53,2%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56,5%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55,0%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59,7%</w:t>
            </w:r>
          </w:p>
        </w:tc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-3,2 п,п,</w:t>
            </w:r>
          </w:p>
        </w:tc>
      </w:tr>
      <w:tr w:rsidR="0070134D">
        <w:trPr>
          <w:jc w:val="center"/>
        </w:trPr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128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51,8%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54,5%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52,5%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58,4%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-2,7 п,п,</w:t>
            </w:r>
          </w:p>
        </w:tc>
      </w:tr>
      <w:tr w:rsidR="0070134D">
        <w:trPr>
          <w:jc w:val="center"/>
        </w:trPr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40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49,5%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56,1%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57,1%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66,3%</w:t>
            </w:r>
          </w:p>
        </w:tc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-6,6 п,п,</w:t>
            </w:r>
          </w:p>
        </w:tc>
      </w:tr>
    </w:tbl>
    <w:p w:rsidR="0070134D" w:rsidRDefault="0070134D">
      <w:pPr>
        <w:spacing w:after="0"/>
      </w:pPr>
    </w:p>
    <w:p w:rsidR="0070134D" w:rsidRPr="00F57A6B" w:rsidRDefault="000B6168">
      <w:pPr>
        <w:spacing w:after="80"/>
        <w:ind w:firstLine="709"/>
        <w:jc w:val="both"/>
        <w:rPr>
          <w:lang w:val="ru-RU"/>
        </w:rPr>
      </w:pPr>
      <w:r w:rsidRPr="00F57A6B">
        <w:rPr>
          <w:lang w:val="ru-RU"/>
        </w:rPr>
        <w:t xml:space="preserve">Наиболее высокий средневзвешенный результат выполнения заданий зафиксирован в 6-м классе — 54,8%. Наиболее низкий — в 4-м классе (48,1%). Максимальное отрицательное отклонение от районного уровня также требует учета при формировании плана </w:t>
      </w:r>
      <w:r w:rsidRPr="00F57A6B">
        <w:rPr>
          <w:lang w:val="ru-RU"/>
        </w:rPr>
        <w:t>внутришкольного контроля.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3600" cy="625250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_subject_task_ranking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52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F57A6B" w:rsidRDefault="000B6168">
      <w:pPr>
        <w:spacing w:after="120"/>
        <w:jc w:val="center"/>
        <w:rPr>
          <w:lang w:val="ru-RU"/>
        </w:rPr>
      </w:pPr>
      <w:r w:rsidRPr="00F57A6B">
        <w:rPr>
          <w:i/>
          <w:sz w:val="22"/>
          <w:lang w:val="ru-RU"/>
        </w:rPr>
        <w:t>Рисунок 3. Рейтинг предметов по среднему выполнению заданий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3600" cy="625250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_subject_quality_rankin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52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F57A6B" w:rsidRDefault="000B6168">
      <w:pPr>
        <w:spacing w:after="120"/>
        <w:jc w:val="center"/>
        <w:rPr>
          <w:lang w:val="ru-RU"/>
        </w:rPr>
      </w:pPr>
      <w:r w:rsidRPr="00F57A6B">
        <w:rPr>
          <w:i/>
          <w:sz w:val="22"/>
          <w:lang w:val="ru-RU"/>
        </w:rPr>
        <w:t>Рисунок 4. Рейтинг предметов по качеству знаний</w:t>
      </w:r>
    </w:p>
    <w:p w:rsidR="0070134D" w:rsidRDefault="000B6168">
      <w:pPr>
        <w:pStyle w:val="21"/>
      </w:pPr>
      <w:r>
        <w:t>3.1. Сводные результаты по предметам</w:t>
      </w:r>
    </w:p>
    <w:tbl>
      <w:tblPr>
        <w:tblStyle w:val="aff0"/>
        <w:tblW w:w="0" w:type="auto"/>
        <w:jc w:val="center"/>
        <w:tblLook w:val="04A0"/>
      </w:tblPr>
      <w:tblGrid>
        <w:gridCol w:w="454"/>
        <w:gridCol w:w="1984"/>
        <w:gridCol w:w="680"/>
        <w:gridCol w:w="850"/>
        <w:gridCol w:w="850"/>
        <w:gridCol w:w="794"/>
        <w:gridCol w:w="1020"/>
        <w:gridCol w:w="1020"/>
        <w:gridCol w:w="1011"/>
      </w:tblGrid>
      <w:tr w:rsidR="0070134D">
        <w:trPr>
          <w:tblHeader/>
          <w:jc w:val="center"/>
        </w:trPr>
        <w:tc>
          <w:tcPr>
            <w:tcW w:w="4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6"/>
              </w:rPr>
              <w:t>Кл.</w:t>
            </w:r>
          </w:p>
        </w:tc>
        <w:tc>
          <w:tcPr>
            <w:tcW w:w="198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6"/>
              </w:rPr>
              <w:t>Предмет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6"/>
              </w:rPr>
              <w:t>Работ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6"/>
              </w:rPr>
              <w:t>Успев.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6"/>
              </w:rPr>
              <w:t>Качество</w:t>
            </w:r>
          </w:p>
        </w:tc>
        <w:tc>
          <w:tcPr>
            <w:tcW w:w="79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6"/>
              </w:rPr>
              <w:t>Ср. отм.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6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6"/>
              </w:rPr>
              <w:t>Δ к району</w:t>
            </w:r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6"/>
              </w:rPr>
              <w:t>Риск</w:t>
            </w:r>
          </w:p>
        </w:tc>
      </w:tr>
      <w:tr w:rsidR="0070134D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6"/>
              </w:rPr>
              <w:t>Литературное чтение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16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93,8%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31,2%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3,25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51,4%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-7,1 п,п,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высокий</w:t>
            </w:r>
          </w:p>
        </w:tc>
      </w:tr>
      <w:tr w:rsidR="0070134D">
        <w:trPr>
          <w:jc w:val="center"/>
        </w:trPr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98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6"/>
              </w:rPr>
              <w:t>Математика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30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86,7%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43,3%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3,33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43,5%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-5,9 п,п,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высокий</w:t>
            </w:r>
          </w:p>
        </w:tc>
      </w:tr>
      <w:tr w:rsidR="0070134D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6"/>
              </w:rPr>
              <w:t>Окружающий мир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100,0%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35,7%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3,36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46,2%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-8,5 п,п,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высокий</w:t>
            </w:r>
          </w:p>
        </w:tc>
      </w:tr>
      <w:tr w:rsidR="0070134D">
        <w:trPr>
          <w:jc w:val="center"/>
        </w:trPr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98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6"/>
              </w:rPr>
              <w:t>Русский язык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30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86,7%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33,3%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3,20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51,9%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-7,5 п,п,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высокий</w:t>
            </w:r>
          </w:p>
        </w:tc>
      </w:tr>
      <w:tr w:rsidR="0070134D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6"/>
              </w:rPr>
              <w:t>Английский язык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24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91,7%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41,7%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3,33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55,7%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-0,2 п,п,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умеренный</w:t>
            </w:r>
          </w:p>
        </w:tc>
      </w:tr>
      <w:tr w:rsidR="0070134D">
        <w:trPr>
          <w:jc w:val="center"/>
        </w:trPr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98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6"/>
              </w:rPr>
              <w:t>Биология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24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95,8%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41,7%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3,38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52,0%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-2,0 п,п,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умеренный</w:t>
            </w:r>
          </w:p>
        </w:tc>
      </w:tr>
      <w:tr w:rsidR="0070134D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6"/>
              </w:rPr>
              <w:t>Математика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24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87,5%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33,3%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3,25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46,7%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-2,2 п,п,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высокий</w:t>
            </w:r>
          </w:p>
        </w:tc>
      </w:tr>
      <w:tr w:rsidR="0070134D">
        <w:trPr>
          <w:jc w:val="center"/>
        </w:trPr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lastRenderedPageBreak/>
              <w:t>5</w:t>
            </w:r>
          </w:p>
        </w:tc>
        <w:tc>
          <w:tcPr>
            <w:tcW w:w="198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6"/>
              </w:rPr>
              <w:t>Русский язык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24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91,7%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37,5%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3,33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60,6%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+0,2 п,п,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умеренный</w:t>
            </w:r>
          </w:p>
        </w:tc>
      </w:tr>
      <w:tr w:rsidR="0070134D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6"/>
              </w:rPr>
              <w:t xml:space="preserve">Английский </w:t>
            </w:r>
            <w:r>
              <w:rPr>
                <w:sz w:val="16"/>
              </w:rPr>
              <w:t>язык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93,3%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46,7%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3,40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55,7%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+0,4 п,п,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стабильный</w:t>
            </w:r>
          </w:p>
        </w:tc>
      </w:tr>
      <w:tr w:rsidR="0070134D">
        <w:trPr>
          <w:jc w:val="center"/>
        </w:trPr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98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6"/>
              </w:rPr>
              <w:t>Биология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100,0%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46,7%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3,47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56,7%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+5,7 п,п,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стабильный</w:t>
            </w:r>
          </w:p>
        </w:tc>
      </w:tr>
      <w:tr w:rsidR="0070134D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6"/>
              </w:rPr>
              <w:t>География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92,9%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28,6%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3,21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52,3%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-4,3 п,п,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высокий</w:t>
            </w:r>
          </w:p>
        </w:tc>
      </w:tr>
      <w:tr w:rsidR="0070134D">
        <w:trPr>
          <w:jc w:val="center"/>
        </w:trPr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98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6"/>
              </w:rPr>
              <w:t>История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92,9%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35,7%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3,29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49,2%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-0,8 п,п,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высокий</w:t>
            </w:r>
          </w:p>
        </w:tc>
      </w:tr>
      <w:tr w:rsidR="0070134D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6"/>
              </w:rPr>
              <w:t>Математика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29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89,7%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41,4%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3,34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50,6%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+1,3 п,п,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высокий</w:t>
            </w:r>
          </w:p>
        </w:tc>
      </w:tr>
      <w:tr w:rsidR="0070134D">
        <w:trPr>
          <w:jc w:val="center"/>
        </w:trPr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98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6"/>
              </w:rPr>
              <w:t>Русский язык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29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86,2%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34,5%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3,24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61,4%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-0,3 п,п,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высокий</w:t>
            </w:r>
          </w:p>
        </w:tc>
      </w:tr>
      <w:tr w:rsidR="0070134D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6"/>
              </w:rPr>
              <w:t>География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23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95,7%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30,4%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3,26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51,9%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-3,2 п,п,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умеренный</w:t>
            </w:r>
          </w:p>
        </w:tc>
      </w:tr>
      <w:tr w:rsidR="0070134D">
        <w:trPr>
          <w:jc w:val="center"/>
        </w:trPr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198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6"/>
              </w:rPr>
              <w:t>Литература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23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91,3%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30,4%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3,26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61,9%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-2,9 п,п,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умеренный</w:t>
            </w:r>
          </w:p>
        </w:tc>
      </w:tr>
      <w:tr w:rsidR="0070134D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6"/>
              </w:rPr>
              <w:t>Математика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23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87,0%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39,1%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3,26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45,9%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 xml:space="preserve">-2,1 </w:t>
            </w:r>
            <w:r>
              <w:rPr>
                <w:sz w:val="16"/>
              </w:rPr>
              <w:t>п,п,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высокий</w:t>
            </w:r>
          </w:p>
        </w:tc>
      </w:tr>
      <w:tr w:rsidR="0070134D">
        <w:trPr>
          <w:jc w:val="center"/>
        </w:trPr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198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6"/>
              </w:rPr>
              <w:t>Русский язык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23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87,0%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30,4%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3,17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53,1%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-4,8 п,п,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высокий</w:t>
            </w:r>
          </w:p>
        </w:tc>
      </w:tr>
      <w:tr w:rsidR="0070134D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6"/>
              </w:rPr>
              <w:t>Английский язык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93,3%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33,3%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3,27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56,3%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+1,4 п,п,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умеренный</w:t>
            </w:r>
          </w:p>
        </w:tc>
      </w:tr>
      <w:tr w:rsidR="0070134D">
        <w:trPr>
          <w:jc w:val="center"/>
        </w:trPr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98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6"/>
              </w:rPr>
              <w:t>История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17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100,0%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41,2%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3,41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52,3%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-0,2 п,п,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умеренный</w:t>
            </w:r>
          </w:p>
        </w:tc>
      </w:tr>
      <w:tr w:rsidR="0070134D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6"/>
              </w:rPr>
              <w:t>Математика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32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87,5%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37,5%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3,25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44,1%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-6,0 п,п,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высокий</w:t>
            </w:r>
          </w:p>
        </w:tc>
      </w:tr>
      <w:tr w:rsidR="0070134D">
        <w:trPr>
          <w:jc w:val="center"/>
        </w:trPr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98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6"/>
              </w:rPr>
              <w:t>Русский язык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32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87,5%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37,5%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3,25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60,9%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-0,2 п,п,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высокий</w:t>
            </w:r>
          </w:p>
        </w:tc>
      </w:tr>
      <w:tr w:rsidR="0070134D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6"/>
              </w:rPr>
              <w:t>Физика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93,3%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33,3%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3,27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44,8%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-5,4 п,п,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высокий</w:t>
            </w:r>
          </w:p>
        </w:tc>
      </w:tr>
      <w:tr w:rsidR="0070134D">
        <w:trPr>
          <w:jc w:val="center"/>
        </w:trPr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98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6"/>
              </w:rPr>
              <w:t>Химия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17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94,1%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35,3%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3,29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51,0%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-5,1 п,п,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высокий</w:t>
            </w:r>
          </w:p>
        </w:tc>
      </w:tr>
      <w:tr w:rsidR="0070134D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6"/>
              </w:rPr>
              <w:t>География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100,0%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40,0%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3,40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49,6%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-4,2 п,п,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высокий</w:t>
            </w:r>
          </w:p>
        </w:tc>
      </w:tr>
      <w:tr w:rsidR="0070134D">
        <w:trPr>
          <w:jc w:val="center"/>
        </w:trPr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198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6"/>
              </w:rPr>
              <w:t>Литература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0,0%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0,0%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2,00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42,1%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-18,2 п,п,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критический</w:t>
            </w:r>
          </w:p>
        </w:tc>
      </w:tr>
      <w:tr w:rsidR="0070134D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6"/>
              </w:rPr>
              <w:t>Математика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90,0%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40,0%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3,30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45,9%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-4,3 п,п,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высокий</w:t>
            </w:r>
          </w:p>
        </w:tc>
      </w:tr>
      <w:tr w:rsidR="0070134D">
        <w:trPr>
          <w:jc w:val="center"/>
        </w:trPr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198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6"/>
              </w:rPr>
              <w:t>Русский язык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90,0%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40,0%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3,30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60,5%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+0,5 п,п,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6"/>
              </w:rPr>
              <w:t>стабильный</w:t>
            </w:r>
          </w:p>
        </w:tc>
      </w:tr>
    </w:tbl>
    <w:p w:rsidR="0070134D" w:rsidRDefault="0070134D">
      <w:pPr>
        <w:spacing w:after="0"/>
      </w:pP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t>4. Анализ выполнения заданий по уровням сложности</w:t>
      </w:r>
    </w:p>
    <w:tbl>
      <w:tblPr>
        <w:tblStyle w:val="aff0"/>
        <w:tblW w:w="0" w:type="auto"/>
        <w:jc w:val="center"/>
        <w:tblLook w:val="04A0"/>
      </w:tblPr>
      <w:tblGrid>
        <w:gridCol w:w="1701"/>
        <w:gridCol w:w="1134"/>
        <w:gridCol w:w="1134"/>
        <w:gridCol w:w="1134"/>
        <w:gridCol w:w="1134"/>
        <w:gridCol w:w="1134"/>
      </w:tblGrid>
      <w:tr w:rsidR="0070134D">
        <w:trPr>
          <w:tblHeader/>
          <w:jc w:val="center"/>
        </w:trPr>
        <w:tc>
          <w:tcPr>
            <w:tcW w:w="170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Уровень</w:t>
            </w:r>
            <w:proofErr w:type="spellEnd"/>
          </w:p>
        </w:tc>
        <w:tc>
          <w:tcPr>
            <w:tcW w:w="113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20"/>
              </w:rPr>
              <w:t>Школа</w:t>
            </w:r>
          </w:p>
        </w:tc>
        <w:tc>
          <w:tcPr>
            <w:tcW w:w="113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20"/>
              </w:rPr>
              <w:t>Район</w:t>
            </w:r>
          </w:p>
        </w:tc>
        <w:tc>
          <w:tcPr>
            <w:tcW w:w="113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20"/>
              </w:rPr>
              <w:t>ЧР</w:t>
            </w:r>
          </w:p>
        </w:tc>
        <w:tc>
          <w:tcPr>
            <w:tcW w:w="113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20"/>
              </w:rPr>
              <w:t>РФ</w:t>
            </w:r>
          </w:p>
        </w:tc>
        <w:tc>
          <w:tcPr>
            <w:tcW w:w="113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20"/>
              </w:rPr>
              <w:t>Δ к району</w:t>
            </w:r>
          </w:p>
        </w:tc>
      </w:tr>
      <w:tr w:rsidR="0070134D">
        <w:trPr>
          <w:jc w:val="center"/>
        </w:trPr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20"/>
              </w:rPr>
              <w:t>Базовый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20"/>
              </w:rPr>
              <w:t>57,1%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20"/>
              </w:rPr>
              <w:t>58,9%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20"/>
              </w:rPr>
              <w:t>57,6%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20"/>
              </w:rPr>
              <w:t>63,7%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20"/>
              </w:rPr>
              <w:t>-1,8 п,п,</w:t>
            </w:r>
          </w:p>
        </w:tc>
      </w:tr>
      <w:tr w:rsidR="0070134D">
        <w:trPr>
          <w:jc w:val="center"/>
        </w:trPr>
        <w:tc>
          <w:tcPr>
            <w:tcW w:w="170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20"/>
              </w:rPr>
              <w:t>Повышенный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20"/>
              </w:rPr>
              <w:t>26,1%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20"/>
              </w:rPr>
              <w:t>34,0%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20"/>
              </w:rPr>
              <w:t>32,6%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20"/>
              </w:rPr>
              <w:t>45,5%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20"/>
              </w:rPr>
              <w:t>-7,9 п,п,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852160" cy="318462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_level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184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>Рисунок 5. Выполнение заданий по уровням сложности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proofErr w:type="gramStart"/>
      <w:r w:rsidRPr="006D0601">
        <w:rPr>
          <w:lang w:val="ru-RU"/>
        </w:rPr>
        <w:t xml:space="preserve">Задания базового уровня выполнены в среднем на 57,1%, повышенного уровня — на 26,1%. Разрыв между уровнями составляет 31,0%. </w:t>
      </w:r>
      <w:r w:rsidRPr="006D0601">
        <w:rPr>
          <w:lang w:val="ru-RU"/>
        </w:rPr>
        <w:t xml:space="preserve">По заданиям повышенного уровня школа отстает от района на 7,9%, что свидетельствует о недостаточной </w:t>
      </w:r>
      <w:proofErr w:type="spellStart"/>
      <w:r w:rsidRPr="006D0601">
        <w:rPr>
          <w:lang w:val="ru-RU"/>
        </w:rPr>
        <w:t>сформированности</w:t>
      </w:r>
      <w:proofErr w:type="spellEnd"/>
      <w:r w:rsidRPr="006D0601">
        <w:rPr>
          <w:lang w:val="ru-RU"/>
        </w:rPr>
        <w:t xml:space="preserve"> многошаговых стратегий, переноса знаний в новую ситуацию и письменного обоснования решения.</w:t>
      </w:r>
      <w:proofErr w:type="gramEnd"/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 xml:space="preserve">Включать в каждую тему не менее одного задания </w:t>
      </w:r>
      <w:r w:rsidRPr="006D0601">
        <w:rPr>
          <w:lang w:val="ru-RU"/>
        </w:rPr>
        <w:t>повышенного уровня с обязательным разбором стратегии решения.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Организовать накопительную карту результатов по заданиям повышенного уровня отдельно для каждого обучающегося.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Проводить повторную диагностику после коррекции, а не ограничиваться разбором прави</w:t>
      </w:r>
      <w:r w:rsidRPr="006D0601">
        <w:rPr>
          <w:lang w:val="ru-RU"/>
        </w:rPr>
        <w:t>льного ответа.</w:t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t>5. Анализ результатов по классам</w:t>
      </w: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5.1. 4 класс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В 4-м классе проанализировано 4 предмет</w:t>
      </w:r>
      <w:proofErr w:type="gramStart"/>
      <w:r w:rsidRPr="006D0601">
        <w:rPr>
          <w:lang w:val="ru-RU"/>
        </w:rPr>
        <w:t>а(</w:t>
      </w:r>
      <w:proofErr w:type="spellStart"/>
      <w:proofErr w:type="gramEnd"/>
      <w:r w:rsidRPr="006D0601">
        <w:rPr>
          <w:lang w:val="ru-RU"/>
        </w:rPr>
        <w:t>ов</w:t>
      </w:r>
      <w:proofErr w:type="spellEnd"/>
      <w:r w:rsidRPr="006D0601">
        <w:rPr>
          <w:lang w:val="ru-RU"/>
        </w:rPr>
        <w:t>), 90 результатов работ и 66 заданий. Средняя успеваемость составляет 90,0%, качество знаний — 36,7%, средняя отметка — 3,28, средний результат выполнен</w:t>
      </w:r>
      <w:r w:rsidRPr="006D0601">
        <w:rPr>
          <w:lang w:val="ru-RU"/>
        </w:rPr>
        <w:t>ия заданий — 48,1%.</w:t>
      </w:r>
    </w:p>
    <w:tbl>
      <w:tblPr>
        <w:tblStyle w:val="aff0"/>
        <w:tblW w:w="0" w:type="auto"/>
        <w:jc w:val="center"/>
        <w:tblLook w:val="04A0"/>
      </w:tblPr>
      <w:tblGrid>
        <w:gridCol w:w="2154"/>
        <w:gridCol w:w="680"/>
        <w:gridCol w:w="850"/>
        <w:gridCol w:w="856"/>
        <w:gridCol w:w="1134"/>
        <w:gridCol w:w="1134"/>
        <w:gridCol w:w="964"/>
      </w:tblGrid>
      <w:tr w:rsidR="0070134D">
        <w:trPr>
          <w:tblHeader/>
          <w:jc w:val="center"/>
        </w:trPr>
        <w:tc>
          <w:tcPr>
            <w:tcW w:w="21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Предмет</w:t>
            </w:r>
            <w:proofErr w:type="spellEnd"/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13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13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Δ к району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Заданий &lt;30%</w:t>
            </w:r>
          </w:p>
        </w:tc>
      </w:tr>
      <w:tr w:rsidR="0070134D">
        <w:trPr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Русский язык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30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86,7%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33,3%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51,9%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-7,5 п,п,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70134D">
        <w:trPr>
          <w:jc w:val="center"/>
        </w:trPr>
        <w:tc>
          <w:tcPr>
            <w:tcW w:w="21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Математика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30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86,7%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43,3%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43,5%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-5,9 п,п,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70134D">
        <w:trPr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Окружающий мир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14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35,7%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46,2%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-8,5 п,п,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</w:t>
            </w:r>
          </w:p>
        </w:tc>
      </w:tr>
      <w:tr w:rsidR="0070134D">
        <w:trPr>
          <w:jc w:val="center"/>
        </w:trPr>
        <w:tc>
          <w:tcPr>
            <w:tcW w:w="21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lastRenderedPageBreak/>
              <w:t>Литературное чтение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16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93,8%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31,2%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51,4%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-7,1 п,п,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43600" cy="276697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de_4_school_distric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6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>Рисунок. 4 класс: средний результат школы и района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Наиболее высокий средний результат в параллели показан по предмету «Русский язык» — 51,9%; наиболее низкий — по предмету «Математика» (43,5%). Всего выявлено 30 заданий с </w:t>
      </w:r>
      <w:r w:rsidRPr="006D0601">
        <w:rPr>
          <w:lang w:val="ru-RU"/>
        </w:rPr>
        <w:t>выполнением ниже 50%, из них 20 — ниже 30%.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Первоочередные направления работы в параллели: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 xml:space="preserve">Математика: </w:t>
      </w:r>
      <w:proofErr w:type="gramStart"/>
      <w:r w:rsidRPr="006D0601">
        <w:rPr>
          <w:lang w:val="ru-RU"/>
        </w:rPr>
        <w:t xml:space="preserve">Решать текстовые задачи в 1–3 действия, выполнять преобразование заданных величин, выбирать при решении </w:t>
      </w:r>
      <w:proofErr w:type="spellStart"/>
      <w:r w:rsidRPr="006D0601">
        <w:rPr>
          <w:lang w:val="ru-RU"/>
        </w:rPr>
        <w:t>подхо</w:t>
      </w:r>
      <w:proofErr w:type="spellEnd"/>
      <w:r w:rsidRPr="006D0601">
        <w:rPr>
          <w:lang w:val="ru-RU"/>
        </w:rPr>
        <w:t>…; Использовать при решении задач единицы дл</w:t>
      </w:r>
      <w:r w:rsidRPr="006D0601">
        <w:rPr>
          <w:lang w:val="ru-RU"/>
        </w:rPr>
        <w:t>ины (миллиметр, сантиметр, дециметр, метр, километр), массы (грамм,….</w:t>
      </w:r>
      <w:proofErr w:type="gramEnd"/>
    </w:p>
    <w:p w:rsidR="0070134D" w:rsidRDefault="000B6168">
      <w:pPr>
        <w:pStyle w:val="a0"/>
        <w:spacing w:after="60"/>
      </w:pPr>
      <w:r w:rsidRPr="006D0601">
        <w:rPr>
          <w:lang w:val="ru-RU"/>
        </w:rPr>
        <w:t xml:space="preserve">Русский язык: 1. Умение на основе данной информации и собственного жизненного опыта </w:t>
      </w:r>
      <w:proofErr w:type="gramStart"/>
      <w:r w:rsidRPr="006D0601">
        <w:rPr>
          <w:lang w:val="ru-RU"/>
        </w:rPr>
        <w:t>обучающихся</w:t>
      </w:r>
      <w:proofErr w:type="gramEnd"/>
      <w:r w:rsidRPr="006D0601">
        <w:rPr>
          <w:lang w:val="ru-RU"/>
        </w:rPr>
        <w:t xml:space="preserve"> определять конкретную </w:t>
      </w:r>
      <w:proofErr w:type="spellStart"/>
      <w:r w:rsidRPr="006D0601">
        <w:rPr>
          <w:lang w:val="ru-RU"/>
        </w:rPr>
        <w:t>жизне</w:t>
      </w:r>
      <w:proofErr w:type="spellEnd"/>
      <w:r w:rsidRPr="006D0601">
        <w:rPr>
          <w:lang w:val="ru-RU"/>
        </w:rPr>
        <w:t xml:space="preserve">…; 2. </w:t>
      </w:r>
      <w:proofErr w:type="spellStart"/>
      <w:r>
        <w:t>Соблюдать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письме</w:t>
      </w:r>
      <w:proofErr w:type="spellEnd"/>
      <w:r>
        <w:t xml:space="preserve"> </w:t>
      </w:r>
      <w:proofErr w:type="spellStart"/>
      <w:r>
        <w:t>изученные</w:t>
      </w:r>
      <w:proofErr w:type="spellEnd"/>
      <w:r>
        <w:t xml:space="preserve"> орфографические и пунктуац</w:t>
      </w:r>
      <w:r>
        <w:t>ионные нормы.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Литературное чтение: Умения строить речевое высказывание в соответствии с поставленной задачей, создавать устные и письменные текс…; 2. Овладение начальными сведениями о творчестве изученных русских писателей и поэтов.</w:t>
      </w: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5.2. 5 класс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В 5-м </w:t>
      </w:r>
      <w:r w:rsidRPr="006D0601">
        <w:rPr>
          <w:lang w:val="ru-RU"/>
        </w:rPr>
        <w:t>классе проанализировано 4 предмет</w:t>
      </w:r>
      <w:proofErr w:type="gramStart"/>
      <w:r w:rsidRPr="006D0601">
        <w:rPr>
          <w:lang w:val="ru-RU"/>
        </w:rPr>
        <w:t>а(</w:t>
      </w:r>
      <w:proofErr w:type="spellStart"/>
      <w:proofErr w:type="gramEnd"/>
      <w:r w:rsidRPr="006D0601">
        <w:rPr>
          <w:lang w:val="ru-RU"/>
        </w:rPr>
        <w:t>ов</w:t>
      </w:r>
      <w:proofErr w:type="spellEnd"/>
      <w:r w:rsidRPr="006D0601">
        <w:rPr>
          <w:lang w:val="ru-RU"/>
        </w:rPr>
        <w:t>), 96 результатов работ и 64 заданий. Средняя успеваемость составляет 91,7%, качество знаний — 38,5%, средняя отметка — 3,32, средний результат выполнения заданий — 53,7%.</w:t>
      </w:r>
    </w:p>
    <w:tbl>
      <w:tblPr>
        <w:tblStyle w:val="aff0"/>
        <w:tblW w:w="0" w:type="auto"/>
        <w:jc w:val="center"/>
        <w:tblLook w:val="04A0"/>
      </w:tblPr>
      <w:tblGrid>
        <w:gridCol w:w="2154"/>
        <w:gridCol w:w="680"/>
        <w:gridCol w:w="850"/>
        <w:gridCol w:w="856"/>
        <w:gridCol w:w="1134"/>
        <w:gridCol w:w="1134"/>
        <w:gridCol w:w="964"/>
      </w:tblGrid>
      <w:tr w:rsidR="0070134D">
        <w:trPr>
          <w:tblHeader/>
          <w:jc w:val="center"/>
        </w:trPr>
        <w:tc>
          <w:tcPr>
            <w:tcW w:w="21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lastRenderedPageBreak/>
              <w:t>Предмет</w:t>
            </w:r>
            <w:proofErr w:type="spellEnd"/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13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13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Δ к</w:t>
            </w:r>
            <w:r>
              <w:rPr>
                <w:b/>
                <w:color w:val="FFFFFF"/>
                <w:sz w:val="17"/>
              </w:rPr>
              <w:t xml:space="preserve"> району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Заданий &lt;30%</w:t>
            </w:r>
          </w:p>
        </w:tc>
      </w:tr>
      <w:tr w:rsidR="0070134D">
        <w:trPr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Русский язык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24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91,7%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37,5%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60,6%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+0,2 п,п,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</w:t>
            </w:r>
          </w:p>
        </w:tc>
      </w:tr>
      <w:tr w:rsidR="0070134D">
        <w:trPr>
          <w:jc w:val="center"/>
        </w:trPr>
        <w:tc>
          <w:tcPr>
            <w:tcW w:w="21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Математика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24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87,5%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33,3%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46,7%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-2,2 п,п,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</w:t>
            </w:r>
          </w:p>
        </w:tc>
      </w:tr>
      <w:tr w:rsidR="0070134D">
        <w:trPr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Биология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24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95,8%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41,7%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52,0%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-2,0 п,п,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</w:t>
            </w:r>
          </w:p>
        </w:tc>
      </w:tr>
      <w:tr w:rsidR="0070134D">
        <w:trPr>
          <w:jc w:val="center"/>
        </w:trPr>
        <w:tc>
          <w:tcPr>
            <w:tcW w:w="21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Английский язык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24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91,7%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41,7%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55,7%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-0,2 п,п,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43600" cy="276697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de_5_school_district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6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 xml:space="preserve">Рисунок. 5 класс: средний результат школы и </w:t>
      </w:r>
      <w:r w:rsidRPr="006D0601">
        <w:rPr>
          <w:i/>
          <w:sz w:val="22"/>
          <w:lang w:val="ru-RU"/>
        </w:rPr>
        <w:t>района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Наиболее высокий средний результат в параллели показан по предмету «Русский язык» — 60,6%; наиболее низкий — по предмету «Математика» (46,7%). Всего выявлено 23 заданий с выполнением ниже 50%, из них 13 — ниже 30%.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Первоочередные направления работы </w:t>
      </w:r>
      <w:r w:rsidRPr="006D0601">
        <w:rPr>
          <w:lang w:val="ru-RU"/>
        </w:rPr>
        <w:t>в параллели: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 xml:space="preserve">Математика: </w:t>
      </w:r>
      <w:proofErr w:type="gramStart"/>
      <w:r w:rsidRPr="006D0601">
        <w:rPr>
          <w:lang w:val="ru-RU"/>
        </w:rPr>
        <w:t>Решать задачи, содержащие зависимости, связывающие величины: скорость, время, расстояние, цена, количество, с…; Решать задачи, содержащие зависимости, связывающие величины: скорость, время, расстояние, цена, количество, с….</w:t>
      </w:r>
      <w:proofErr w:type="gramEnd"/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Английс</w:t>
      </w:r>
      <w:r w:rsidRPr="006D0601">
        <w:rPr>
          <w:lang w:val="ru-RU"/>
        </w:rPr>
        <w:t xml:space="preserve">кий язык: Владеть орфографическими навыками: правильно писать изученные слова, пунктуационно правильно оформлять </w:t>
      </w:r>
      <w:proofErr w:type="spellStart"/>
      <w:r w:rsidRPr="006D0601">
        <w:rPr>
          <w:lang w:val="ru-RU"/>
        </w:rPr>
        <w:t>электр</w:t>
      </w:r>
      <w:proofErr w:type="spellEnd"/>
      <w:r w:rsidRPr="006D0601">
        <w:rPr>
          <w:lang w:val="ru-RU"/>
        </w:rPr>
        <w:t>…; Правильное лексико-грамматическое оформление текста.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Русский язык: Соблюдать нормы постановки ударения (в рамках изученного); Соблюдат</w:t>
      </w:r>
      <w:r w:rsidRPr="006D0601">
        <w:rPr>
          <w:lang w:val="ru-RU"/>
        </w:rPr>
        <w:t>ь на письме нормы современного русского литературного языка, в том числе во время списывания текста о….</w:t>
      </w: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lastRenderedPageBreak/>
        <w:t>5.3. 6 класс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В 6-м классе проанализировано 6 предмет</w:t>
      </w:r>
      <w:proofErr w:type="gramStart"/>
      <w:r w:rsidRPr="006D0601">
        <w:rPr>
          <w:lang w:val="ru-RU"/>
        </w:rPr>
        <w:t>а(</w:t>
      </w:r>
      <w:proofErr w:type="spellStart"/>
      <w:proofErr w:type="gramEnd"/>
      <w:r w:rsidRPr="006D0601">
        <w:rPr>
          <w:lang w:val="ru-RU"/>
        </w:rPr>
        <w:t>ов</w:t>
      </w:r>
      <w:proofErr w:type="spellEnd"/>
      <w:r w:rsidRPr="006D0601">
        <w:rPr>
          <w:lang w:val="ru-RU"/>
        </w:rPr>
        <w:t xml:space="preserve">), 116 результатов работ и 88 заданий. Средняя успеваемость составляет 91,4%, качество знаний — </w:t>
      </w:r>
      <w:r w:rsidRPr="006D0601">
        <w:rPr>
          <w:lang w:val="ru-RU"/>
        </w:rPr>
        <w:t>38,8%, средняя отметка — 3,32, средний результат выполнения заданий — 54,8%.</w:t>
      </w:r>
    </w:p>
    <w:tbl>
      <w:tblPr>
        <w:tblStyle w:val="aff0"/>
        <w:tblW w:w="0" w:type="auto"/>
        <w:jc w:val="center"/>
        <w:tblLook w:val="04A0"/>
      </w:tblPr>
      <w:tblGrid>
        <w:gridCol w:w="2154"/>
        <w:gridCol w:w="680"/>
        <w:gridCol w:w="850"/>
        <w:gridCol w:w="856"/>
        <w:gridCol w:w="1134"/>
        <w:gridCol w:w="1134"/>
        <w:gridCol w:w="964"/>
      </w:tblGrid>
      <w:tr w:rsidR="0070134D">
        <w:trPr>
          <w:tblHeader/>
          <w:jc w:val="center"/>
        </w:trPr>
        <w:tc>
          <w:tcPr>
            <w:tcW w:w="21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Предмет</w:t>
            </w:r>
            <w:proofErr w:type="spellEnd"/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13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13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Δ к району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Заданий &lt;30%</w:t>
            </w:r>
          </w:p>
        </w:tc>
      </w:tr>
      <w:tr w:rsidR="0070134D">
        <w:trPr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Русский язык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29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86,2%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34,5%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61,4%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-0,3 п,п,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</w:t>
            </w:r>
          </w:p>
        </w:tc>
      </w:tr>
      <w:tr w:rsidR="0070134D">
        <w:trPr>
          <w:jc w:val="center"/>
        </w:trPr>
        <w:tc>
          <w:tcPr>
            <w:tcW w:w="21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Математика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29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89,7%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41,4%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50,6%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+1,3 п,п,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70134D">
        <w:trPr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Биология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15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46,7%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56,7%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+5,7 п,п,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</w:t>
            </w:r>
          </w:p>
        </w:tc>
      </w:tr>
      <w:tr w:rsidR="0070134D">
        <w:trPr>
          <w:jc w:val="center"/>
        </w:trPr>
        <w:tc>
          <w:tcPr>
            <w:tcW w:w="21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История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14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92,9%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35,7%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49,2%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-0,8 п,п,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</w:t>
            </w:r>
          </w:p>
        </w:tc>
      </w:tr>
      <w:tr w:rsidR="0070134D">
        <w:trPr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География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14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92,9%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28,6%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52,3%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-4,3 п,п,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70134D">
        <w:trPr>
          <w:jc w:val="center"/>
        </w:trPr>
        <w:tc>
          <w:tcPr>
            <w:tcW w:w="21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Английский язык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15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93,3%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46,7%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55,7%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+0,4 п,п,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43600" cy="276697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de_6_school_district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6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>Рисунок. 6 класс: средний результат школы и района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Наиболее высокий средний результат в </w:t>
      </w:r>
      <w:r w:rsidRPr="006D0601">
        <w:rPr>
          <w:lang w:val="ru-RU"/>
        </w:rPr>
        <w:t>параллели показан по предмету «Русский язык» — 61,4%; наиболее низкий — по предмету «История» (49,2%). Всего выявлено 25 заданий с выполнением ниже 50%, из них 9 — ниже 30%.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Первоочередные направления работы в параллели: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Русский язык: Распознавать случаи н</w:t>
      </w:r>
      <w:r w:rsidRPr="006D0601">
        <w:rPr>
          <w:lang w:val="ru-RU"/>
        </w:rPr>
        <w:t>арушения грамматических норм русского литературного языка в формах слов различных частей…; 2. Использовать многозначное слово в другом значении в самостоятельно составленном и оформленном на письме ре….</w:t>
      </w:r>
    </w:p>
    <w:p w:rsidR="0070134D" w:rsidRDefault="000B6168">
      <w:pPr>
        <w:pStyle w:val="a0"/>
        <w:spacing w:after="60"/>
      </w:pPr>
      <w:r w:rsidRPr="006D0601">
        <w:rPr>
          <w:lang w:val="ru-RU"/>
        </w:rPr>
        <w:t>Математика: Решать многошаговые текстовые задачи ариф</w:t>
      </w:r>
      <w:r w:rsidRPr="006D0601">
        <w:rPr>
          <w:lang w:val="ru-RU"/>
        </w:rPr>
        <w:t xml:space="preserve">метическим способом. Составлять буквенные выражения по условию задачи; Решать </w:t>
      </w:r>
      <w:r w:rsidRPr="006D0601">
        <w:rPr>
          <w:lang w:val="ru-RU"/>
        </w:rPr>
        <w:lastRenderedPageBreak/>
        <w:t xml:space="preserve">многошаговые текстовые задачи арифметическим способом. </w:t>
      </w:r>
      <w:proofErr w:type="spellStart"/>
      <w:r>
        <w:t>Решать</w:t>
      </w:r>
      <w:proofErr w:type="spellEnd"/>
      <w:r>
        <w:t xml:space="preserve"> </w:t>
      </w:r>
      <w:proofErr w:type="spellStart"/>
      <w:r>
        <w:t>задачи</w:t>
      </w:r>
      <w:proofErr w:type="spellEnd"/>
      <w:r>
        <w:t xml:space="preserve">, </w:t>
      </w:r>
      <w:proofErr w:type="spellStart"/>
      <w:r>
        <w:t>связанные</w:t>
      </w:r>
      <w:proofErr w:type="spellEnd"/>
      <w:r>
        <w:t xml:space="preserve"> с отношением, пропорци….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История: Находить в визуальном источнике и вещественном памятнике ключевы</w:t>
      </w:r>
      <w:r w:rsidRPr="006D0601">
        <w:rPr>
          <w:lang w:val="ru-RU"/>
        </w:rPr>
        <w:t xml:space="preserve">е символы, образы; высказывать отношение </w:t>
      </w:r>
      <w:proofErr w:type="gramStart"/>
      <w:r w:rsidRPr="006D0601">
        <w:rPr>
          <w:lang w:val="ru-RU"/>
        </w:rPr>
        <w:t>к</w:t>
      </w:r>
      <w:proofErr w:type="gramEnd"/>
      <w:r w:rsidRPr="006D0601">
        <w:rPr>
          <w:lang w:val="ru-RU"/>
        </w:rPr>
        <w:t xml:space="preserve"> </w:t>
      </w:r>
      <w:proofErr w:type="gramStart"/>
      <w:r w:rsidRPr="006D0601">
        <w:rPr>
          <w:lang w:val="ru-RU"/>
        </w:rPr>
        <w:t>по</w:t>
      </w:r>
      <w:proofErr w:type="gramEnd"/>
      <w:r w:rsidRPr="006D0601">
        <w:rPr>
          <w:lang w:val="ru-RU"/>
        </w:rPr>
        <w:t>…; Объяснять причины и следствия важнейших событий, явлений, процессов отечественной и всеобщей истории эпохи Ср….</w:t>
      </w: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5.4. 7 класс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В 7-м классе проанализировано 4 предмет</w:t>
      </w:r>
      <w:proofErr w:type="gramStart"/>
      <w:r w:rsidRPr="006D0601">
        <w:rPr>
          <w:lang w:val="ru-RU"/>
        </w:rPr>
        <w:t>а(</w:t>
      </w:r>
      <w:proofErr w:type="spellStart"/>
      <w:proofErr w:type="gramEnd"/>
      <w:r w:rsidRPr="006D0601">
        <w:rPr>
          <w:lang w:val="ru-RU"/>
        </w:rPr>
        <w:t>ов</w:t>
      </w:r>
      <w:proofErr w:type="spellEnd"/>
      <w:r w:rsidRPr="006D0601">
        <w:rPr>
          <w:lang w:val="ru-RU"/>
        </w:rPr>
        <w:t xml:space="preserve">), 92 результатов работ и 60 заданий. </w:t>
      </w:r>
      <w:r w:rsidRPr="006D0601">
        <w:rPr>
          <w:lang w:val="ru-RU"/>
        </w:rPr>
        <w:t>Средняя успеваемость составляет 90,2%, качество знаний — 32,6%, средняя отметка — 3,24, средний результат выполнения заданий — 53,2%.</w:t>
      </w:r>
    </w:p>
    <w:tbl>
      <w:tblPr>
        <w:tblStyle w:val="aff0"/>
        <w:tblW w:w="0" w:type="auto"/>
        <w:jc w:val="center"/>
        <w:tblLook w:val="04A0"/>
      </w:tblPr>
      <w:tblGrid>
        <w:gridCol w:w="2154"/>
        <w:gridCol w:w="680"/>
        <w:gridCol w:w="850"/>
        <w:gridCol w:w="856"/>
        <w:gridCol w:w="1134"/>
        <w:gridCol w:w="1134"/>
        <w:gridCol w:w="964"/>
      </w:tblGrid>
      <w:tr w:rsidR="0070134D">
        <w:trPr>
          <w:tblHeader/>
          <w:jc w:val="center"/>
        </w:trPr>
        <w:tc>
          <w:tcPr>
            <w:tcW w:w="21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Предмет</w:t>
            </w:r>
            <w:proofErr w:type="spellEnd"/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13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13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Δ к району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Заданий &lt;30%</w:t>
            </w:r>
          </w:p>
        </w:tc>
      </w:tr>
      <w:tr w:rsidR="0070134D">
        <w:trPr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Русский язык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23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30,4%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53,1%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-4,8 п,п,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</w:t>
            </w:r>
          </w:p>
        </w:tc>
      </w:tr>
      <w:tr w:rsidR="0070134D">
        <w:trPr>
          <w:jc w:val="center"/>
        </w:trPr>
        <w:tc>
          <w:tcPr>
            <w:tcW w:w="21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Математика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23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39,1%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45,9%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-2,1 п,п,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70134D">
        <w:trPr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География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23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95,7%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30,4%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51,9%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-3,2 п,п,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70134D">
        <w:trPr>
          <w:jc w:val="center"/>
        </w:trPr>
        <w:tc>
          <w:tcPr>
            <w:tcW w:w="21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Литература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23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91,3%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30,4%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61,9%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-2,9 п,п,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43600" cy="276697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de_7_school_district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6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>Рисунок. 7 класс: средний результат школы и района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Наиболее высокий средний результат в параллели показан по предмету </w:t>
      </w:r>
      <w:r w:rsidRPr="006D0601">
        <w:rPr>
          <w:lang w:val="ru-RU"/>
        </w:rPr>
        <w:t>«Литература» — 61,9%; наиболее низкий — по предмету «Математика» (45,9%). Всего выявлено 25 заданий с выполнением ниже 50%, из них 11 — ниже 30%.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Первоочередные направления работы в параллели: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lastRenderedPageBreak/>
        <w:t>Математика: Распознавать изученные геометрические фигуры, опред</w:t>
      </w:r>
      <w:r w:rsidRPr="006D0601">
        <w:rPr>
          <w:lang w:val="ru-RU"/>
        </w:rPr>
        <w:t>елять их взаимное расположение, изображать геометрические…; Применять признаки делимости, разложение на множители натуральных чисел.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Русский язык: Проводить морфологический анализ причастий, деепричастий, наречий, предлогов, союзов, частиц; 1. Правильно ра</w:t>
      </w:r>
      <w:r w:rsidRPr="006D0601">
        <w:rPr>
          <w:lang w:val="ru-RU"/>
        </w:rPr>
        <w:t>сставлять знаки препинания в предложениях с причастным оборотом, правильно расставлять знаки п….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Литература: Анализировать произведение в единстве формы и содержания; Писать сочинение-рассуждение по заданной теме с опорой на прочитанные произведения.</w:t>
      </w: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 xml:space="preserve">5.5. </w:t>
      </w:r>
      <w:r w:rsidRPr="006D0601">
        <w:rPr>
          <w:lang w:val="ru-RU"/>
        </w:rPr>
        <w:t>8 класс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В 8-м классе проанализировано 6 предмет</w:t>
      </w:r>
      <w:proofErr w:type="gramStart"/>
      <w:r w:rsidRPr="006D0601">
        <w:rPr>
          <w:lang w:val="ru-RU"/>
        </w:rPr>
        <w:t>а(</w:t>
      </w:r>
      <w:proofErr w:type="spellStart"/>
      <w:proofErr w:type="gramEnd"/>
      <w:r w:rsidRPr="006D0601">
        <w:rPr>
          <w:lang w:val="ru-RU"/>
        </w:rPr>
        <w:t>ов</w:t>
      </w:r>
      <w:proofErr w:type="spellEnd"/>
      <w:r w:rsidRPr="006D0601">
        <w:rPr>
          <w:lang w:val="ru-RU"/>
        </w:rPr>
        <w:t>), 128 результатов работ и 84 заданий. Средняя успеваемость составляет 91,4%, качество знаний — 36,7%, средняя отметка — 3,28, средний результат выполнения заданий — 51,8%.</w:t>
      </w:r>
    </w:p>
    <w:tbl>
      <w:tblPr>
        <w:tblStyle w:val="aff0"/>
        <w:tblW w:w="0" w:type="auto"/>
        <w:jc w:val="center"/>
        <w:tblLook w:val="04A0"/>
      </w:tblPr>
      <w:tblGrid>
        <w:gridCol w:w="2154"/>
        <w:gridCol w:w="680"/>
        <w:gridCol w:w="850"/>
        <w:gridCol w:w="856"/>
        <w:gridCol w:w="1134"/>
        <w:gridCol w:w="1134"/>
        <w:gridCol w:w="964"/>
      </w:tblGrid>
      <w:tr w:rsidR="0070134D">
        <w:trPr>
          <w:tblHeader/>
          <w:jc w:val="center"/>
        </w:trPr>
        <w:tc>
          <w:tcPr>
            <w:tcW w:w="21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Предмет</w:t>
            </w:r>
            <w:proofErr w:type="spellEnd"/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13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</w:t>
            </w:r>
            <w:r>
              <w:rPr>
                <w:b/>
                <w:color w:val="FFFFFF"/>
                <w:sz w:val="17"/>
              </w:rPr>
              <w:t>. результат</w:t>
            </w:r>
          </w:p>
        </w:tc>
        <w:tc>
          <w:tcPr>
            <w:tcW w:w="113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Δ к району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Заданий &lt;30%</w:t>
            </w:r>
          </w:p>
        </w:tc>
      </w:tr>
      <w:tr w:rsidR="0070134D">
        <w:trPr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Русский язык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32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87,5%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37,5%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60,9%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-0,2 п,п,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70134D">
        <w:trPr>
          <w:jc w:val="center"/>
        </w:trPr>
        <w:tc>
          <w:tcPr>
            <w:tcW w:w="21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Математика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32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87,5%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37,5%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44,1%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-6,0 п,п,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70134D">
        <w:trPr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Физика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15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93,3%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33,3%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44,8%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-5,4 п,п,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70134D">
        <w:trPr>
          <w:jc w:val="center"/>
        </w:trPr>
        <w:tc>
          <w:tcPr>
            <w:tcW w:w="21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Химия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17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94,1%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35,3%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51,0%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-5,1 п,п,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</w:t>
            </w:r>
          </w:p>
        </w:tc>
      </w:tr>
      <w:tr w:rsidR="0070134D">
        <w:trPr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История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17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41,2%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52,3%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-0,2 п,п,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70134D">
        <w:trPr>
          <w:jc w:val="center"/>
        </w:trPr>
        <w:tc>
          <w:tcPr>
            <w:tcW w:w="21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Английский язык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15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93,3%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33,3%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56,3%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+1,4 п,п,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43600" cy="2766976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de_8_school_district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6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>Рисунок. 8 класс: средний результат школы и района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lastRenderedPageBreak/>
        <w:t xml:space="preserve">Наиболее высокий средний результат в параллели показан по предмету «Русский язык» — 60,9%; наиболее низкий — по предмету «Математика» (44,1%). Всего </w:t>
      </w:r>
      <w:r w:rsidRPr="006D0601">
        <w:rPr>
          <w:lang w:val="ru-RU"/>
        </w:rPr>
        <w:t>выявлено 26 заданий с выполнением ниже 50%, из них 17 — ниже 30%.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Первоочередные направления работы в параллели: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Математика: Находить вероятности случайных событий в опытах, зная вероятности элементарных событий, в том числе в опытах…; Применять понятие ар</w:t>
      </w:r>
      <w:r w:rsidRPr="006D0601">
        <w:rPr>
          <w:lang w:val="ru-RU"/>
        </w:rPr>
        <w:t xml:space="preserve">ифметического квадратного корня; находить квадратные корни, используя при необходимости </w:t>
      </w:r>
      <w:proofErr w:type="gramStart"/>
      <w:r w:rsidRPr="006D0601">
        <w:rPr>
          <w:lang w:val="ru-RU"/>
        </w:rPr>
        <w:t>к</w:t>
      </w:r>
      <w:proofErr w:type="gramEnd"/>
      <w:r w:rsidRPr="006D0601">
        <w:rPr>
          <w:lang w:val="ru-RU"/>
        </w:rPr>
        <w:t>….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 xml:space="preserve">Русский язык: Распознавать случаи нарушения грамматических норм русского литературного языка в заданных предложениях и </w:t>
      </w:r>
      <w:proofErr w:type="spellStart"/>
      <w:r w:rsidRPr="006D0601">
        <w:rPr>
          <w:lang w:val="ru-RU"/>
        </w:rPr>
        <w:t>испр</w:t>
      </w:r>
      <w:proofErr w:type="spellEnd"/>
      <w:r w:rsidRPr="006D0601">
        <w:rPr>
          <w:lang w:val="ru-RU"/>
        </w:rPr>
        <w:t>…; Проводить синтаксический анализ предло</w:t>
      </w:r>
      <w:r w:rsidRPr="006D0601">
        <w:rPr>
          <w:lang w:val="ru-RU"/>
        </w:rPr>
        <w:t>жения.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 xml:space="preserve">Физика: Анализировать отдельные этапы проведения исследований и интерпретировать результаты наблюдений и опытов; </w:t>
      </w:r>
      <w:proofErr w:type="spellStart"/>
      <w:r w:rsidRPr="006D0601">
        <w:rPr>
          <w:lang w:val="ru-RU"/>
        </w:rPr>
        <w:t>реша</w:t>
      </w:r>
      <w:proofErr w:type="spellEnd"/>
      <w:r w:rsidRPr="006D0601">
        <w:rPr>
          <w:lang w:val="ru-RU"/>
        </w:rPr>
        <w:t>…; Интерпретировать результаты наблюдений и опытов; решать задачи, используя формулы, связывающие физические вел….</w:t>
      </w: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5.6. 10 класс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В </w:t>
      </w:r>
      <w:r w:rsidRPr="006D0601">
        <w:rPr>
          <w:lang w:val="ru-RU"/>
        </w:rPr>
        <w:t>10-м классе проанализировано 4 предмет</w:t>
      </w:r>
      <w:proofErr w:type="gramStart"/>
      <w:r w:rsidRPr="006D0601">
        <w:rPr>
          <w:lang w:val="ru-RU"/>
        </w:rPr>
        <w:t>а(</w:t>
      </w:r>
      <w:proofErr w:type="spellStart"/>
      <w:proofErr w:type="gramEnd"/>
      <w:r w:rsidRPr="006D0601">
        <w:rPr>
          <w:lang w:val="ru-RU"/>
        </w:rPr>
        <w:t>ов</w:t>
      </w:r>
      <w:proofErr w:type="spellEnd"/>
      <w:r w:rsidRPr="006D0601">
        <w:rPr>
          <w:lang w:val="ru-RU"/>
        </w:rPr>
        <w:t>), 40 результатов работ и 70 заданий. Средняя успеваемость составляет 70,0%, качество знаний — 30,0%, средняя отметка — 3,00, средний результат выполнения заданий — 49,5%.</w:t>
      </w:r>
    </w:p>
    <w:tbl>
      <w:tblPr>
        <w:tblStyle w:val="aff0"/>
        <w:tblW w:w="0" w:type="auto"/>
        <w:jc w:val="center"/>
        <w:tblLook w:val="04A0"/>
      </w:tblPr>
      <w:tblGrid>
        <w:gridCol w:w="2154"/>
        <w:gridCol w:w="680"/>
        <w:gridCol w:w="850"/>
        <w:gridCol w:w="856"/>
        <w:gridCol w:w="1134"/>
        <w:gridCol w:w="1134"/>
        <w:gridCol w:w="964"/>
      </w:tblGrid>
      <w:tr w:rsidR="0070134D">
        <w:trPr>
          <w:tblHeader/>
          <w:jc w:val="center"/>
        </w:trPr>
        <w:tc>
          <w:tcPr>
            <w:tcW w:w="21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Предмет</w:t>
            </w:r>
            <w:proofErr w:type="spellEnd"/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13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</w:t>
            </w:r>
            <w:r>
              <w:rPr>
                <w:b/>
                <w:color w:val="FFFFFF"/>
                <w:sz w:val="17"/>
              </w:rPr>
              <w:t>т</w:t>
            </w:r>
          </w:p>
        </w:tc>
        <w:tc>
          <w:tcPr>
            <w:tcW w:w="113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Δ к району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Заданий &lt;30%</w:t>
            </w:r>
          </w:p>
        </w:tc>
      </w:tr>
      <w:tr w:rsidR="0070134D">
        <w:trPr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Русский язык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40,0%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60,5%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+0,5 п,п,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70134D">
        <w:trPr>
          <w:jc w:val="center"/>
        </w:trPr>
        <w:tc>
          <w:tcPr>
            <w:tcW w:w="21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Математика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90,0%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40,0%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45,9%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-4,3 п,п,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70134D">
        <w:trPr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География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40,0%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49,6%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-4,2 п,п,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</w:t>
            </w:r>
          </w:p>
        </w:tc>
      </w:tr>
      <w:tr w:rsidR="0070134D">
        <w:trPr>
          <w:jc w:val="center"/>
        </w:trPr>
        <w:tc>
          <w:tcPr>
            <w:tcW w:w="21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Литература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42,1%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-18,2 п,п,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3600" cy="2766976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de_10_school_district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6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 xml:space="preserve">Рисунок. 10 класс: средний результат школы и </w:t>
      </w:r>
      <w:r w:rsidRPr="006D0601">
        <w:rPr>
          <w:i/>
          <w:sz w:val="22"/>
          <w:lang w:val="ru-RU"/>
        </w:rPr>
        <w:t>района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Наиболее высокий средний результат в параллели показан по предмету «Русский язык» — 60,5%; наиболее низкий — по предмету «Литература» (42,1%). Всего выявлено 31 заданий с выполнением ниже 50%, из них 20 — ниже 30%.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Первоочередные направления работы </w:t>
      </w:r>
      <w:r w:rsidRPr="006D0601">
        <w:rPr>
          <w:lang w:val="ru-RU"/>
        </w:rPr>
        <w:t>в параллели: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 xml:space="preserve">Литература: Овладение умением самостоятельного истолкования прочитанного в устной и письменной формах; раскрывать </w:t>
      </w:r>
      <w:proofErr w:type="spellStart"/>
      <w:r w:rsidRPr="006D0601">
        <w:rPr>
          <w:lang w:val="ru-RU"/>
        </w:rPr>
        <w:t>конкрет</w:t>
      </w:r>
      <w:proofErr w:type="spellEnd"/>
      <w:r w:rsidRPr="006D0601">
        <w:rPr>
          <w:lang w:val="ru-RU"/>
        </w:rPr>
        <w:t xml:space="preserve">…; Осознанное умение внимательно читать, понимать и самостоятельно интерпретировать художественный текст; </w:t>
      </w:r>
      <w:proofErr w:type="spellStart"/>
      <w:r w:rsidRPr="006D0601">
        <w:rPr>
          <w:lang w:val="ru-RU"/>
        </w:rPr>
        <w:t>овладе</w:t>
      </w:r>
      <w:proofErr w:type="spellEnd"/>
      <w:r w:rsidRPr="006D0601">
        <w:rPr>
          <w:lang w:val="ru-RU"/>
        </w:rPr>
        <w:t>….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Математ</w:t>
      </w:r>
      <w:r w:rsidRPr="006D0601">
        <w:rPr>
          <w:lang w:val="ru-RU"/>
        </w:rPr>
        <w:t xml:space="preserve">ика: </w:t>
      </w:r>
      <w:proofErr w:type="gramStart"/>
      <w:r w:rsidRPr="006D0601">
        <w:rPr>
          <w:lang w:val="ru-RU"/>
        </w:rPr>
        <w:t xml:space="preserve">Оперировать понятиями: случайный эксперимент (опыт) и случайное событие, элементарное событие (элементарный и…; Решать задачи на нахождение геометрических величин по образцам или алгоритмам, применяя известные </w:t>
      </w:r>
      <w:proofErr w:type="spellStart"/>
      <w:r w:rsidRPr="006D0601">
        <w:rPr>
          <w:lang w:val="ru-RU"/>
        </w:rPr>
        <w:t>аналитическ</w:t>
      </w:r>
      <w:proofErr w:type="spellEnd"/>
      <w:r w:rsidRPr="006D0601">
        <w:rPr>
          <w:lang w:val="ru-RU"/>
        </w:rPr>
        <w:t>….</w:t>
      </w:r>
      <w:proofErr w:type="gramEnd"/>
    </w:p>
    <w:p w:rsidR="0070134D" w:rsidRDefault="000B6168">
      <w:pPr>
        <w:pStyle w:val="a0"/>
        <w:spacing w:after="60"/>
      </w:pPr>
      <w:r w:rsidRPr="006D0601">
        <w:rPr>
          <w:lang w:val="ru-RU"/>
        </w:rPr>
        <w:t>Русский язык: Понимать, ана</w:t>
      </w:r>
      <w:r w:rsidRPr="006D0601">
        <w:rPr>
          <w:lang w:val="ru-RU"/>
        </w:rPr>
        <w:t>лизировать и комментировать основную и дополнительную, явную и скрытую (</w:t>
      </w:r>
      <w:proofErr w:type="spellStart"/>
      <w:r w:rsidRPr="006D0601">
        <w:rPr>
          <w:lang w:val="ru-RU"/>
        </w:rPr>
        <w:t>подтекстовую</w:t>
      </w:r>
      <w:proofErr w:type="spellEnd"/>
      <w:r w:rsidRPr="006D0601">
        <w:rPr>
          <w:lang w:val="ru-RU"/>
        </w:rPr>
        <w:t xml:space="preserve">) информацию…; Понимать, анализировать и комментировать основную и дополнительную, явную и скрытую </w:t>
      </w:r>
      <w:r>
        <w:t>(</w:t>
      </w:r>
      <w:proofErr w:type="spellStart"/>
      <w:r>
        <w:t>подтекстовую</w:t>
      </w:r>
      <w:proofErr w:type="spellEnd"/>
      <w:r>
        <w:t xml:space="preserve">) </w:t>
      </w:r>
      <w:proofErr w:type="spellStart"/>
      <w:r>
        <w:t>информацию</w:t>
      </w:r>
      <w:proofErr w:type="spellEnd"/>
      <w:r>
        <w:t>….</w:t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t xml:space="preserve">6. Предметы и задания, требующие </w:t>
      </w:r>
      <w:r w:rsidRPr="006D0601">
        <w:rPr>
          <w:lang w:val="ru-RU"/>
        </w:rPr>
        <w:t xml:space="preserve">первоочередного </w:t>
      </w:r>
      <w:proofErr w:type="spellStart"/>
      <w:r w:rsidRPr="006D0601">
        <w:rPr>
          <w:lang w:val="ru-RU"/>
        </w:rPr>
        <w:t>внутришкольного</w:t>
      </w:r>
      <w:proofErr w:type="spellEnd"/>
      <w:r w:rsidRPr="006D0601">
        <w:rPr>
          <w:lang w:val="ru-RU"/>
        </w:rPr>
        <w:t xml:space="preserve"> контроля</w:t>
      </w:r>
    </w:p>
    <w:tbl>
      <w:tblPr>
        <w:tblStyle w:val="aff0"/>
        <w:tblW w:w="0" w:type="auto"/>
        <w:jc w:val="center"/>
        <w:tblLook w:val="04A0"/>
      </w:tblPr>
      <w:tblGrid>
        <w:gridCol w:w="397"/>
        <w:gridCol w:w="850"/>
        <w:gridCol w:w="1701"/>
        <w:gridCol w:w="794"/>
        <w:gridCol w:w="856"/>
        <w:gridCol w:w="1020"/>
        <w:gridCol w:w="1020"/>
        <w:gridCol w:w="577"/>
        <w:gridCol w:w="1065"/>
      </w:tblGrid>
      <w:tr w:rsidR="0070134D">
        <w:trPr>
          <w:tblHeader/>
          <w:jc w:val="center"/>
        </w:trPr>
        <w:tc>
          <w:tcPr>
            <w:tcW w:w="39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№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Класс</w:t>
            </w:r>
          </w:p>
        </w:tc>
        <w:tc>
          <w:tcPr>
            <w:tcW w:w="170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Предмет</w:t>
            </w:r>
          </w:p>
        </w:tc>
        <w:tc>
          <w:tcPr>
            <w:tcW w:w="79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79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Δ к району</w:t>
            </w:r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&lt;30%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Уровень риска</w:t>
            </w:r>
          </w:p>
        </w:tc>
      </w:tr>
      <w:tr w:rsidR="0070134D">
        <w:trPr>
          <w:jc w:val="center"/>
        </w:trPr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 класс</w:t>
            </w: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Литература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42,1%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-18,2 п,п,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критический</w:t>
            </w:r>
          </w:p>
        </w:tc>
      </w:tr>
      <w:tr w:rsidR="0070134D">
        <w:trPr>
          <w:jc w:val="center"/>
        </w:trPr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 класс</w:t>
            </w:r>
          </w:p>
        </w:tc>
        <w:tc>
          <w:tcPr>
            <w:tcW w:w="170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Математика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86,7%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43,3%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43,5%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-5,9 п,п,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высокий</w:t>
            </w:r>
          </w:p>
        </w:tc>
      </w:tr>
      <w:tr w:rsidR="0070134D">
        <w:trPr>
          <w:jc w:val="center"/>
        </w:trPr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 класс</w:t>
            </w: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Математика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87,5%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37,5%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44,1%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-6,0 п,п,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высокий</w:t>
            </w:r>
          </w:p>
        </w:tc>
      </w:tr>
      <w:tr w:rsidR="0070134D">
        <w:trPr>
          <w:jc w:val="center"/>
        </w:trPr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lastRenderedPageBreak/>
              <w:t>4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 класс</w:t>
            </w:r>
          </w:p>
        </w:tc>
        <w:tc>
          <w:tcPr>
            <w:tcW w:w="170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Физика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93,3%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33,3%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44,8%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-5,4 п,п,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высокий</w:t>
            </w:r>
          </w:p>
        </w:tc>
      </w:tr>
      <w:tr w:rsidR="0070134D">
        <w:trPr>
          <w:jc w:val="center"/>
        </w:trPr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 класс</w:t>
            </w: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Математика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90,0%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40,0%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45,9%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-4,3 п,п,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высокий</w:t>
            </w:r>
          </w:p>
        </w:tc>
      </w:tr>
      <w:tr w:rsidR="0070134D">
        <w:trPr>
          <w:jc w:val="center"/>
        </w:trPr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 класс</w:t>
            </w:r>
          </w:p>
        </w:tc>
        <w:tc>
          <w:tcPr>
            <w:tcW w:w="170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Математика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87,0%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39,1%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45,9%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-2,1 п,п,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высокий</w:t>
            </w:r>
          </w:p>
        </w:tc>
      </w:tr>
      <w:tr w:rsidR="0070134D">
        <w:trPr>
          <w:jc w:val="center"/>
        </w:trPr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 класс</w:t>
            </w: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Окружающий мир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35,7%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46,2%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-8,5 п,п,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высокий</w:t>
            </w:r>
          </w:p>
        </w:tc>
      </w:tr>
      <w:tr w:rsidR="0070134D">
        <w:trPr>
          <w:jc w:val="center"/>
        </w:trPr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 класс</w:t>
            </w:r>
          </w:p>
        </w:tc>
        <w:tc>
          <w:tcPr>
            <w:tcW w:w="170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Математика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87,5%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33,3%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46,7%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-2,2 п,п,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высокий</w:t>
            </w:r>
          </w:p>
        </w:tc>
      </w:tr>
      <w:tr w:rsidR="0070134D">
        <w:trPr>
          <w:jc w:val="center"/>
        </w:trPr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 класс</w:t>
            </w: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История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92,9%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35,7%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49,2%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-0,8 п,п,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высокий</w:t>
            </w:r>
          </w:p>
        </w:tc>
      </w:tr>
      <w:tr w:rsidR="0070134D">
        <w:trPr>
          <w:jc w:val="center"/>
        </w:trPr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 класс</w:t>
            </w:r>
          </w:p>
        </w:tc>
        <w:tc>
          <w:tcPr>
            <w:tcW w:w="170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География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40,0%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49,6%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-4,2 п,п,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высокий</w:t>
            </w:r>
          </w:p>
        </w:tc>
      </w:tr>
      <w:tr w:rsidR="0070134D">
        <w:trPr>
          <w:jc w:val="center"/>
        </w:trPr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11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 класс</w:t>
            </w: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Математика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89,7%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41,4%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50,6%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+1,3 п,п,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высокий</w:t>
            </w:r>
          </w:p>
        </w:tc>
      </w:tr>
      <w:tr w:rsidR="0070134D">
        <w:trPr>
          <w:jc w:val="center"/>
        </w:trPr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12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 класс</w:t>
            </w:r>
          </w:p>
        </w:tc>
        <w:tc>
          <w:tcPr>
            <w:tcW w:w="170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Химия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94,1%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35,3%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51,0%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-5,1 п,п,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высокий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852160" cy="2877667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_difficult_by_grad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2877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>Рисунок 6. Количество сложных и критически сложных заданий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К первоочередному </w:t>
      </w:r>
      <w:proofErr w:type="spellStart"/>
      <w:r w:rsidRPr="006D0601">
        <w:rPr>
          <w:lang w:val="ru-RU"/>
        </w:rPr>
        <w:t>внутришкольному</w:t>
      </w:r>
      <w:proofErr w:type="spellEnd"/>
      <w:r w:rsidRPr="006D0601">
        <w:rPr>
          <w:lang w:val="ru-RU"/>
        </w:rPr>
        <w:t xml:space="preserve"> контролю целесообразно отнести предметы, в которых одновременно наблюдаются </w:t>
      </w:r>
      <w:r w:rsidRPr="006D0601">
        <w:rPr>
          <w:lang w:val="ru-RU"/>
        </w:rPr>
        <w:t>низкая успеваемость или качество знаний, средний результат ниже 50%, существенное отставание от районного уровня и высокая доля заданий с результатом ниже 30%. Особого внимания требует 10-й класс, где последствия накопленных дефицитов наиболее выражены.</w:t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t>7.</w:t>
      </w:r>
      <w:r w:rsidRPr="006D0601">
        <w:rPr>
          <w:lang w:val="ru-RU"/>
        </w:rPr>
        <w:t xml:space="preserve"> Сопоставление отметок ВПР с отметками по журналу</w:t>
      </w:r>
    </w:p>
    <w:tbl>
      <w:tblPr>
        <w:tblStyle w:val="aff0"/>
        <w:tblW w:w="0" w:type="auto"/>
        <w:jc w:val="center"/>
        <w:tblLook w:val="04A0"/>
      </w:tblPr>
      <w:tblGrid>
        <w:gridCol w:w="2536"/>
        <w:gridCol w:w="2536"/>
        <w:gridCol w:w="2536"/>
        <w:gridCol w:w="2536"/>
      </w:tblGrid>
      <w:tr w:rsidR="0070134D">
        <w:trPr>
          <w:jc w:val="center"/>
        </w:trPr>
        <w:tc>
          <w:tcPr>
            <w:tcW w:w="2536" w:type="dxa"/>
            <w:shd w:val="clear" w:color="auto" w:fill="1F4E78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Сопоставлено</w:t>
            </w:r>
            <w:proofErr w:type="spellEnd"/>
          </w:p>
        </w:tc>
        <w:tc>
          <w:tcPr>
            <w:tcW w:w="2536" w:type="dxa"/>
            <w:shd w:val="clear" w:color="auto" w:fill="1F4E78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20"/>
              </w:rPr>
              <w:t>Понизили</w:t>
            </w:r>
          </w:p>
        </w:tc>
        <w:tc>
          <w:tcPr>
            <w:tcW w:w="2536" w:type="dxa"/>
            <w:shd w:val="clear" w:color="auto" w:fill="1F4E78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20"/>
              </w:rPr>
              <w:t>Подтвердили</w:t>
            </w:r>
          </w:p>
        </w:tc>
        <w:tc>
          <w:tcPr>
            <w:tcW w:w="2536" w:type="dxa"/>
            <w:shd w:val="clear" w:color="auto" w:fill="1F4E78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20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2536" w:type="dxa"/>
            <w:shd w:val="clear" w:color="auto" w:fill="D9EAF7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1F4E78"/>
                <w:sz w:val="30"/>
              </w:rPr>
              <w:t>562</w:t>
            </w:r>
          </w:p>
        </w:tc>
        <w:tc>
          <w:tcPr>
            <w:tcW w:w="2536" w:type="dxa"/>
            <w:shd w:val="clear" w:color="auto" w:fill="D9EAF7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1F4E78"/>
                <w:sz w:val="30"/>
              </w:rPr>
              <w:t>185 (32,9%)</w:t>
            </w:r>
          </w:p>
        </w:tc>
        <w:tc>
          <w:tcPr>
            <w:tcW w:w="2536" w:type="dxa"/>
            <w:shd w:val="clear" w:color="auto" w:fill="D9EAF7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1F4E78"/>
                <w:sz w:val="30"/>
              </w:rPr>
              <w:t>366 (65,1%)</w:t>
            </w:r>
          </w:p>
        </w:tc>
        <w:tc>
          <w:tcPr>
            <w:tcW w:w="2536" w:type="dxa"/>
            <w:shd w:val="clear" w:color="auto" w:fill="D9EAF7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1F4E78"/>
                <w:sz w:val="30"/>
              </w:rPr>
              <w:t>8 (1,4%)</w:t>
            </w:r>
          </w:p>
        </w:tc>
      </w:tr>
    </w:tbl>
    <w:p w:rsidR="0070134D" w:rsidRDefault="0070134D"/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3600" cy="3087246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_journal_by_grad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7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>Рисунок 7. Сопоставление отметок ВПР с отметками по журналу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По 562 результатам отметка ВПР оказалась ниже отметки по </w:t>
      </w:r>
      <w:r w:rsidRPr="006D0601">
        <w:rPr>
          <w:lang w:val="ru-RU"/>
        </w:rPr>
        <w:t>журналу в 185 случаях (32,9%), совпала — в 366 случаях (65,1%), оказалась выше — в 8 случаях (1,4%). По 3 результатам суммы категорий не совпадают с общим числом сопоставлений, что может быть связано с отсутствием или некорректностью отметки по журналу в и</w:t>
      </w:r>
      <w:r w:rsidRPr="006D0601">
        <w:rPr>
          <w:lang w:val="ru-RU"/>
        </w:rPr>
        <w:t>сходной выгрузке.</w:t>
      </w:r>
    </w:p>
    <w:tbl>
      <w:tblPr>
        <w:tblStyle w:val="aff0"/>
        <w:tblW w:w="0" w:type="auto"/>
        <w:jc w:val="center"/>
        <w:tblLook w:val="04A0"/>
      </w:tblPr>
      <w:tblGrid>
        <w:gridCol w:w="680"/>
        <w:gridCol w:w="2381"/>
        <w:gridCol w:w="794"/>
        <w:gridCol w:w="1020"/>
        <w:gridCol w:w="1227"/>
        <w:gridCol w:w="1020"/>
      </w:tblGrid>
      <w:tr w:rsidR="0070134D">
        <w:trPr>
          <w:tblHeader/>
          <w:jc w:val="center"/>
        </w:trPr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Класс</w:t>
            </w:r>
            <w:proofErr w:type="spellEnd"/>
          </w:p>
        </w:tc>
        <w:tc>
          <w:tcPr>
            <w:tcW w:w="238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8"/>
              </w:rPr>
              <w:t>Предмет</w:t>
            </w:r>
          </w:p>
        </w:tc>
        <w:tc>
          <w:tcPr>
            <w:tcW w:w="79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8"/>
              </w:rPr>
              <w:t>Работ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8"/>
              </w:rPr>
              <w:t>Понизили</w:t>
            </w:r>
          </w:p>
        </w:tc>
        <w:tc>
          <w:tcPr>
            <w:tcW w:w="113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8"/>
              </w:rPr>
              <w:t>Подтвердили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8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8"/>
              </w:rPr>
              <w:t>Литература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100,0%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0,0%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238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8"/>
              </w:rPr>
              <w:t>Математика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29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89,7%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10,3%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8"/>
              </w:rPr>
              <w:t>Математика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23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72,7%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27,3%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238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8"/>
              </w:rPr>
              <w:t>Биология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66,7%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33,3%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8"/>
              </w:rPr>
              <w:t>История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64,7%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35,3%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238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8"/>
              </w:rPr>
              <w:t>Математика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24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62,5%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37,5%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8"/>
              </w:rPr>
              <w:t>Химия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52,9%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47,1%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238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8"/>
              </w:rPr>
              <w:t>Русский язык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24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50,0%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50,0%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8"/>
              </w:rPr>
              <w:t>Биология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24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37,5%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62,5%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238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8"/>
              </w:rPr>
              <w:t>Английский язык</w:t>
            </w:r>
          </w:p>
        </w:tc>
        <w:tc>
          <w:tcPr>
            <w:tcW w:w="79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24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37,5%</w:t>
            </w:r>
          </w:p>
        </w:tc>
        <w:tc>
          <w:tcPr>
            <w:tcW w:w="113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62,5%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0,0%</w:t>
            </w:r>
          </w:p>
        </w:tc>
      </w:tr>
    </w:tbl>
    <w:p w:rsidR="0070134D" w:rsidRDefault="0070134D">
      <w:pPr>
        <w:spacing w:after="0"/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Высокая доля понижения отметок требует проверки согласованности текущего оценивания с планируемыми </w:t>
      </w:r>
      <w:r w:rsidRPr="006D0601">
        <w:rPr>
          <w:lang w:val="ru-RU"/>
        </w:rPr>
        <w:t xml:space="preserve">результатами, использования </w:t>
      </w:r>
      <w:proofErr w:type="spellStart"/>
      <w:r w:rsidRPr="006D0601">
        <w:rPr>
          <w:lang w:val="ru-RU"/>
        </w:rPr>
        <w:t>критериального</w:t>
      </w:r>
      <w:proofErr w:type="spellEnd"/>
      <w:r w:rsidRPr="006D0601">
        <w:rPr>
          <w:lang w:val="ru-RU"/>
        </w:rPr>
        <w:t xml:space="preserve"> оценивания, включения в контрольные работы заданий формата ВПР и регулярной </w:t>
      </w:r>
      <w:proofErr w:type="spellStart"/>
      <w:r w:rsidRPr="006D0601">
        <w:rPr>
          <w:lang w:val="ru-RU"/>
        </w:rPr>
        <w:t>модерации</w:t>
      </w:r>
      <w:proofErr w:type="spellEnd"/>
      <w:r w:rsidRPr="006D0601">
        <w:rPr>
          <w:lang w:val="ru-RU"/>
        </w:rPr>
        <w:t xml:space="preserve"> оценочных материалов на уровне школьных методических объединений.</w:t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lastRenderedPageBreak/>
        <w:t xml:space="preserve">8. </w:t>
      </w:r>
      <w:proofErr w:type="spellStart"/>
      <w:r w:rsidRPr="006D0601">
        <w:rPr>
          <w:lang w:val="ru-RU"/>
        </w:rPr>
        <w:t>Межпредметные</w:t>
      </w:r>
      <w:proofErr w:type="spellEnd"/>
      <w:r w:rsidRPr="006D0601">
        <w:rPr>
          <w:lang w:val="ru-RU"/>
        </w:rPr>
        <w:t xml:space="preserve"> дефициты, сильные стороны и зоны риска</w:t>
      </w:r>
    </w:p>
    <w:tbl>
      <w:tblPr>
        <w:tblStyle w:val="aff0"/>
        <w:tblW w:w="0" w:type="auto"/>
        <w:jc w:val="center"/>
        <w:tblLook w:val="04A0"/>
      </w:tblPr>
      <w:tblGrid>
        <w:gridCol w:w="2948"/>
        <w:gridCol w:w="1020"/>
        <w:gridCol w:w="3969"/>
      </w:tblGrid>
      <w:tr w:rsidR="0070134D">
        <w:trPr>
          <w:tblHeader/>
          <w:jc w:val="center"/>
        </w:trPr>
        <w:tc>
          <w:tcPr>
            <w:tcW w:w="2948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Межпр</w:t>
            </w:r>
            <w:r>
              <w:rPr>
                <w:b/>
                <w:color w:val="FFFFFF"/>
                <w:sz w:val="18"/>
              </w:rPr>
              <w:t>едметный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дефицит</w:t>
            </w:r>
            <w:proofErr w:type="spellEnd"/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8"/>
              </w:rPr>
              <w:t>Кол-во заданий</w:t>
            </w:r>
          </w:p>
        </w:tc>
        <w:tc>
          <w:tcPr>
            <w:tcW w:w="3969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8"/>
              </w:rPr>
              <w:t>Примеры</w:t>
            </w:r>
          </w:p>
        </w:tc>
      </w:tr>
      <w:tr w:rsidR="0070134D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8"/>
                <w:lang w:val="ru-RU"/>
              </w:rPr>
              <w:t>Предметные понятия, классификация и применение знаний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59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8"/>
                <w:lang w:val="ru-RU"/>
              </w:rPr>
              <w:t xml:space="preserve">4 </w:t>
            </w:r>
            <w:proofErr w:type="spellStart"/>
            <w:r w:rsidRPr="006D0601">
              <w:rPr>
                <w:sz w:val="18"/>
                <w:lang w:val="ru-RU"/>
              </w:rPr>
              <w:t>кл</w:t>
            </w:r>
            <w:proofErr w:type="spellEnd"/>
            <w:r w:rsidRPr="006D0601">
              <w:rPr>
                <w:sz w:val="18"/>
                <w:lang w:val="ru-RU"/>
              </w:rPr>
              <w:t xml:space="preserve">. Математика, №5.2; 4 </w:t>
            </w:r>
            <w:proofErr w:type="spellStart"/>
            <w:r w:rsidRPr="006D0601">
              <w:rPr>
                <w:sz w:val="18"/>
                <w:lang w:val="ru-RU"/>
              </w:rPr>
              <w:t>кл</w:t>
            </w:r>
            <w:proofErr w:type="spellEnd"/>
            <w:r w:rsidRPr="006D0601">
              <w:rPr>
                <w:sz w:val="18"/>
                <w:lang w:val="ru-RU"/>
              </w:rPr>
              <w:t xml:space="preserve">. Математика, №7; 4 </w:t>
            </w:r>
            <w:proofErr w:type="spellStart"/>
            <w:r w:rsidRPr="006D0601">
              <w:rPr>
                <w:sz w:val="18"/>
                <w:lang w:val="ru-RU"/>
              </w:rPr>
              <w:t>кл</w:t>
            </w:r>
            <w:proofErr w:type="spellEnd"/>
            <w:r w:rsidRPr="006D0601">
              <w:rPr>
                <w:sz w:val="18"/>
                <w:lang w:val="ru-RU"/>
              </w:rPr>
              <w:t xml:space="preserve">. </w:t>
            </w:r>
            <w:proofErr w:type="spellStart"/>
            <w:r>
              <w:rPr>
                <w:sz w:val="18"/>
              </w:rPr>
              <w:t>Математика</w:t>
            </w:r>
            <w:proofErr w:type="spellEnd"/>
            <w:r>
              <w:rPr>
                <w:sz w:val="18"/>
              </w:rPr>
              <w:t xml:space="preserve">, №10; 4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 Окружающий мир, №6.1</w:t>
            </w:r>
          </w:p>
        </w:tc>
      </w:tr>
      <w:tr w:rsidR="0070134D">
        <w:trPr>
          <w:jc w:val="center"/>
        </w:trPr>
        <w:tc>
          <w:tcPr>
            <w:tcW w:w="2948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8"/>
                <w:lang w:val="ru-RU"/>
              </w:rPr>
              <w:t>Смысловое чтение и извлечение информации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56</w:t>
            </w:r>
          </w:p>
        </w:tc>
        <w:tc>
          <w:tcPr>
            <w:tcW w:w="3969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8"/>
                <w:lang w:val="ru-RU"/>
              </w:rPr>
              <w:t xml:space="preserve">4 </w:t>
            </w:r>
            <w:proofErr w:type="spellStart"/>
            <w:r w:rsidRPr="006D0601">
              <w:rPr>
                <w:sz w:val="18"/>
                <w:lang w:val="ru-RU"/>
              </w:rPr>
              <w:t>кл</w:t>
            </w:r>
            <w:proofErr w:type="spellEnd"/>
            <w:r w:rsidRPr="006D0601">
              <w:rPr>
                <w:sz w:val="18"/>
                <w:lang w:val="ru-RU"/>
              </w:rPr>
              <w:t xml:space="preserve">. Русский </w:t>
            </w:r>
            <w:r w:rsidRPr="006D0601">
              <w:rPr>
                <w:sz w:val="18"/>
                <w:lang w:val="ru-RU"/>
              </w:rPr>
              <w:t xml:space="preserve">язык, №4; 4 </w:t>
            </w:r>
            <w:proofErr w:type="spellStart"/>
            <w:r w:rsidRPr="006D0601">
              <w:rPr>
                <w:sz w:val="18"/>
                <w:lang w:val="ru-RU"/>
              </w:rPr>
              <w:t>кл</w:t>
            </w:r>
            <w:proofErr w:type="spellEnd"/>
            <w:r w:rsidRPr="006D0601">
              <w:rPr>
                <w:sz w:val="18"/>
                <w:lang w:val="ru-RU"/>
              </w:rPr>
              <w:t xml:space="preserve">. Русский язык, №12.1; 4 </w:t>
            </w:r>
            <w:proofErr w:type="spellStart"/>
            <w:r w:rsidRPr="006D0601">
              <w:rPr>
                <w:sz w:val="18"/>
                <w:lang w:val="ru-RU"/>
              </w:rPr>
              <w:t>кл</w:t>
            </w:r>
            <w:proofErr w:type="spellEnd"/>
            <w:r w:rsidRPr="006D0601">
              <w:rPr>
                <w:sz w:val="18"/>
                <w:lang w:val="ru-RU"/>
              </w:rPr>
              <w:t xml:space="preserve">. </w:t>
            </w:r>
            <w:proofErr w:type="spellStart"/>
            <w:r>
              <w:rPr>
                <w:sz w:val="18"/>
              </w:rPr>
              <w:t>Математика</w:t>
            </w:r>
            <w:proofErr w:type="spellEnd"/>
            <w:r>
              <w:rPr>
                <w:sz w:val="18"/>
              </w:rPr>
              <w:t xml:space="preserve">, №9.1; 4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 Математика, №11</w:t>
            </w:r>
          </w:p>
        </w:tc>
      </w:tr>
      <w:tr w:rsidR="0070134D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8"/>
                <w:lang w:val="ru-RU"/>
              </w:rPr>
              <w:t>Математические вычисления и многошаговое решение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8"/>
                <w:lang w:val="ru-RU"/>
              </w:rPr>
              <w:t xml:space="preserve">4 </w:t>
            </w:r>
            <w:proofErr w:type="spellStart"/>
            <w:r w:rsidRPr="006D0601">
              <w:rPr>
                <w:sz w:val="18"/>
                <w:lang w:val="ru-RU"/>
              </w:rPr>
              <w:t>кл</w:t>
            </w:r>
            <w:proofErr w:type="spellEnd"/>
            <w:r w:rsidRPr="006D0601">
              <w:rPr>
                <w:sz w:val="18"/>
                <w:lang w:val="ru-RU"/>
              </w:rPr>
              <w:t xml:space="preserve">. Математика, №8; 5 </w:t>
            </w:r>
            <w:proofErr w:type="spellStart"/>
            <w:r w:rsidRPr="006D0601">
              <w:rPr>
                <w:sz w:val="18"/>
                <w:lang w:val="ru-RU"/>
              </w:rPr>
              <w:t>кл</w:t>
            </w:r>
            <w:proofErr w:type="spellEnd"/>
            <w:r w:rsidRPr="006D0601">
              <w:rPr>
                <w:sz w:val="18"/>
                <w:lang w:val="ru-RU"/>
              </w:rPr>
              <w:t xml:space="preserve">. Математика, №10; 5 </w:t>
            </w:r>
            <w:proofErr w:type="spellStart"/>
            <w:r w:rsidRPr="006D0601">
              <w:rPr>
                <w:sz w:val="18"/>
                <w:lang w:val="ru-RU"/>
              </w:rPr>
              <w:t>кл</w:t>
            </w:r>
            <w:proofErr w:type="spellEnd"/>
            <w:r w:rsidRPr="006D0601">
              <w:rPr>
                <w:sz w:val="18"/>
                <w:lang w:val="ru-RU"/>
              </w:rPr>
              <w:t xml:space="preserve">. </w:t>
            </w:r>
            <w:proofErr w:type="spellStart"/>
            <w:r>
              <w:rPr>
                <w:sz w:val="18"/>
              </w:rPr>
              <w:t>Математика</w:t>
            </w:r>
            <w:proofErr w:type="spellEnd"/>
            <w:r>
              <w:rPr>
                <w:sz w:val="18"/>
              </w:rPr>
              <w:t xml:space="preserve">, №15; 5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 Математика, №16</w:t>
            </w:r>
          </w:p>
        </w:tc>
      </w:tr>
      <w:tr w:rsidR="0070134D" w:rsidRPr="006D0601">
        <w:trPr>
          <w:jc w:val="center"/>
        </w:trPr>
        <w:tc>
          <w:tcPr>
            <w:tcW w:w="2948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8"/>
                <w:lang w:val="ru-RU"/>
              </w:rPr>
              <w:t xml:space="preserve">Языковые нормы и </w:t>
            </w:r>
            <w:r w:rsidRPr="006D0601">
              <w:rPr>
                <w:sz w:val="18"/>
                <w:lang w:val="ru-RU"/>
              </w:rPr>
              <w:t>грамматический анализ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3969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8"/>
                <w:lang w:val="ru-RU"/>
              </w:rPr>
              <w:t xml:space="preserve">4 </w:t>
            </w:r>
            <w:proofErr w:type="spellStart"/>
            <w:r w:rsidRPr="006D0601">
              <w:rPr>
                <w:sz w:val="18"/>
                <w:lang w:val="ru-RU"/>
              </w:rPr>
              <w:t>кл</w:t>
            </w:r>
            <w:proofErr w:type="spellEnd"/>
            <w:r w:rsidRPr="006D0601">
              <w:rPr>
                <w:sz w:val="18"/>
                <w:lang w:val="ru-RU"/>
              </w:rPr>
              <w:t xml:space="preserve">. Русский язык, №9.2; 4 </w:t>
            </w:r>
            <w:proofErr w:type="spellStart"/>
            <w:r w:rsidRPr="006D0601">
              <w:rPr>
                <w:sz w:val="18"/>
                <w:lang w:val="ru-RU"/>
              </w:rPr>
              <w:t>кл</w:t>
            </w:r>
            <w:proofErr w:type="spellEnd"/>
            <w:r w:rsidRPr="006D0601">
              <w:rPr>
                <w:sz w:val="18"/>
                <w:lang w:val="ru-RU"/>
              </w:rPr>
              <w:t xml:space="preserve">. Русский язык, №10.2; 4 </w:t>
            </w:r>
            <w:proofErr w:type="spellStart"/>
            <w:r w:rsidRPr="006D0601">
              <w:rPr>
                <w:sz w:val="18"/>
                <w:lang w:val="ru-RU"/>
              </w:rPr>
              <w:t>кл</w:t>
            </w:r>
            <w:proofErr w:type="spellEnd"/>
            <w:r w:rsidRPr="006D0601">
              <w:rPr>
                <w:sz w:val="18"/>
                <w:lang w:val="ru-RU"/>
              </w:rPr>
              <w:t xml:space="preserve">. Русский язык, №12.2; 5 </w:t>
            </w:r>
            <w:proofErr w:type="spellStart"/>
            <w:r w:rsidRPr="006D0601">
              <w:rPr>
                <w:sz w:val="18"/>
                <w:lang w:val="ru-RU"/>
              </w:rPr>
              <w:t>кл</w:t>
            </w:r>
            <w:proofErr w:type="spellEnd"/>
            <w:r w:rsidRPr="006D0601">
              <w:rPr>
                <w:sz w:val="18"/>
                <w:lang w:val="ru-RU"/>
              </w:rPr>
              <w:t>. Английский язык, №4К4</w:t>
            </w:r>
          </w:p>
        </w:tc>
      </w:tr>
      <w:tr w:rsidR="0070134D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roofErr w:type="spellStart"/>
            <w:r>
              <w:rPr>
                <w:sz w:val="18"/>
              </w:rPr>
              <w:t>Аргументация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письменное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обоснование</w:t>
            </w:r>
            <w:proofErr w:type="spellEnd"/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8"/>
                <w:lang w:val="ru-RU"/>
              </w:rPr>
              <w:t xml:space="preserve">4 </w:t>
            </w:r>
            <w:proofErr w:type="spellStart"/>
            <w:r w:rsidRPr="006D0601">
              <w:rPr>
                <w:sz w:val="18"/>
                <w:lang w:val="ru-RU"/>
              </w:rPr>
              <w:t>кл</w:t>
            </w:r>
            <w:proofErr w:type="spellEnd"/>
            <w:r w:rsidRPr="006D0601">
              <w:rPr>
                <w:sz w:val="18"/>
                <w:lang w:val="ru-RU"/>
              </w:rPr>
              <w:t xml:space="preserve">. Математика, №9.2; 6 </w:t>
            </w:r>
            <w:proofErr w:type="spellStart"/>
            <w:r w:rsidRPr="006D0601">
              <w:rPr>
                <w:sz w:val="18"/>
                <w:lang w:val="ru-RU"/>
              </w:rPr>
              <w:t>кл</w:t>
            </w:r>
            <w:proofErr w:type="spellEnd"/>
            <w:r w:rsidRPr="006D0601">
              <w:rPr>
                <w:sz w:val="18"/>
                <w:lang w:val="ru-RU"/>
              </w:rPr>
              <w:t xml:space="preserve">. География, №17; 7 </w:t>
            </w:r>
            <w:proofErr w:type="spellStart"/>
            <w:r w:rsidRPr="006D0601">
              <w:rPr>
                <w:sz w:val="18"/>
                <w:lang w:val="ru-RU"/>
              </w:rPr>
              <w:t>кл</w:t>
            </w:r>
            <w:proofErr w:type="spellEnd"/>
            <w:r w:rsidRPr="006D0601">
              <w:rPr>
                <w:sz w:val="18"/>
                <w:lang w:val="ru-RU"/>
              </w:rPr>
              <w:t xml:space="preserve">. </w:t>
            </w:r>
            <w:proofErr w:type="spellStart"/>
            <w:r>
              <w:rPr>
                <w:sz w:val="18"/>
              </w:rPr>
              <w:t>Математика</w:t>
            </w:r>
            <w:proofErr w:type="spellEnd"/>
            <w:r>
              <w:rPr>
                <w:sz w:val="18"/>
              </w:rPr>
              <w:t xml:space="preserve">, №14; 7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 xml:space="preserve">. </w:t>
            </w:r>
            <w:r>
              <w:rPr>
                <w:sz w:val="18"/>
              </w:rPr>
              <w:t>Математика, №16</w:t>
            </w:r>
          </w:p>
        </w:tc>
      </w:tr>
      <w:tr w:rsidR="0070134D">
        <w:trPr>
          <w:jc w:val="center"/>
        </w:trPr>
        <w:tc>
          <w:tcPr>
            <w:tcW w:w="2948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8"/>
                <w:lang w:val="ru-RU"/>
              </w:rPr>
              <w:t>Работа с графической, табличной и картографической информацией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3969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8"/>
                <w:lang w:val="ru-RU"/>
              </w:rPr>
              <w:t xml:space="preserve">4 </w:t>
            </w:r>
            <w:proofErr w:type="spellStart"/>
            <w:r w:rsidRPr="006D0601">
              <w:rPr>
                <w:sz w:val="18"/>
                <w:lang w:val="ru-RU"/>
              </w:rPr>
              <w:t>кл</w:t>
            </w:r>
            <w:proofErr w:type="spellEnd"/>
            <w:r w:rsidRPr="006D0601">
              <w:rPr>
                <w:sz w:val="18"/>
                <w:lang w:val="ru-RU"/>
              </w:rPr>
              <w:t xml:space="preserve">. Окружающий мир, №4; 6 </w:t>
            </w:r>
            <w:proofErr w:type="spellStart"/>
            <w:r w:rsidRPr="006D0601">
              <w:rPr>
                <w:sz w:val="18"/>
                <w:lang w:val="ru-RU"/>
              </w:rPr>
              <w:t>кл</w:t>
            </w:r>
            <w:proofErr w:type="spellEnd"/>
            <w:r w:rsidRPr="006D0601">
              <w:rPr>
                <w:sz w:val="18"/>
                <w:lang w:val="ru-RU"/>
              </w:rPr>
              <w:t xml:space="preserve">. Биология, №11.3; 6 </w:t>
            </w:r>
            <w:proofErr w:type="spellStart"/>
            <w:r w:rsidRPr="006D0601">
              <w:rPr>
                <w:sz w:val="18"/>
                <w:lang w:val="ru-RU"/>
              </w:rPr>
              <w:t>кл</w:t>
            </w:r>
            <w:proofErr w:type="spellEnd"/>
            <w:r w:rsidRPr="006D0601">
              <w:rPr>
                <w:sz w:val="18"/>
                <w:lang w:val="ru-RU"/>
              </w:rPr>
              <w:t xml:space="preserve">. </w:t>
            </w:r>
            <w:proofErr w:type="spellStart"/>
            <w:r>
              <w:rPr>
                <w:sz w:val="18"/>
              </w:rPr>
              <w:t>Биология</w:t>
            </w:r>
            <w:proofErr w:type="spellEnd"/>
            <w:r>
              <w:rPr>
                <w:sz w:val="18"/>
              </w:rPr>
              <w:t xml:space="preserve">, №12К1; 6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 Биология, №13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80"/>
        <w:ind w:firstLine="709"/>
        <w:jc w:val="both"/>
      </w:pPr>
      <w:r w:rsidRPr="006D0601">
        <w:rPr>
          <w:lang w:val="ru-RU"/>
        </w:rPr>
        <w:t xml:space="preserve">Выявленные дефициты имеют </w:t>
      </w:r>
      <w:proofErr w:type="spellStart"/>
      <w:r w:rsidRPr="006D0601">
        <w:rPr>
          <w:lang w:val="ru-RU"/>
        </w:rPr>
        <w:t>межпредметный</w:t>
      </w:r>
      <w:proofErr w:type="spellEnd"/>
      <w:r w:rsidRPr="006D0601">
        <w:rPr>
          <w:lang w:val="ru-RU"/>
        </w:rPr>
        <w:t xml:space="preserve"> характер: обучающиеся испытывают </w:t>
      </w:r>
      <w:r w:rsidRPr="006D0601">
        <w:rPr>
          <w:lang w:val="ru-RU"/>
        </w:rPr>
        <w:t xml:space="preserve">затруднения не только в воспроизведении конкретного содержания, но и в чтении условия, выборе стратегии, интерпретации данных, выполнении нескольких последовательных действий и письменном обосновании результата. </w:t>
      </w:r>
      <w:proofErr w:type="spellStart"/>
      <w:r>
        <w:t>Поэтому</w:t>
      </w:r>
      <w:proofErr w:type="spellEnd"/>
      <w:r>
        <w:t xml:space="preserve"> </w:t>
      </w:r>
      <w:proofErr w:type="spellStart"/>
      <w:r>
        <w:t>коррекционная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 xml:space="preserve"> </w:t>
      </w:r>
      <w:proofErr w:type="spellStart"/>
      <w:r>
        <w:t>должна</w:t>
      </w:r>
      <w:proofErr w:type="spellEnd"/>
      <w:r>
        <w:t xml:space="preserve"> быть сог</w:t>
      </w:r>
      <w:r>
        <w:t>ласованной между предметниками.</w:t>
      </w:r>
    </w:p>
    <w:p w:rsidR="0070134D" w:rsidRDefault="000B6168">
      <w:pPr>
        <w:pStyle w:val="21"/>
      </w:pPr>
      <w:r>
        <w:t>8.1. Сильные стороны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4 класс, Окружающий мир, задание 3.1: 100,0%; 1. Распознавать изученные объекты и явления живой и неживой природы по их описанию, рисункам и фотографиям, различать их в окружающем мире.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4 класс, Литерату</w:t>
      </w:r>
      <w:r w:rsidRPr="006D0601">
        <w:rPr>
          <w:lang w:val="ru-RU"/>
        </w:rPr>
        <w:t>рное чтение, задание 1: 100,0%; Умение различать виды сказок, отдельные жанры фольклора, используя сведения по теории и истории литературы.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4 класс, Литературное чтение, задание 7: 100,0%; Умение находить в тексте средства художественной выразительности.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5</w:t>
      </w:r>
      <w:r w:rsidRPr="006D0601">
        <w:rPr>
          <w:lang w:val="ru-RU"/>
        </w:rPr>
        <w:t xml:space="preserve"> класс, Математика, задание 1: 100,0%; Выполнять арифметические действия с натуральными числами, с обыкновенными дробями в простейших случаях.</w:t>
      </w:r>
    </w:p>
    <w:p w:rsidR="0070134D" w:rsidRDefault="000B6168">
      <w:pPr>
        <w:pStyle w:val="a0"/>
        <w:spacing w:after="60"/>
      </w:pPr>
      <w:r w:rsidRPr="006D0601">
        <w:rPr>
          <w:lang w:val="ru-RU"/>
        </w:rPr>
        <w:t xml:space="preserve">5 класс, Биология, задание 2.1: 100,0%; 1. </w:t>
      </w:r>
      <w:proofErr w:type="gramStart"/>
      <w:r w:rsidRPr="006D0601">
        <w:rPr>
          <w:lang w:val="ru-RU"/>
        </w:rPr>
        <w:t>Иметь представление о важнейших биологических процессах и явлениях: пи</w:t>
      </w:r>
      <w:r w:rsidRPr="006D0601">
        <w:rPr>
          <w:lang w:val="ru-RU"/>
        </w:rPr>
        <w:t>тание, дыхание, транспорт веществ, раздражимость, рост, развитие, движение, размножение.</w:t>
      </w:r>
      <w:proofErr w:type="gramEnd"/>
      <w:r w:rsidRPr="006D0601">
        <w:rPr>
          <w:lang w:val="ru-RU"/>
        </w:rPr>
        <w:t xml:space="preserve"> </w:t>
      </w:r>
      <w:proofErr w:type="spellStart"/>
      <w:r>
        <w:t>Применя</w:t>
      </w:r>
      <w:proofErr w:type="spellEnd"/>
      <w:r>
        <w:t>….</w:t>
      </w:r>
    </w:p>
    <w:p w:rsidR="0070134D" w:rsidRDefault="000B6168">
      <w:pPr>
        <w:pStyle w:val="a0"/>
        <w:spacing w:after="60"/>
      </w:pPr>
      <w:r w:rsidRPr="006D0601">
        <w:rPr>
          <w:lang w:val="ru-RU"/>
        </w:rPr>
        <w:lastRenderedPageBreak/>
        <w:t>5 класс, Биология, задание 4.2: 100,0%; 2. Приводить примеры, характеризующие приспособленность организмов к среде обитания, взаимосвязи организмов в сообщес</w:t>
      </w:r>
      <w:r w:rsidRPr="006D0601">
        <w:rPr>
          <w:lang w:val="ru-RU"/>
        </w:rPr>
        <w:t xml:space="preserve">твах. </w:t>
      </w:r>
      <w:proofErr w:type="spellStart"/>
      <w:r>
        <w:t>Выделять</w:t>
      </w:r>
      <w:proofErr w:type="spellEnd"/>
      <w:r>
        <w:t xml:space="preserve"> </w:t>
      </w:r>
      <w:proofErr w:type="spellStart"/>
      <w:r>
        <w:t>отличительные</w:t>
      </w:r>
      <w:proofErr w:type="spellEnd"/>
      <w:r>
        <w:t xml:space="preserve"> </w:t>
      </w:r>
      <w:proofErr w:type="spellStart"/>
      <w:r>
        <w:t>признаки</w:t>
      </w:r>
      <w:proofErr w:type="spellEnd"/>
      <w:r>
        <w:t xml:space="preserve"> </w:t>
      </w:r>
      <w:proofErr w:type="spellStart"/>
      <w:r>
        <w:t>природных</w:t>
      </w:r>
      <w:proofErr w:type="spellEnd"/>
      <w:r>
        <w:t xml:space="preserve"> и ис….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 xml:space="preserve">6 класс, Биология, задание 1.1: 100,0%; 1. Описывать строение и жизнедеятельность растительного организма (на примере </w:t>
      </w:r>
      <w:proofErr w:type="gramStart"/>
      <w:r w:rsidRPr="006D0601">
        <w:rPr>
          <w:lang w:val="ru-RU"/>
        </w:rPr>
        <w:t>покрытосеменных</w:t>
      </w:r>
      <w:proofErr w:type="gramEnd"/>
      <w:r w:rsidRPr="006D0601">
        <w:rPr>
          <w:lang w:val="ru-RU"/>
        </w:rPr>
        <w:t xml:space="preserve"> или цветковых): поглощение воды и минеральное питание, фотосинтез, </w:t>
      </w:r>
      <w:r w:rsidRPr="006D0601">
        <w:rPr>
          <w:lang w:val="ru-RU"/>
        </w:rPr>
        <w:t>дыхание,….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 xml:space="preserve">6 класс, Биология, задание 1.2: 100,0%; 2. Описывать строение и жизнедеятельность растительного организма (на примере </w:t>
      </w:r>
      <w:proofErr w:type="gramStart"/>
      <w:r w:rsidRPr="006D0601">
        <w:rPr>
          <w:lang w:val="ru-RU"/>
        </w:rPr>
        <w:t>покрытосеменных</w:t>
      </w:r>
      <w:proofErr w:type="gramEnd"/>
      <w:r w:rsidRPr="006D0601">
        <w:rPr>
          <w:lang w:val="ru-RU"/>
        </w:rPr>
        <w:t xml:space="preserve"> или цветковых): поглощение воды и минеральное питание, фотосинтез, дыхание,….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6 класс, Биология, задание 1.3: 1</w:t>
      </w:r>
      <w:r w:rsidRPr="006D0601">
        <w:rPr>
          <w:lang w:val="ru-RU"/>
        </w:rPr>
        <w:t xml:space="preserve">00,0%; 3. Описывать строение и жизнедеятельность растительного организма (на примере </w:t>
      </w:r>
      <w:proofErr w:type="gramStart"/>
      <w:r w:rsidRPr="006D0601">
        <w:rPr>
          <w:lang w:val="ru-RU"/>
        </w:rPr>
        <w:t>покрытосеменных</w:t>
      </w:r>
      <w:proofErr w:type="gramEnd"/>
      <w:r w:rsidRPr="006D0601">
        <w:rPr>
          <w:lang w:val="ru-RU"/>
        </w:rPr>
        <w:t xml:space="preserve"> или цветковых): поглощение воды и минеральное питание, фотосинтез, дыхание,….</w:t>
      </w:r>
    </w:p>
    <w:p w:rsidR="0070134D" w:rsidRDefault="000B6168">
      <w:pPr>
        <w:pStyle w:val="a0"/>
        <w:spacing w:after="60"/>
      </w:pPr>
      <w:r w:rsidRPr="006D0601">
        <w:rPr>
          <w:lang w:val="ru-RU"/>
        </w:rPr>
        <w:t>6 класс, Биология, задание 8: 100,0%; Выявлять причинно-следственные связи ме</w:t>
      </w:r>
      <w:r w:rsidRPr="006D0601">
        <w:rPr>
          <w:lang w:val="ru-RU"/>
        </w:rPr>
        <w:t xml:space="preserve">жду строением и функциями тканей и органов растений, строением и жизнедеятельностью растений. </w:t>
      </w:r>
      <w:proofErr w:type="spellStart"/>
      <w:r>
        <w:t>Использовать</w:t>
      </w:r>
      <w:proofErr w:type="spellEnd"/>
      <w:r>
        <w:t xml:space="preserve"> </w:t>
      </w:r>
      <w:proofErr w:type="spellStart"/>
      <w:r>
        <w:t>методы</w:t>
      </w:r>
      <w:proofErr w:type="spellEnd"/>
      <w:r>
        <w:t xml:space="preserve"> </w:t>
      </w:r>
      <w:proofErr w:type="spellStart"/>
      <w:r>
        <w:t>биологии</w:t>
      </w:r>
      <w:proofErr w:type="spellEnd"/>
      <w:r>
        <w:t xml:space="preserve">: </w:t>
      </w:r>
      <w:proofErr w:type="spellStart"/>
      <w:r>
        <w:t>провод</w:t>
      </w:r>
      <w:proofErr w:type="spellEnd"/>
      <w:r>
        <w:t>….</w:t>
      </w:r>
    </w:p>
    <w:p w:rsidR="0070134D" w:rsidRDefault="000B6168">
      <w:pPr>
        <w:pStyle w:val="a0"/>
        <w:spacing w:after="60"/>
      </w:pPr>
      <w:r w:rsidRPr="006D0601">
        <w:rPr>
          <w:lang w:val="ru-RU"/>
        </w:rPr>
        <w:t>7 класс, Математика, задание 1: 100,0%; Выполнять, сочетая устные и письменные приемы, арифметические действия с рациональн</w:t>
      </w:r>
      <w:r w:rsidRPr="006D0601">
        <w:rPr>
          <w:lang w:val="ru-RU"/>
        </w:rPr>
        <w:t xml:space="preserve">ыми числами. </w:t>
      </w:r>
      <w:proofErr w:type="spellStart"/>
      <w:r>
        <w:t>Находить</w:t>
      </w:r>
      <w:proofErr w:type="spellEnd"/>
      <w:r>
        <w:t xml:space="preserve"> </w:t>
      </w:r>
      <w:proofErr w:type="spellStart"/>
      <w:r>
        <w:t>значения</w:t>
      </w:r>
      <w:proofErr w:type="spellEnd"/>
      <w:r>
        <w:t xml:space="preserve"> </w:t>
      </w:r>
      <w:proofErr w:type="spellStart"/>
      <w:r>
        <w:t>числовых</w:t>
      </w:r>
      <w:proofErr w:type="spellEnd"/>
      <w:r>
        <w:t xml:space="preserve"> </w:t>
      </w:r>
      <w:proofErr w:type="spellStart"/>
      <w:r>
        <w:t>выражений</w:t>
      </w:r>
      <w:proofErr w:type="spellEnd"/>
      <w:r>
        <w:t>; применять разнообразные способы и п….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7 класс, Математика, задание 2.1: 100,0%; 1. Читать информацию, представленную в таблицах, на диаграммах; представлять данные в виде таблиц; строить диаграммы (столбик</w:t>
      </w:r>
      <w:r w:rsidRPr="006D0601">
        <w:rPr>
          <w:lang w:val="ru-RU"/>
        </w:rPr>
        <w:t xml:space="preserve">овые (столбчатые) и круговые) по массивам </w:t>
      </w:r>
      <w:proofErr w:type="spellStart"/>
      <w:r w:rsidRPr="006D0601">
        <w:rPr>
          <w:lang w:val="ru-RU"/>
        </w:rPr>
        <w:t>зн</w:t>
      </w:r>
      <w:proofErr w:type="spellEnd"/>
      <w:r w:rsidRPr="006D0601">
        <w:rPr>
          <w:lang w:val="ru-RU"/>
        </w:rPr>
        <w:t>….</w:t>
      </w:r>
    </w:p>
    <w:p w:rsidR="0070134D" w:rsidRDefault="000B6168">
      <w:pPr>
        <w:pStyle w:val="21"/>
      </w:pPr>
      <w:r>
        <w:t>8.2. Ключевые зоны риска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10 класс, Литература: успеваемость 0,0%, качество 0,0%, средний результат 42,1%, критически сложных заданий — 7.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4 класс, Математика: успеваемость 86,7%, качество 43,3%, средний резуль</w:t>
      </w:r>
      <w:r w:rsidRPr="006D0601">
        <w:rPr>
          <w:lang w:val="ru-RU"/>
        </w:rPr>
        <w:t>тат 43,5%, критически сложных заданий — 5.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8 класс, Математика: успеваемость 87,5%, качество 37,5%, средний результат 44,1%, критически сложных заданий — 4.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8 класс, Физика: успеваемость 93,3%, качество 33,3%, средний результат 44,8%, критически сложных за</w:t>
      </w:r>
      <w:r w:rsidRPr="006D0601">
        <w:rPr>
          <w:lang w:val="ru-RU"/>
        </w:rPr>
        <w:t>даний — 2.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10 класс, Математика: успеваемость 90,0%, качество 40,0%, средний результат 45,9%, критически сложных заданий — 4.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lastRenderedPageBreak/>
        <w:t>7 класс, Математика: успеваемость 87,0%, качество 39,1%, средний результат 45,9%, критически сложных заданий — 5.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4 класс, Окружаю</w:t>
      </w:r>
      <w:r w:rsidRPr="006D0601">
        <w:rPr>
          <w:lang w:val="ru-RU"/>
        </w:rPr>
        <w:t>щий мир: успеваемость 100,0%, качество 35,7%, средний результат 46,2%, критически сложных заданий — 8.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5 класс, Математика: успеваемость 87,5%, качество 33,3%, средний результат 46,7%, критически сложных заданий — 6.</w:t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t xml:space="preserve">9. Адресные рекомендации и план </w:t>
      </w:r>
      <w:proofErr w:type="spellStart"/>
      <w:r w:rsidRPr="006D0601">
        <w:rPr>
          <w:lang w:val="ru-RU"/>
        </w:rPr>
        <w:t>внутриш</w:t>
      </w:r>
      <w:r w:rsidRPr="006D0601">
        <w:rPr>
          <w:lang w:val="ru-RU"/>
        </w:rPr>
        <w:t>кольной</w:t>
      </w:r>
      <w:proofErr w:type="spellEnd"/>
      <w:r w:rsidRPr="006D0601">
        <w:rPr>
          <w:lang w:val="ru-RU"/>
        </w:rPr>
        <w:t xml:space="preserve"> работы</w:t>
      </w:r>
    </w:p>
    <w:p w:rsidR="0070134D" w:rsidRDefault="000B6168">
      <w:pPr>
        <w:pStyle w:val="21"/>
      </w:pPr>
      <w:r>
        <w:t>9.1. Администрации школы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Утвердить по каждому предмету перечень дефицитных умений и контрольные показатели их устранения на первое полугодие 2026/2027 учебного года.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 xml:space="preserve">Включить в план </w:t>
      </w:r>
      <w:proofErr w:type="spellStart"/>
      <w:r w:rsidRPr="006D0601">
        <w:rPr>
          <w:lang w:val="ru-RU"/>
        </w:rPr>
        <w:t>внутришкольного</w:t>
      </w:r>
      <w:proofErr w:type="spellEnd"/>
      <w:r w:rsidRPr="006D0601">
        <w:rPr>
          <w:lang w:val="ru-RU"/>
        </w:rPr>
        <w:t xml:space="preserve"> контроля 10-й класс и предметы </w:t>
      </w:r>
      <w:r w:rsidRPr="006D0601">
        <w:rPr>
          <w:lang w:val="ru-RU"/>
        </w:rPr>
        <w:t>критического/высокого риска; проводить контроль не по факту отметок, а по динамике конкретных заданий и умений.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 xml:space="preserve">Организовать </w:t>
      </w:r>
      <w:proofErr w:type="gramStart"/>
      <w:r w:rsidRPr="006D0601">
        <w:rPr>
          <w:lang w:val="ru-RU"/>
        </w:rPr>
        <w:t>предметную</w:t>
      </w:r>
      <w:proofErr w:type="gramEnd"/>
      <w:r w:rsidRPr="006D0601">
        <w:rPr>
          <w:lang w:val="ru-RU"/>
        </w:rPr>
        <w:t xml:space="preserve"> </w:t>
      </w:r>
      <w:proofErr w:type="spellStart"/>
      <w:r w:rsidRPr="006D0601">
        <w:rPr>
          <w:lang w:val="ru-RU"/>
        </w:rPr>
        <w:t>модерацию</w:t>
      </w:r>
      <w:proofErr w:type="spellEnd"/>
      <w:r w:rsidRPr="006D0601">
        <w:rPr>
          <w:lang w:val="ru-RU"/>
        </w:rPr>
        <w:t xml:space="preserve"> оценочных материалов: сопоставление текущих контрольных работ с кодификатором и моделями заданий ВПР.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Рассматр</w:t>
      </w:r>
      <w:r w:rsidRPr="006D0601">
        <w:rPr>
          <w:lang w:val="ru-RU"/>
        </w:rPr>
        <w:t xml:space="preserve">ивать результаты малых групп совместно с абсолютным количеством обучающихся и индивидуальной динамикой; </w:t>
      </w:r>
      <w:proofErr w:type="gramStart"/>
      <w:r w:rsidRPr="006D0601">
        <w:rPr>
          <w:lang w:val="ru-RU"/>
        </w:rPr>
        <w:t>не делать выводы</w:t>
      </w:r>
      <w:proofErr w:type="gramEnd"/>
      <w:r w:rsidRPr="006D0601">
        <w:rPr>
          <w:lang w:val="ru-RU"/>
        </w:rPr>
        <w:t xml:space="preserve"> только по процентам.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Проводить ежемесячный мониторинг группы риска и повторное выполнение заданий после коррекции.</w:t>
      </w:r>
    </w:p>
    <w:p w:rsidR="0070134D" w:rsidRDefault="000B6168">
      <w:pPr>
        <w:pStyle w:val="21"/>
      </w:pPr>
      <w:r>
        <w:t>9.2. Руководителям ш</w:t>
      </w:r>
      <w:r>
        <w:t>кольных методических объединений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Провести поэлементный разбор результатов и определить, какие дефициты обусловлены содержанием, форматом задания, недостатком читательской грамотности или ошибочной стратегией.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Разработать общий банк коротких диагностических</w:t>
      </w:r>
      <w:r w:rsidRPr="006D0601">
        <w:rPr>
          <w:lang w:val="ru-RU"/>
        </w:rPr>
        <w:t xml:space="preserve"> работ по наиболее сложным заданиям, включая задания повышенного уровня.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 xml:space="preserve">Организовать </w:t>
      </w:r>
      <w:proofErr w:type="spellStart"/>
      <w:r w:rsidRPr="006D0601">
        <w:rPr>
          <w:lang w:val="ru-RU"/>
        </w:rPr>
        <w:t>взаимопосещение</w:t>
      </w:r>
      <w:proofErr w:type="spellEnd"/>
      <w:r w:rsidRPr="006D0601">
        <w:rPr>
          <w:lang w:val="ru-RU"/>
        </w:rPr>
        <w:t xml:space="preserve"> уроков с фокусом на формирование способов действия, аргументацию и работу с ошибкой.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 xml:space="preserve">Не реже одного раза в четверть проводить </w:t>
      </w:r>
      <w:proofErr w:type="spellStart"/>
      <w:r w:rsidRPr="006D0601">
        <w:rPr>
          <w:lang w:val="ru-RU"/>
        </w:rPr>
        <w:t>модерацию</w:t>
      </w:r>
      <w:proofErr w:type="spellEnd"/>
      <w:r w:rsidRPr="006D0601">
        <w:rPr>
          <w:lang w:val="ru-RU"/>
        </w:rPr>
        <w:t xml:space="preserve"> выставления отмето</w:t>
      </w:r>
      <w:r w:rsidRPr="006D0601">
        <w:rPr>
          <w:lang w:val="ru-RU"/>
        </w:rPr>
        <w:t>к по единым критериям.</w:t>
      </w:r>
    </w:p>
    <w:p w:rsidR="0070134D" w:rsidRDefault="000B6168">
      <w:pPr>
        <w:pStyle w:val="21"/>
      </w:pPr>
      <w:r>
        <w:lastRenderedPageBreak/>
        <w:t>9.3. Учителям-предметникам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Составить индивидуальные карты дефицитов обучающихся: номер задания, проверяемое умение, характер ошибки, дата коррекции, результат повторного выполнения.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 xml:space="preserve">Использовать цикл «диагностика — объяснение </w:t>
      </w:r>
      <w:r w:rsidRPr="006D0601">
        <w:rPr>
          <w:lang w:val="ru-RU"/>
        </w:rPr>
        <w:t>стратегии — тренировка — самостоятельное повторное выполнение — фиксация динамики».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Разделять предметную ошибку, ошибку чтения условия, вычислительную ошибку и отсутствие обоснования; для каждого типа применять отдельный способ коррекции.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 xml:space="preserve">Включать задания </w:t>
      </w:r>
      <w:r w:rsidRPr="006D0601">
        <w:rPr>
          <w:lang w:val="ru-RU"/>
        </w:rPr>
        <w:t xml:space="preserve">ВПР в текущую работу </w:t>
      </w:r>
      <w:proofErr w:type="spellStart"/>
      <w:r w:rsidRPr="006D0601">
        <w:rPr>
          <w:lang w:val="ru-RU"/>
        </w:rPr>
        <w:t>дозированно</w:t>
      </w:r>
      <w:proofErr w:type="spellEnd"/>
      <w:r w:rsidRPr="006D0601">
        <w:rPr>
          <w:lang w:val="ru-RU"/>
        </w:rPr>
        <w:t xml:space="preserve"> и системно, не подменяя ими полноценное освоение программы.</w:t>
      </w:r>
    </w:p>
    <w:p w:rsidR="0070134D" w:rsidRPr="006D0601" w:rsidRDefault="000B6168">
      <w:pPr>
        <w:pStyle w:val="a0"/>
        <w:spacing w:after="60"/>
        <w:rPr>
          <w:lang w:val="ru-RU"/>
        </w:rPr>
      </w:pPr>
      <w:r w:rsidRPr="006D0601">
        <w:rPr>
          <w:lang w:val="ru-RU"/>
        </w:rPr>
        <w:t>Для сильных обучающихся расширять долю заданий повышенного уровня; для группы риска обеспечивать пошаговую поддержку с постепенным снятием подсказок.</w:t>
      </w:r>
    </w:p>
    <w:p w:rsidR="0070134D" w:rsidRDefault="000B6168">
      <w:pPr>
        <w:pStyle w:val="21"/>
      </w:pPr>
      <w:r>
        <w:t>9.4. План мер</w:t>
      </w:r>
      <w:r>
        <w:t>оприятий</w:t>
      </w:r>
    </w:p>
    <w:tbl>
      <w:tblPr>
        <w:tblStyle w:val="aff0"/>
        <w:tblW w:w="0" w:type="auto"/>
        <w:jc w:val="center"/>
        <w:tblLook w:val="04A0"/>
      </w:tblPr>
      <w:tblGrid>
        <w:gridCol w:w="1361"/>
        <w:gridCol w:w="2948"/>
        <w:gridCol w:w="1928"/>
        <w:gridCol w:w="2551"/>
      </w:tblGrid>
      <w:tr w:rsidR="0070134D">
        <w:trPr>
          <w:tblHeader/>
          <w:jc w:val="center"/>
        </w:trPr>
        <w:tc>
          <w:tcPr>
            <w:tcW w:w="136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Срок</w:t>
            </w:r>
          </w:p>
        </w:tc>
        <w:tc>
          <w:tcPr>
            <w:tcW w:w="2948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Мероприятие</w:t>
            </w:r>
          </w:p>
        </w:tc>
        <w:tc>
          <w:tcPr>
            <w:tcW w:w="1928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Ответственные</w:t>
            </w:r>
          </w:p>
        </w:tc>
        <w:tc>
          <w:tcPr>
            <w:tcW w:w="255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Индикатор результата</w:t>
            </w:r>
          </w:p>
        </w:tc>
      </w:tr>
      <w:tr w:rsidR="0070134D" w:rsidRPr="006D0601">
        <w:trPr>
          <w:jc w:val="center"/>
        </w:trPr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До 25.08.2026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Утверждение предметных карт дефицитов и </w:t>
            </w:r>
            <w:proofErr w:type="gramStart"/>
            <w:r w:rsidRPr="006D0601">
              <w:rPr>
                <w:sz w:val="17"/>
                <w:lang w:val="ru-RU"/>
              </w:rPr>
              <w:t>списка</w:t>
            </w:r>
            <w:proofErr w:type="gramEnd"/>
            <w:r w:rsidRPr="006D0601">
              <w:rPr>
                <w:sz w:val="17"/>
                <w:lang w:val="ru-RU"/>
              </w:rPr>
              <w:t xml:space="preserve"> обучающихся группы риска</w:t>
            </w: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Заместитель директора по УР, руководители ШМО</w:t>
            </w: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По каждому предмету определены конкретные задания, умения и </w:t>
            </w:r>
            <w:r w:rsidRPr="006D0601">
              <w:rPr>
                <w:sz w:val="17"/>
                <w:lang w:val="ru-RU"/>
              </w:rPr>
              <w:t>целевые показатели</w:t>
            </w:r>
          </w:p>
        </w:tc>
      </w:tr>
      <w:tr w:rsidR="0070134D" w:rsidRPr="006D0601">
        <w:trPr>
          <w:jc w:val="center"/>
        </w:trPr>
        <w:tc>
          <w:tcPr>
            <w:tcW w:w="136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01–15.09.2026</w:t>
            </w:r>
          </w:p>
        </w:tc>
        <w:tc>
          <w:tcPr>
            <w:tcW w:w="2948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Стартовая диагностика по ключевым дефицитам ВПР-2026</w:t>
            </w:r>
          </w:p>
        </w:tc>
        <w:tc>
          <w:tcPr>
            <w:tcW w:w="1928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roofErr w:type="spellStart"/>
            <w:r>
              <w:rPr>
                <w:sz w:val="17"/>
              </w:rPr>
              <w:t>Учителя-предметники</w:t>
            </w:r>
            <w:proofErr w:type="spellEnd"/>
          </w:p>
        </w:tc>
        <w:tc>
          <w:tcPr>
            <w:tcW w:w="255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Получены индивидуальные стартовые данные; сформированы группы коррекции</w:t>
            </w:r>
          </w:p>
        </w:tc>
      </w:tr>
      <w:tr w:rsidR="0070134D" w:rsidRPr="006D0601">
        <w:trPr>
          <w:jc w:val="center"/>
        </w:trPr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sz w:val="17"/>
              </w:rPr>
              <w:t>Сентябрь–декабрь</w:t>
            </w:r>
            <w:proofErr w:type="spellEnd"/>
            <w:r>
              <w:rPr>
                <w:sz w:val="17"/>
              </w:rPr>
              <w:t xml:space="preserve"> 2026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Коррекционные модули 10–15 минут на уроках и отдельные</w:t>
            </w:r>
            <w:r w:rsidRPr="006D0601">
              <w:rPr>
                <w:sz w:val="17"/>
                <w:lang w:val="ru-RU"/>
              </w:rPr>
              <w:t xml:space="preserve"> консультации</w:t>
            </w: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roofErr w:type="spellStart"/>
            <w:r>
              <w:rPr>
                <w:sz w:val="17"/>
              </w:rPr>
              <w:t>Учителя-предметники</w:t>
            </w:r>
            <w:proofErr w:type="spellEnd"/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Рост выполнения целевых заданий не менее чем на 10 п.п.</w:t>
            </w:r>
          </w:p>
        </w:tc>
      </w:tr>
      <w:tr w:rsidR="0070134D" w:rsidRPr="006D0601">
        <w:trPr>
          <w:jc w:val="center"/>
        </w:trPr>
        <w:tc>
          <w:tcPr>
            <w:tcW w:w="136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sz w:val="17"/>
              </w:rPr>
              <w:t>Ежемесячно</w:t>
            </w:r>
            <w:proofErr w:type="spellEnd"/>
          </w:p>
        </w:tc>
        <w:tc>
          <w:tcPr>
            <w:tcW w:w="2948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Мини-диагностика и анализ динамики группы риска</w:t>
            </w:r>
          </w:p>
        </w:tc>
        <w:tc>
          <w:tcPr>
            <w:tcW w:w="1928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roofErr w:type="spellStart"/>
            <w:r>
              <w:rPr>
                <w:sz w:val="17"/>
              </w:rPr>
              <w:t>Учителя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руководители</w:t>
            </w:r>
            <w:proofErr w:type="spellEnd"/>
            <w:r>
              <w:rPr>
                <w:sz w:val="17"/>
              </w:rPr>
              <w:t xml:space="preserve"> ШМО</w:t>
            </w:r>
          </w:p>
        </w:tc>
        <w:tc>
          <w:tcPr>
            <w:tcW w:w="255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Не менее 70% </w:t>
            </w:r>
            <w:proofErr w:type="gramStart"/>
            <w:r w:rsidRPr="006D0601">
              <w:rPr>
                <w:sz w:val="17"/>
                <w:lang w:val="ru-RU"/>
              </w:rPr>
              <w:t>обучающихся</w:t>
            </w:r>
            <w:proofErr w:type="gramEnd"/>
            <w:r w:rsidRPr="006D0601">
              <w:rPr>
                <w:sz w:val="17"/>
                <w:lang w:val="ru-RU"/>
              </w:rPr>
              <w:t xml:space="preserve"> демонстрируют положительную динамику</w:t>
            </w:r>
          </w:p>
        </w:tc>
      </w:tr>
      <w:tr w:rsidR="0070134D" w:rsidRPr="006D0601">
        <w:trPr>
          <w:jc w:val="center"/>
        </w:trPr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sz w:val="17"/>
              </w:rPr>
              <w:t>Ноябрь</w:t>
            </w:r>
            <w:proofErr w:type="spellEnd"/>
            <w:r>
              <w:rPr>
                <w:sz w:val="17"/>
              </w:rPr>
              <w:t xml:space="preserve"> 2026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Внутришкольный контроль объективности оценивания</w:t>
            </w: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Администрация, руководители ШМО</w:t>
            </w: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Снижение доли расхождений между текущими отметками и диагностикой</w:t>
            </w:r>
          </w:p>
        </w:tc>
      </w:tr>
      <w:tr w:rsidR="0070134D" w:rsidRPr="006D0601">
        <w:trPr>
          <w:jc w:val="center"/>
        </w:trPr>
        <w:tc>
          <w:tcPr>
            <w:tcW w:w="136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sz w:val="17"/>
              </w:rPr>
              <w:t>Январь</w:t>
            </w:r>
            <w:proofErr w:type="spellEnd"/>
            <w:r>
              <w:rPr>
                <w:sz w:val="17"/>
              </w:rPr>
              <w:t xml:space="preserve"> 2027</w:t>
            </w:r>
          </w:p>
        </w:tc>
        <w:tc>
          <w:tcPr>
            <w:tcW w:w="2948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Промежуточная комплексная диагностика</w:t>
            </w:r>
          </w:p>
        </w:tc>
        <w:tc>
          <w:tcPr>
            <w:tcW w:w="1928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Заместитель директора по УР</w:t>
            </w:r>
          </w:p>
        </w:tc>
        <w:tc>
          <w:tcPr>
            <w:tcW w:w="255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Сопоставление с исходным уровн</w:t>
            </w:r>
            <w:r w:rsidRPr="006D0601">
              <w:rPr>
                <w:sz w:val="17"/>
                <w:lang w:val="ru-RU"/>
              </w:rPr>
              <w:t>ем и корректировка планов</w:t>
            </w:r>
          </w:p>
        </w:tc>
      </w:tr>
      <w:tr w:rsidR="0070134D" w:rsidRPr="006D0601">
        <w:trPr>
          <w:jc w:val="center"/>
        </w:trPr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sz w:val="17"/>
              </w:rPr>
              <w:t>Март–апрель</w:t>
            </w:r>
            <w:proofErr w:type="spellEnd"/>
            <w:r>
              <w:rPr>
                <w:sz w:val="17"/>
              </w:rPr>
              <w:t xml:space="preserve"> 2027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spellStart"/>
            <w:r w:rsidRPr="006D0601">
              <w:rPr>
                <w:sz w:val="17"/>
                <w:lang w:val="ru-RU"/>
              </w:rPr>
              <w:t>Предитоговые</w:t>
            </w:r>
            <w:proofErr w:type="spellEnd"/>
            <w:r w:rsidRPr="006D0601">
              <w:rPr>
                <w:sz w:val="17"/>
                <w:lang w:val="ru-RU"/>
              </w:rPr>
              <w:t xml:space="preserve"> тренировочные работы в формате ВПР</w:t>
            </w: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roofErr w:type="spellStart"/>
            <w:r>
              <w:rPr>
                <w:sz w:val="17"/>
              </w:rPr>
              <w:t>Администрация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учителя</w:t>
            </w:r>
            <w:proofErr w:type="spellEnd"/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Устойчивое выполнение базовых заданий не ниже 65%, повышенных — не ниже 40%</w:t>
            </w:r>
          </w:p>
        </w:tc>
      </w:tr>
      <w:tr w:rsidR="0070134D" w:rsidRPr="006D0601">
        <w:trPr>
          <w:jc w:val="center"/>
        </w:trPr>
        <w:tc>
          <w:tcPr>
            <w:tcW w:w="136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sz w:val="17"/>
              </w:rPr>
              <w:t>Май</w:t>
            </w:r>
            <w:proofErr w:type="spellEnd"/>
            <w:r>
              <w:rPr>
                <w:sz w:val="17"/>
              </w:rPr>
              <w:t xml:space="preserve"> 2027</w:t>
            </w:r>
          </w:p>
        </w:tc>
        <w:tc>
          <w:tcPr>
            <w:tcW w:w="2948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Итоговый анализ результативности мер</w:t>
            </w:r>
          </w:p>
        </w:tc>
        <w:tc>
          <w:tcPr>
            <w:tcW w:w="1928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 xml:space="preserve">Педагогический </w:t>
            </w:r>
            <w:r>
              <w:rPr>
                <w:sz w:val="17"/>
              </w:rPr>
              <w:t>совет</w:t>
            </w:r>
          </w:p>
        </w:tc>
        <w:tc>
          <w:tcPr>
            <w:tcW w:w="255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Подготовлен отчет о динамике по классам, предметам и заданиям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Default="000B6168">
      <w:pPr>
        <w:pStyle w:val="1"/>
      </w:pPr>
      <w:r>
        <w:lastRenderedPageBreak/>
        <w:t>10. Основные выводы</w:t>
      </w:r>
    </w:p>
    <w:p w:rsidR="0070134D" w:rsidRPr="006D0601" w:rsidRDefault="000B6168">
      <w:pPr>
        <w:pStyle w:val="a"/>
        <w:spacing w:after="60"/>
        <w:rPr>
          <w:lang w:val="ru-RU"/>
        </w:rPr>
      </w:pPr>
      <w:r w:rsidRPr="006D0601">
        <w:rPr>
          <w:lang w:val="ru-RU"/>
        </w:rPr>
        <w:t>В школе проанализировано 562 результатов ВПР по 28 сочетаниям «класс–предмет»; средняя успеваемость — 89,5%, качество знаний — 36,3%.</w:t>
      </w:r>
    </w:p>
    <w:p w:rsidR="0070134D" w:rsidRPr="006D0601" w:rsidRDefault="000B6168">
      <w:pPr>
        <w:pStyle w:val="a"/>
        <w:spacing w:after="60"/>
        <w:rPr>
          <w:lang w:val="ru-RU"/>
        </w:rPr>
      </w:pPr>
      <w:r w:rsidRPr="006D0601">
        <w:rPr>
          <w:lang w:val="ru-RU"/>
        </w:rPr>
        <w:t>Средний результат выполнения зад</w:t>
      </w:r>
      <w:r w:rsidRPr="006D0601">
        <w:rPr>
          <w:lang w:val="ru-RU"/>
        </w:rPr>
        <w:t>аний составляет 52,2%, что ниже районного показателя на 2,8% и федерального — на 8,7%.</w:t>
      </w:r>
    </w:p>
    <w:p w:rsidR="0070134D" w:rsidRPr="006D0601" w:rsidRDefault="000B6168">
      <w:pPr>
        <w:pStyle w:val="a"/>
        <w:spacing w:after="60"/>
        <w:rPr>
          <w:lang w:val="ru-RU"/>
        </w:rPr>
      </w:pPr>
      <w:r w:rsidRPr="006D0601">
        <w:rPr>
          <w:lang w:val="ru-RU"/>
        </w:rPr>
        <w:t>Основной системный риск связан с заданиями повышенного уровня: средний результат 26,1% против 57,1% по базовому уровню.</w:t>
      </w:r>
    </w:p>
    <w:p w:rsidR="0070134D" w:rsidRPr="006D0601" w:rsidRDefault="000B6168">
      <w:pPr>
        <w:pStyle w:val="a"/>
        <w:spacing w:after="60"/>
        <w:rPr>
          <w:lang w:val="ru-RU"/>
        </w:rPr>
      </w:pPr>
      <w:r w:rsidRPr="006D0601">
        <w:rPr>
          <w:lang w:val="ru-RU"/>
        </w:rPr>
        <w:t xml:space="preserve">Из 432 заданий 160 </w:t>
      </w:r>
      <w:proofErr w:type="gramStart"/>
      <w:r w:rsidRPr="006D0601">
        <w:rPr>
          <w:lang w:val="ru-RU"/>
        </w:rPr>
        <w:t>выполнены</w:t>
      </w:r>
      <w:proofErr w:type="gramEnd"/>
      <w:r w:rsidRPr="006D0601">
        <w:rPr>
          <w:lang w:val="ru-RU"/>
        </w:rPr>
        <w:t xml:space="preserve"> менее чем на 50%, в </w:t>
      </w:r>
      <w:r w:rsidRPr="006D0601">
        <w:rPr>
          <w:lang w:val="ru-RU"/>
        </w:rPr>
        <w:t>том числе 90 — менее чем на 30%.</w:t>
      </w:r>
    </w:p>
    <w:p w:rsidR="0070134D" w:rsidRPr="006D0601" w:rsidRDefault="000B6168">
      <w:pPr>
        <w:pStyle w:val="a"/>
        <w:spacing w:after="60"/>
        <w:rPr>
          <w:lang w:val="ru-RU"/>
        </w:rPr>
      </w:pPr>
      <w:r w:rsidRPr="006D0601">
        <w:rPr>
          <w:lang w:val="ru-RU"/>
        </w:rPr>
        <w:t>Наиболее напряженная ситуация наблюдается в 10-м классе; критического внимания требует литература 10-го класса, где все участники получили неудовлетворительный результат и отметка ВПР у всех оказалась ниже отметки по журнал</w:t>
      </w:r>
      <w:r w:rsidRPr="006D0601">
        <w:rPr>
          <w:lang w:val="ru-RU"/>
        </w:rPr>
        <w:t>у.</w:t>
      </w:r>
    </w:p>
    <w:p w:rsidR="0070134D" w:rsidRPr="006D0601" w:rsidRDefault="000B6168">
      <w:pPr>
        <w:pStyle w:val="a"/>
        <w:spacing w:after="60"/>
        <w:rPr>
          <w:lang w:val="ru-RU"/>
        </w:rPr>
      </w:pPr>
      <w:r w:rsidRPr="006D0601">
        <w:rPr>
          <w:lang w:val="ru-RU"/>
        </w:rPr>
        <w:t xml:space="preserve">Отметки ВПР подтверждают журнальные отметки в 65,1% случаев; в 32,9% случаев результат ВПР ниже, что требует усиления </w:t>
      </w:r>
      <w:proofErr w:type="spellStart"/>
      <w:r w:rsidRPr="006D0601">
        <w:rPr>
          <w:lang w:val="ru-RU"/>
        </w:rPr>
        <w:t>критериального</w:t>
      </w:r>
      <w:proofErr w:type="spellEnd"/>
      <w:r w:rsidRPr="006D0601">
        <w:rPr>
          <w:lang w:val="ru-RU"/>
        </w:rPr>
        <w:t xml:space="preserve"> оценивания и </w:t>
      </w:r>
      <w:proofErr w:type="spellStart"/>
      <w:r w:rsidRPr="006D0601">
        <w:rPr>
          <w:lang w:val="ru-RU"/>
        </w:rPr>
        <w:t>модерации</w:t>
      </w:r>
      <w:proofErr w:type="spellEnd"/>
      <w:r w:rsidRPr="006D0601">
        <w:rPr>
          <w:lang w:val="ru-RU"/>
        </w:rPr>
        <w:t xml:space="preserve"> школьных контрольных материалов.</w:t>
      </w:r>
    </w:p>
    <w:p w:rsidR="0070134D" w:rsidRPr="006D0601" w:rsidRDefault="000B6168">
      <w:pPr>
        <w:pStyle w:val="a"/>
        <w:spacing w:after="60"/>
        <w:rPr>
          <w:lang w:val="ru-RU"/>
        </w:rPr>
      </w:pPr>
      <w:r w:rsidRPr="006D0601">
        <w:rPr>
          <w:lang w:val="ru-RU"/>
        </w:rPr>
        <w:t>Коррекционная работа должна быть построена вокруг конкретных про</w:t>
      </w:r>
      <w:r w:rsidRPr="006D0601">
        <w:rPr>
          <w:lang w:val="ru-RU"/>
        </w:rPr>
        <w:t>веряемых умений и обязательного повторного выполнения заданий, а ее результативность — отслеживаться по динамике каждого обучающегося и каждой группы заданий.</w:t>
      </w:r>
    </w:p>
    <w:p w:rsidR="0070134D" w:rsidRPr="006D0601" w:rsidRDefault="0070134D">
      <w:pPr>
        <w:rPr>
          <w:lang w:val="ru-RU"/>
        </w:rPr>
        <w:sectPr w:rsidR="0070134D" w:rsidRPr="006D0601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2240" w:h="15840"/>
          <w:pgMar w:top="1020" w:right="850" w:bottom="1020" w:left="1247" w:header="720" w:footer="720" w:gutter="0"/>
          <w:cols w:space="720"/>
          <w:titlePg/>
          <w:docGrid w:linePitch="360"/>
        </w:sectPr>
      </w:pP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lastRenderedPageBreak/>
        <w:t>ПРИЛОЖЕНИЕ 1. ДЕТАЛИЗИРОВАННЫЙ АНАЛИЗ ПО КАЖДОМУ КЛАССУ И ПРЕДМЕТУ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proofErr w:type="gramStart"/>
      <w:r w:rsidRPr="006D0601">
        <w:rPr>
          <w:lang w:val="ru-RU"/>
        </w:rPr>
        <w:t>В приложении для каждого сочетания «класс–предмет» представлены основные показатели, сравнение с районным, региональным и федеральным уровнями, график выполн</w:t>
      </w:r>
      <w:r w:rsidRPr="006D0601">
        <w:rPr>
          <w:lang w:val="ru-RU"/>
        </w:rPr>
        <w:t>ения всех заданий, сильные стороны, наиболее сложные задания и адресные рекомендации.</w:t>
      </w:r>
      <w:proofErr w:type="gramEnd"/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t>4 класс — Литературное чтение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Дата проведения: 20.04.2026. Максимальный первичный балл: 22. В школе работу выполнили 16 </w:t>
      </w:r>
      <w:proofErr w:type="gramStart"/>
      <w:r w:rsidRPr="006D0601">
        <w:rPr>
          <w:lang w:val="ru-RU"/>
        </w:rPr>
        <w:t>обучающихся</w:t>
      </w:r>
      <w:proofErr w:type="gramEnd"/>
      <w:r w:rsidRPr="006D0601">
        <w:rPr>
          <w:lang w:val="ru-RU"/>
        </w:rPr>
        <w:t>. Уровень риска: высокий.</w:t>
      </w:r>
    </w:p>
    <w:tbl>
      <w:tblPr>
        <w:tblStyle w:val="aff0"/>
        <w:tblW w:w="0" w:type="auto"/>
        <w:jc w:val="center"/>
        <w:tblLook w:val="04A0"/>
      </w:tblPr>
      <w:tblGrid>
        <w:gridCol w:w="1417"/>
        <w:gridCol w:w="907"/>
        <w:gridCol w:w="964"/>
        <w:gridCol w:w="964"/>
        <w:gridCol w:w="1020"/>
        <w:gridCol w:w="1191"/>
        <w:gridCol w:w="1020"/>
        <w:gridCol w:w="1191"/>
        <w:gridCol w:w="1020"/>
      </w:tblGrid>
      <w:tr w:rsidR="0070134D">
        <w:trPr>
          <w:tblHeader/>
          <w:jc w:val="center"/>
        </w:trPr>
        <w:tc>
          <w:tcPr>
            <w:tcW w:w="141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Уровень</w:t>
            </w:r>
            <w:proofErr w:type="spellEnd"/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отметка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Понизили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Подтвердили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Школа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16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93,8%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31,2%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3,25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51,4%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18,8%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81,2%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Район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338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92,3%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44,4%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3,44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58,5%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34,3%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64,8%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0,9%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ЧР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10 214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89,3%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45,5%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3,42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57,6%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40,1%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58,6%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1,3%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РФ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640 712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97,8%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74,5%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3,98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70,2%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28,1%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67,4%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4,6%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80"/>
        <w:ind w:firstLine="709"/>
        <w:jc w:val="both"/>
      </w:pPr>
      <w:r w:rsidRPr="006D0601">
        <w:rPr>
          <w:lang w:val="ru-RU"/>
        </w:rPr>
        <w:t xml:space="preserve">Средний результат школы — 51,4%: -7,1 </w:t>
      </w:r>
      <w:proofErr w:type="spellStart"/>
      <w:r w:rsidRPr="006D0601">
        <w:rPr>
          <w:lang w:val="ru-RU"/>
        </w:rPr>
        <w:t>п</w:t>
      </w:r>
      <w:proofErr w:type="gramStart"/>
      <w:r w:rsidRPr="006D0601">
        <w:rPr>
          <w:lang w:val="ru-RU"/>
        </w:rPr>
        <w:t>,п</w:t>
      </w:r>
      <w:proofErr w:type="spellEnd"/>
      <w:proofErr w:type="gramEnd"/>
      <w:r w:rsidRPr="006D0601">
        <w:rPr>
          <w:lang w:val="ru-RU"/>
        </w:rPr>
        <w:t xml:space="preserve">, к району, -6,1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ЧР и -18,8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РФ.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знаний</w:t>
      </w:r>
      <w:proofErr w:type="spellEnd"/>
      <w:r>
        <w:t xml:space="preserve"> — 31,2%; успеваемость — 93,8%. Заданий ниже 50% — 6 из 15, ниже 30% — 3.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8412480" cy="3878448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j_ЛЧ_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387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 xml:space="preserve">Рисунок. 4 класс, Литературное чтение: выполнение </w:t>
      </w:r>
      <w:r w:rsidRPr="006D0601">
        <w:rPr>
          <w:i/>
          <w:sz w:val="22"/>
          <w:lang w:val="ru-RU"/>
        </w:rPr>
        <w:t>заданий</w:t>
      </w:r>
    </w:p>
    <w:p w:rsidR="0070134D" w:rsidRDefault="000B6168">
      <w:pPr>
        <w:pStyle w:val="21"/>
      </w:pPr>
      <w:proofErr w:type="spellStart"/>
      <w:r>
        <w:t>Наиболее</w:t>
      </w:r>
      <w:proofErr w:type="spellEnd"/>
      <w:r>
        <w:t xml:space="preserve"> </w:t>
      </w:r>
      <w:proofErr w:type="spellStart"/>
      <w:r>
        <w:t>успешные</w:t>
      </w:r>
      <w:proofErr w:type="spellEnd"/>
      <w:r>
        <w:t xml:space="preserve"> </w:t>
      </w:r>
      <w:proofErr w:type="spellStart"/>
      <w:r>
        <w:t>задания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1247"/>
        <w:gridCol w:w="567"/>
        <w:gridCol w:w="850"/>
        <w:gridCol w:w="850"/>
        <w:gridCol w:w="7370"/>
      </w:tblGrid>
      <w:tr w:rsidR="0070134D">
        <w:trPr>
          <w:tblHeader/>
          <w:jc w:val="center"/>
        </w:trPr>
        <w:tc>
          <w:tcPr>
            <w:tcW w:w="124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Задание</w:t>
            </w:r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Школа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Район</w:t>
            </w:r>
          </w:p>
        </w:tc>
        <w:tc>
          <w:tcPr>
            <w:tcW w:w="737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Проверяемое умение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92,3%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Умение различать виды сказок, отдельные жанры фольклора, используя сведения по теории и истории литературы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77,5%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Умение находить в тексте </w:t>
            </w:r>
            <w:r w:rsidRPr="006D0601">
              <w:rPr>
                <w:sz w:val="17"/>
                <w:lang w:val="ru-RU"/>
              </w:rPr>
              <w:t>средства художественной выразительности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93,8%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89,9%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Умение понимать жанровую принадлежность, соотносить читаемый текст с жанром художественной литературы (сказки, </w:t>
            </w:r>
            <w:proofErr w:type="gramStart"/>
            <w:r w:rsidRPr="006D0601">
              <w:rPr>
                <w:sz w:val="17"/>
                <w:lang w:val="ru-RU"/>
              </w:rPr>
              <w:t>расска­зы</w:t>
            </w:r>
            <w:proofErr w:type="gramEnd"/>
            <w:r w:rsidRPr="006D0601">
              <w:rPr>
                <w:sz w:val="17"/>
                <w:lang w:val="ru-RU"/>
              </w:rPr>
              <w:t xml:space="preserve">, басни, стихотворения, жанры фольклора), используя сведения по теории и </w:t>
            </w:r>
            <w:r w:rsidRPr="006D0601">
              <w:rPr>
                <w:sz w:val="17"/>
                <w:lang w:val="ru-RU"/>
              </w:rPr>
              <w:t>истории литературы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87,5%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70,7%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Умение отвечать на вопросы по содержанию произведения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75,0%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84,0%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Умения соотносить книгу с жанром художественной литературы (литературные сказки, рассказы, стихотворения, басни), используя сведения по </w:t>
            </w:r>
            <w:r w:rsidRPr="006D0601">
              <w:rPr>
                <w:sz w:val="17"/>
                <w:lang w:val="ru-RU"/>
              </w:rPr>
              <w:t>теории и истории литературы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lastRenderedPageBreak/>
        <w:t>Наиболее сложные задания и адресные меры</w:t>
      </w:r>
    </w:p>
    <w:tbl>
      <w:tblPr>
        <w:tblStyle w:val="aff0"/>
        <w:tblW w:w="0" w:type="auto"/>
        <w:jc w:val="center"/>
        <w:tblLook w:val="04A0"/>
      </w:tblPr>
      <w:tblGrid>
        <w:gridCol w:w="964"/>
        <w:gridCol w:w="454"/>
        <w:gridCol w:w="737"/>
        <w:gridCol w:w="737"/>
        <w:gridCol w:w="737"/>
        <w:gridCol w:w="4025"/>
        <w:gridCol w:w="4252"/>
      </w:tblGrid>
      <w:tr w:rsidR="0070134D">
        <w:trPr>
          <w:tblHeader/>
          <w:jc w:val="center"/>
        </w:trPr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Задание</w:t>
            </w:r>
            <w:proofErr w:type="spellEnd"/>
          </w:p>
        </w:tc>
        <w:tc>
          <w:tcPr>
            <w:tcW w:w="4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Ур.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Школа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Район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Δ</w:t>
            </w:r>
          </w:p>
        </w:tc>
        <w:tc>
          <w:tcPr>
            <w:tcW w:w="402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Проверяемое умение</w:t>
            </w:r>
          </w:p>
        </w:tc>
        <w:tc>
          <w:tcPr>
            <w:tcW w:w="425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14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6,2%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20,1%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-13,9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Умения строить речевое высказывание в соответствии с поставленной задачей, создавать </w:t>
            </w:r>
            <w:r w:rsidRPr="006D0601">
              <w:rPr>
                <w:sz w:val="15"/>
                <w:lang w:val="ru-RU"/>
              </w:rPr>
              <w:t>устные и письменные тексты (рассуждение)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отрабатывать структуру письменного ответа: тезис — доказательство — пример — вывод; проводить взаимопроверку по критериям и обязательное редактирование текста; отдельно отрабатывать многошаговые задания повышенного </w:t>
            </w:r>
            <w:r w:rsidRPr="006D0601">
              <w:rPr>
                <w:sz w:val="15"/>
                <w:lang w:val="ru-RU"/>
              </w:rPr>
              <w:t>уровня с комментированием стратеги…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6.2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21,9%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58,4%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-36,5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2. Овладение начальными сведениями о творчестве изученных русских писателей и поэтов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ввести читательские дневники и задания на интерпретацию; проводить мини-сочинения по </w:t>
            </w:r>
            <w:proofErr w:type="gramStart"/>
            <w:r w:rsidRPr="006D0601">
              <w:rPr>
                <w:sz w:val="15"/>
                <w:lang w:val="ru-RU"/>
              </w:rPr>
              <w:t>прочитанному</w:t>
            </w:r>
            <w:proofErr w:type="gramEnd"/>
            <w:r w:rsidRPr="006D0601">
              <w:rPr>
                <w:sz w:val="15"/>
                <w:lang w:val="ru-RU"/>
              </w:rPr>
              <w:t xml:space="preserve"> с </w:t>
            </w:r>
            <w:r w:rsidRPr="006D0601">
              <w:rPr>
                <w:sz w:val="15"/>
                <w:lang w:val="ru-RU"/>
              </w:rPr>
              <w:t>разбором образца.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13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25,0%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42,6%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-17,6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Умение отвечать на вопросы по содержанию произведения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ввести читательские дневники и задания на интерпретацию; проводить мини-сочинения по </w:t>
            </w:r>
            <w:proofErr w:type="gramStart"/>
            <w:r w:rsidRPr="006D0601">
              <w:rPr>
                <w:sz w:val="15"/>
                <w:lang w:val="ru-RU"/>
              </w:rPr>
              <w:t>прочитанному</w:t>
            </w:r>
            <w:proofErr w:type="gramEnd"/>
            <w:r w:rsidRPr="006D0601">
              <w:rPr>
                <w:sz w:val="15"/>
                <w:lang w:val="ru-RU"/>
              </w:rPr>
              <w:t xml:space="preserve"> с разбором образца.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37,5%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34,3%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+3,2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Умения: составлять письменные высказывания на заданную тему – проблемный вопрос; </w:t>
            </w:r>
            <w:proofErr w:type="spellStart"/>
            <w:r w:rsidRPr="006D0601">
              <w:rPr>
                <w:sz w:val="15"/>
                <w:lang w:val="ru-RU"/>
              </w:rPr>
              <w:t>аргументированно</w:t>
            </w:r>
            <w:proofErr w:type="spellEnd"/>
            <w:r w:rsidRPr="006D0601">
              <w:rPr>
                <w:sz w:val="15"/>
                <w:lang w:val="ru-RU"/>
              </w:rPr>
              <w:t xml:space="preserve"> высказывать свое мнение, используя такой тип речи, как рассуждение; корректировать </w:t>
            </w:r>
            <w:proofErr w:type="spellStart"/>
            <w:r w:rsidRPr="006D0601">
              <w:rPr>
                <w:sz w:val="15"/>
                <w:lang w:val="ru-RU"/>
              </w:rPr>
              <w:t>собствен</w:t>
            </w:r>
            <w:proofErr w:type="spellEnd"/>
            <w:r w:rsidRPr="006D0601">
              <w:rPr>
                <w:sz w:val="15"/>
                <w:lang w:val="ru-RU"/>
              </w:rPr>
              <w:t>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отрабатывать структуру письменного ответа: тезис — доказательство</w:t>
            </w:r>
            <w:r w:rsidRPr="006D0601">
              <w:rPr>
                <w:sz w:val="15"/>
                <w:lang w:val="ru-RU"/>
              </w:rPr>
              <w:t xml:space="preserve"> — пример — вывод; проводить взаимопроверку по критериям и обязательное редактирование текста; отдельно отрабатывать многошаговые задания повышенного уровня с комментированием стратеги…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11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37,5%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53,9%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-16,4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Умение объяснить значение слова с </w:t>
            </w:r>
            <w:r w:rsidRPr="006D0601">
              <w:rPr>
                <w:sz w:val="15"/>
                <w:lang w:val="ru-RU"/>
              </w:rPr>
              <w:t>опорой на конте</w:t>
            </w:r>
            <w:proofErr w:type="gramStart"/>
            <w:r w:rsidRPr="006D0601">
              <w:rPr>
                <w:sz w:val="15"/>
                <w:lang w:val="ru-RU"/>
              </w:rPr>
              <w:t>кст пр</w:t>
            </w:r>
            <w:proofErr w:type="gramEnd"/>
            <w:r w:rsidRPr="006D0601">
              <w:rPr>
                <w:sz w:val="15"/>
                <w:lang w:val="ru-RU"/>
              </w:rPr>
              <w:t>оизведения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ввести читательские дневники и задания на интерпретацию; проводить мини-сочинения по </w:t>
            </w:r>
            <w:proofErr w:type="gramStart"/>
            <w:r w:rsidRPr="006D0601">
              <w:rPr>
                <w:sz w:val="15"/>
                <w:lang w:val="ru-RU"/>
              </w:rPr>
              <w:t>прочитанному</w:t>
            </w:r>
            <w:proofErr w:type="gramEnd"/>
            <w:r w:rsidRPr="006D0601">
              <w:rPr>
                <w:sz w:val="15"/>
                <w:lang w:val="ru-RU"/>
              </w:rPr>
              <w:t xml:space="preserve"> с разбором образца.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9 (1б)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43,8%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56,8%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-13,0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Умение определять последовательность событий в произведении, выявлять </w:t>
            </w:r>
            <w:r w:rsidRPr="006D0601">
              <w:rPr>
                <w:sz w:val="15"/>
                <w:lang w:val="ru-RU"/>
              </w:rPr>
              <w:t>связь событий, эпизодов текста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ввести читательские дневники и задания на интерпретацию; проводить мини-сочинения по </w:t>
            </w:r>
            <w:proofErr w:type="gramStart"/>
            <w:r w:rsidRPr="006D0601">
              <w:rPr>
                <w:sz w:val="15"/>
                <w:lang w:val="ru-RU"/>
              </w:rPr>
              <w:t>прочитанному</w:t>
            </w:r>
            <w:proofErr w:type="gramEnd"/>
            <w:r w:rsidRPr="006D0601">
              <w:rPr>
                <w:sz w:val="15"/>
                <w:lang w:val="ru-RU"/>
              </w:rPr>
              <w:t xml:space="preserve"> с разбором образца.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12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61,5%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-11,5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Умения: характеризовать героев; выявлять взаимосвязь между поступками и </w:t>
            </w:r>
            <w:r w:rsidRPr="006D0601">
              <w:rPr>
                <w:sz w:val="15"/>
                <w:lang w:val="ru-RU"/>
              </w:rPr>
              <w:t>мыслями, чувствами героев; устанавливать причинно-следственные связи событий, явлений, поступков героев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учить сопоставлять поступок героя, авторскую позицию и художественную деталь; использовать вопросы высокого уровня и письменное доказательство цитатой.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Рекомендации учителю: провести поэлементную диагностику по перечисленным умениям; распределить обучающихся на группы по типам ошибок; организовать краткий коррекционный модуль; после тренировки обеспечить самостоятельное повторное выполнение заданий без </w:t>
      </w:r>
      <w:r w:rsidRPr="006D0601">
        <w:rPr>
          <w:lang w:val="ru-RU"/>
        </w:rPr>
        <w:t>подсказки; результаты занести в индивидуальные карты динамики. Задания повышенного уровня отрабатывать отдельно, с обязательным проговариванием стратегии и проверкой промежуточных действий.</w:t>
      </w:r>
    </w:p>
    <w:p w:rsidR="0070134D" w:rsidRPr="006D0601" w:rsidRDefault="000B6168">
      <w:pPr>
        <w:rPr>
          <w:lang w:val="ru-RU"/>
        </w:rPr>
      </w:pPr>
      <w:r w:rsidRPr="006D0601">
        <w:rPr>
          <w:lang w:val="ru-RU"/>
        </w:rPr>
        <w:br w:type="page"/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lastRenderedPageBreak/>
        <w:t>4 класс — Математика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Дата проведения: 20.04.2026. Максимальный п</w:t>
      </w:r>
      <w:r w:rsidRPr="006D0601">
        <w:rPr>
          <w:lang w:val="ru-RU"/>
        </w:rPr>
        <w:t xml:space="preserve">ервичный балл: 18. В школе работу выполнили 30 </w:t>
      </w:r>
      <w:proofErr w:type="gramStart"/>
      <w:r w:rsidRPr="006D0601">
        <w:rPr>
          <w:lang w:val="ru-RU"/>
        </w:rPr>
        <w:t>обучающихся</w:t>
      </w:r>
      <w:proofErr w:type="gramEnd"/>
      <w:r w:rsidRPr="006D0601">
        <w:rPr>
          <w:lang w:val="ru-RU"/>
        </w:rPr>
        <w:t>. Уровень риска: высокий.</w:t>
      </w:r>
    </w:p>
    <w:tbl>
      <w:tblPr>
        <w:tblStyle w:val="aff0"/>
        <w:tblW w:w="0" w:type="auto"/>
        <w:jc w:val="center"/>
        <w:tblLook w:val="04A0"/>
      </w:tblPr>
      <w:tblGrid>
        <w:gridCol w:w="1417"/>
        <w:gridCol w:w="907"/>
        <w:gridCol w:w="964"/>
        <w:gridCol w:w="964"/>
        <w:gridCol w:w="1020"/>
        <w:gridCol w:w="1191"/>
        <w:gridCol w:w="1020"/>
        <w:gridCol w:w="1191"/>
        <w:gridCol w:w="1020"/>
      </w:tblGrid>
      <w:tr w:rsidR="0070134D">
        <w:trPr>
          <w:tblHeader/>
          <w:jc w:val="center"/>
        </w:trPr>
        <w:tc>
          <w:tcPr>
            <w:tcW w:w="141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Уровень</w:t>
            </w:r>
            <w:proofErr w:type="spellEnd"/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отметка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Понизили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Подтвердили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Школа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30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86,7%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43,3%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3,33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43,5%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16,7%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70,0%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13,3%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Район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748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89,2%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44,9%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3,41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49,4%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34,9%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63,7%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1,3%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ЧР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30 280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87,9%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45,6%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3,41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49,0%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31,7%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65,7%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2,6%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РФ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1 726 087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97,9%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76,7%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4,03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63,1%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10,3%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71,1%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18,6%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80"/>
        <w:ind w:firstLine="709"/>
        <w:jc w:val="both"/>
      </w:pPr>
      <w:r w:rsidRPr="006D0601">
        <w:rPr>
          <w:lang w:val="ru-RU"/>
        </w:rPr>
        <w:t xml:space="preserve">Средний результат школы — 43,5%: -5,9 </w:t>
      </w:r>
      <w:proofErr w:type="spellStart"/>
      <w:r w:rsidRPr="006D0601">
        <w:rPr>
          <w:lang w:val="ru-RU"/>
        </w:rPr>
        <w:t>п</w:t>
      </w:r>
      <w:proofErr w:type="gramStart"/>
      <w:r w:rsidRPr="006D0601">
        <w:rPr>
          <w:lang w:val="ru-RU"/>
        </w:rPr>
        <w:t>,п</w:t>
      </w:r>
      <w:proofErr w:type="spellEnd"/>
      <w:proofErr w:type="gramEnd"/>
      <w:r w:rsidRPr="006D0601">
        <w:rPr>
          <w:lang w:val="ru-RU"/>
        </w:rPr>
        <w:t xml:space="preserve">, к району, -5,5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ЧР и -19,5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РФ.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знаний</w:t>
      </w:r>
      <w:proofErr w:type="spellEnd"/>
      <w:r>
        <w:t xml:space="preserve"> — 43,3%; успеваемость — </w:t>
      </w:r>
      <w:r>
        <w:t>86,7%. Заданий ниже 50% — 7 из 14, ниже 30% — 5.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8412480" cy="3878448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j_МА_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387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>Рисунок. 4 класс, Математика: выполнение заданий</w:t>
      </w: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успешные задания</w:t>
      </w:r>
    </w:p>
    <w:tbl>
      <w:tblPr>
        <w:tblStyle w:val="aff0"/>
        <w:tblW w:w="0" w:type="auto"/>
        <w:jc w:val="center"/>
        <w:tblLook w:val="04A0"/>
      </w:tblPr>
      <w:tblGrid>
        <w:gridCol w:w="1247"/>
        <w:gridCol w:w="567"/>
        <w:gridCol w:w="850"/>
        <w:gridCol w:w="850"/>
        <w:gridCol w:w="7370"/>
      </w:tblGrid>
      <w:tr w:rsidR="0070134D">
        <w:trPr>
          <w:tblHeader/>
          <w:jc w:val="center"/>
        </w:trPr>
        <w:tc>
          <w:tcPr>
            <w:tcW w:w="124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Задание</w:t>
            </w:r>
            <w:proofErr w:type="spellEnd"/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Школа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Район</w:t>
            </w:r>
          </w:p>
        </w:tc>
        <w:tc>
          <w:tcPr>
            <w:tcW w:w="737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Проверяемое умение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96,7%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91,6%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7"/>
                <w:lang w:val="ru-RU"/>
              </w:rPr>
              <w:t xml:space="preserve">Выполнять арифметические действия: сложение и вычитание с </w:t>
            </w:r>
            <w:r w:rsidRPr="006D0601">
              <w:rPr>
                <w:sz w:val="17"/>
                <w:lang w:val="ru-RU"/>
              </w:rPr>
              <w:t>многозначными числами письменно (в пределах 100 устно); умножение и деление многозначного числа на однозначное, двузначное числа письменно (в пределах 100 устно)…</w:t>
            </w:r>
            <w:proofErr w:type="gramEnd"/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90,0%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80,0%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Вычислять значение числового выражения, содержащего 2–4 арифметических </w:t>
            </w:r>
            <w:r w:rsidRPr="006D0601">
              <w:rPr>
                <w:sz w:val="17"/>
                <w:lang w:val="ru-RU"/>
              </w:rPr>
              <w:t>действия; использовать при вычислениях изученные свойства арифметических действий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86,7%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70,0%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7"/>
                <w:lang w:val="ru-RU"/>
              </w:rPr>
              <w:t xml:space="preserve">Использовать при решении задач единицы длины (миллиметр, сантиметр, дециметр, метр, километр), массы (грамм, килограмм, центнер, тонна), времени </w:t>
            </w:r>
            <w:r w:rsidRPr="006D0601">
              <w:rPr>
                <w:sz w:val="17"/>
                <w:lang w:val="ru-RU"/>
              </w:rPr>
              <w:t>(секунда, минута, час, сутки, неделя, месяц, год), вместимости (литр), сто…</w:t>
            </w:r>
            <w:proofErr w:type="gramEnd"/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6.1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76,7%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79,0%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1. Извлекать и использовать для выполнения заданий и решения задач информацию, представленную на простейших столбчатых диаграммах, в таблицах с данными о </w:t>
            </w:r>
            <w:r w:rsidRPr="006D0601">
              <w:rPr>
                <w:sz w:val="17"/>
                <w:lang w:val="ru-RU"/>
              </w:rPr>
              <w:t xml:space="preserve">реальных процессах и явлениях окружающего мира, в предметах </w:t>
            </w:r>
            <w:proofErr w:type="spellStart"/>
            <w:r w:rsidRPr="006D0601">
              <w:rPr>
                <w:sz w:val="17"/>
                <w:lang w:val="ru-RU"/>
              </w:rPr>
              <w:t>повсе</w:t>
            </w:r>
            <w:proofErr w:type="spellEnd"/>
            <w:r w:rsidRPr="006D0601">
              <w:rPr>
                <w:sz w:val="17"/>
                <w:lang w:val="ru-RU"/>
              </w:rPr>
              <w:t>…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lastRenderedPageBreak/>
              <w:t>5.1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67,1%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1. Находить периметр и площадь фигур, составленных из двух-трех прямоугольников (квадратов)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сложные задания и адресные меры</w:t>
      </w:r>
    </w:p>
    <w:tbl>
      <w:tblPr>
        <w:tblStyle w:val="aff0"/>
        <w:tblW w:w="0" w:type="auto"/>
        <w:jc w:val="center"/>
        <w:tblLook w:val="04A0"/>
      </w:tblPr>
      <w:tblGrid>
        <w:gridCol w:w="964"/>
        <w:gridCol w:w="454"/>
        <w:gridCol w:w="737"/>
        <w:gridCol w:w="737"/>
        <w:gridCol w:w="737"/>
        <w:gridCol w:w="4025"/>
        <w:gridCol w:w="4252"/>
      </w:tblGrid>
      <w:tr w:rsidR="0070134D">
        <w:trPr>
          <w:tblHeader/>
          <w:jc w:val="center"/>
        </w:trPr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Задание</w:t>
            </w:r>
            <w:proofErr w:type="spellEnd"/>
          </w:p>
        </w:tc>
        <w:tc>
          <w:tcPr>
            <w:tcW w:w="4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Ур.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Школа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Район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Δ</w:t>
            </w:r>
          </w:p>
        </w:tc>
        <w:tc>
          <w:tcPr>
            <w:tcW w:w="402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Проверяемое умение</w:t>
            </w:r>
          </w:p>
        </w:tc>
        <w:tc>
          <w:tcPr>
            <w:tcW w:w="425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11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3,3%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8,3%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-5,0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Решать текстовые задачи в 1–3 действия, выполнять преобразование заданных величин, выбирать при решении подходящие способы вычисления, сочетая устные и письменные вычисления и </w:t>
            </w:r>
            <w:r w:rsidRPr="006D0601">
              <w:rPr>
                <w:sz w:val="15"/>
                <w:lang w:val="ru-RU"/>
              </w:rPr>
              <w:t xml:space="preserve">используя </w:t>
            </w:r>
            <w:proofErr w:type="gramStart"/>
            <w:r w:rsidRPr="006D0601">
              <w:rPr>
                <w:sz w:val="15"/>
                <w:lang w:val="ru-RU"/>
              </w:rPr>
              <w:t>при</w:t>
            </w:r>
            <w:proofErr w:type="gramEnd"/>
            <w:r w:rsidRPr="006D0601">
              <w:rPr>
                <w:sz w:val="15"/>
                <w:lang w:val="ru-RU"/>
              </w:rPr>
              <w:t>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учить переводить условие в схему, таблицу или краткую запись и проверять смысл полученного ответа; разбирать типичные ошибочные стратегии и давать аналогичное задание для повторного выполнения; отдельно отрабатывать многошаговые задания повы</w:t>
            </w:r>
            <w:r w:rsidRPr="006D0601">
              <w:rPr>
                <w:sz w:val="15"/>
                <w:lang w:val="ru-RU"/>
              </w:rPr>
              <w:t>шенного…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8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8,3%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29,3%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-21,0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5"/>
                <w:lang w:val="ru-RU"/>
              </w:rPr>
              <w:t>Использовать при решении задач единицы длины (миллиметр, сантиметр, дециметр, метр, километр), массы (грамм, килограмм, центнер, тонна), времени (секунда, минута, час, сутки, неделя, месяц,…</w:t>
            </w:r>
            <w:proofErr w:type="gramEnd"/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учить переводить условие</w:t>
            </w:r>
            <w:r w:rsidRPr="006D0601">
              <w:rPr>
                <w:sz w:val="15"/>
                <w:lang w:val="ru-RU"/>
              </w:rPr>
              <w:t xml:space="preserve"> в схему, таблицу или краткую запись и проверять смысл полученного ответа; разбирать типичные ошибочные стратегии и давать аналогичное задание для повторного выполнения.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9.2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13,3%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31,4%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-18,1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2. Строить </w:t>
            </w:r>
            <w:proofErr w:type="gramStart"/>
            <w:r w:rsidRPr="006D0601">
              <w:rPr>
                <w:sz w:val="15"/>
                <w:lang w:val="ru-RU"/>
              </w:rPr>
              <w:t>логические рассуждения</w:t>
            </w:r>
            <w:proofErr w:type="gramEnd"/>
            <w:r w:rsidRPr="006D0601">
              <w:rPr>
                <w:sz w:val="15"/>
                <w:lang w:val="ru-RU"/>
              </w:rPr>
              <w:t xml:space="preserve"> </w:t>
            </w:r>
            <w:r w:rsidRPr="006D0601">
              <w:rPr>
                <w:sz w:val="15"/>
                <w:lang w:val="ru-RU"/>
              </w:rPr>
              <w:t>(</w:t>
            </w:r>
            <w:proofErr w:type="spellStart"/>
            <w:r w:rsidRPr="006D0601">
              <w:rPr>
                <w:sz w:val="15"/>
                <w:lang w:val="ru-RU"/>
              </w:rPr>
              <w:t>двух-трехшаговые</w:t>
            </w:r>
            <w:proofErr w:type="spellEnd"/>
            <w:r w:rsidRPr="006D0601">
              <w:rPr>
                <w:sz w:val="15"/>
                <w:lang w:val="ru-RU"/>
              </w:rPr>
              <w:t>)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повторное выполнение с фиксацией индивидуальной динамики; отдельно отрабатывать многошаговые задания повышенного уровня с комм</w:t>
            </w:r>
            <w:r w:rsidRPr="006D0601">
              <w:rPr>
                <w:sz w:val="15"/>
                <w:lang w:val="ru-RU"/>
              </w:rPr>
              <w:t>ентированием…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9.1 (1б)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16,7%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38,0%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-21,3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1. Формулировать утверждение (вывод), строить </w:t>
            </w:r>
            <w:proofErr w:type="gramStart"/>
            <w:r w:rsidRPr="006D0601">
              <w:rPr>
                <w:sz w:val="15"/>
                <w:lang w:val="ru-RU"/>
              </w:rPr>
              <w:t>логические рассуждения</w:t>
            </w:r>
            <w:proofErr w:type="gramEnd"/>
            <w:r w:rsidRPr="006D0601">
              <w:rPr>
                <w:sz w:val="15"/>
                <w:lang w:val="ru-RU"/>
              </w:rPr>
              <w:t xml:space="preserve"> (</w:t>
            </w:r>
            <w:proofErr w:type="spellStart"/>
            <w:r w:rsidRPr="006D0601">
              <w:rPr>
                <w:sz w:val="15"/>
                <w:lang w:val="ru-RU"/>
              </w:rPr>
              <w:t>двух-трехшаговые</w:t>
            </w:r>
            <w:proofErr w:type="spellEnd"/>
            <w:r w:rsidRPr="006D0601">
              <w:rPr>
                <w:sz w:val="15"/>
                <w:lang w:val="ru-RU"/>
              </w:rPr>
              <w:t>)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закрепить алгоритмы преобразования выражений и решения уравнений; обязать обучающихся выполнять проверку подстановкой и</w:t>
            </w:r>
            <w:r w:rsidRPr="006D0601">
              <w:rPr>
                <w:sz w:val="15"/>
                <w:lang w:val="ru-RU"/>
              </w:rPr>
              <w:t xml:space="preserve"> проговаривать каждый шаг;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10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28,3%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29,4%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-1,1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Различать изображения простейших пространственных фигур, распознавать в простейших случаях </w:t>
            </w:r>
            <w:r w:rsidRPr="006D0601">
              <w:rPr>
                <w:sz w:val="15"/>
                <w:lang w:val="ru-RU"/>
              </w:rPr>
              <w:t>проекции предметов окружающего мира на плоскость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включить геометрический практикум с чертежом, измерением и обоснованием формулы; отрабатывать чтение рисунка и пошаговую проверку вычислений; отдельно отрабатывать многошаговые задания повышенного уровня с к</w:t>
            </w:r>
            <w:r w:rsidRPr="006D0601">
              <w:rPr>
                <w:sz w:val="15"/>
                <w:lang w:val="ru-RU"/>
              </w:rPr>
              <w:t>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5.2 (1б)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30,0%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47,2%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-17,2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2. Выполнять разбиение простейшей составной фигуры на прямоугольники (квадраты)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включить геометрический практикум с чертежом, измерением и обоснованием формулы; отрабатывать чтение </w:t>
            </w:r>
            <w:r w:rsidRPr="006D0601">
              <w:rPr>
                <w:sz w:val="15"/>
                <w:lang w:val="ru-RU"/>
              </w:rPr>
              <w:t>рисунка и пошаговую проверку вычислений.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7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-10,0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Выполнять арифметические действия: сложение и вычитание с многозначными числами письменно (в пределах 100 устно); умножение и деление многозначного числа на однозначное, двузначное </w:t>
            </w:r>
            <w:r w:rsidRPr="006D0601">
              <w:rPr>
                <w:sz w:val="15"/>
                <w:lang w:val="ru-RU"/>
              </w:rPr>
              <w:t>числа пи…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повторное выполнение с фиксацией индивидуальной динамики.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Рекомендации учителю: провести поэлементную диагностику по перечисленным умениям; распределить обучающихся на группы по типам ошибок; организовать краткий коррекционный модуль; после тренировки обеспечить самостоятельное повторное выполнение заданий без по</w:t>
      </w:r>
      <w:r w:rsidRPr="006D0601">
        <w:rPr>
          <w:lang w:val="ru-RU"/>
        </w:rPr>
        <w:t xml:space="preserve">дсказки; результаты занести в индивидуальные </w:t>
      </w:r>
      <w:r w:rsidRPr="006D0601">
        <w:rPr>
          <w:lang w:val="ru-RU"/>
        </w:rPr>
        <w:lastRenderedPageBreak/>
        <w:t>карты динамики. Задания повышенного уровня отрабатывать отдельно, с обязательным проговариванием стратегии и проверкой промежуточных действий.</w:t>
      </w:r>
    </w:p>
    <w:p w:rsidR="0070134D" w:rsidRPr="006D0601" w:rsidRDefault="000B6168">
      <w:pPr>
        <w:rPr>
          <w:lang w:val="ru-RU"/>
        </w:rPr>
      </w:pPr>
      <w:r w:rsidRPr="006D0601">
        <w:rPr>
          <w:lang w:val="ru-RU"/>
        </w:rPr>
        <w:br w:type="page"/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lastRenderedPageBreak/>
        <w:t>4 класс — Окружающий мир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Дата проведения: 20.04.2026. Максимальный</w:t>
      </w:r>
      <w:r w:rsidRPr="006D0601">
        <w:rPr>
          <w:lang w:val="ru-RU"/>
        </w:rPr>
        <w:t xml:space="preserve"> первичный балл: 32. В школе работу выполнили 14 </w:t>
      </w:r>
      <w:proofErr w:type="gramStart"/>
      <w:r w:rsidRPr="006D0601">
        <w:rPr>
          <w:lang w:val="ru-RU"/>
        </w:rPr>
        <w:t>обучающихся</w:t>
      </w:r>
      <w:proofErr w:type="gramEnd"/>
      <w:r w:rsidRPr="006D0601">
        <w:rPr>
          <w:lang w:val="ru-RU"/>
        </w:rPr>
        <w:t>. Уровень риска: высокий.</w:t>
      </w:r>
    </w:p>
    <w:tbl>
      <w:tblPr>
        <w:tblStyle w:val="aff0"/>
        <w:tblW w:w="0" w:type="auto"/>
        <w:jc w:val="center"/>
        <w:tblLook w:val="04A0"/>
      </w:tblPr>
      <w:tblGrid>
        <w:gridCol w:w="1417"/>
        <w:gridCol w:w="907"/>
        <w:gridCol w:w="964"/>
        <w:gridCol w:w="964"/>
        <w:gridCol w:w="1020"/>
        <w:gridCol w:w="1191"/>
        <w:gridCol w:w="1020"/>
        <w:gridCol w:w="1191"/>
        <w:gridCol w:w="1020"/>
      </w:tblGrid>
      <w:tr w:rsidR="0070134D">
        <w:trPr>
          <w:tblHeader/>
          <w:jc w:val="center"/>
        </w:trPr>
        <w:tc>
          <w:tcPr>
            <w:tcW w:w="141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Уровень</w:t>
            </w:r>
            <w:proofErr w:type="spellEnd"/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отметка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Понизили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Подтвердили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Школа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14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35,7%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3,36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46,2%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14,3%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85,7%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Район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257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93,0%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46,3%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3,47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54,7%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32,7%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64,6%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2,7%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ЧР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10 103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89,6%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45,7%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3,42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52,9%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35,7%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62,1%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2,2%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РФ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536 085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99,2%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82,2%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4,09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70,9%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13,5%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72,5%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14,0%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80"/>
        <w:ind w:firstLine="709"/>
        <w:jc w:val="both"/>
      </w:pPr>
      <w:r w:rsidRPr="006D0601">
        <w:rPr>
          <w:lang w:val="ru-RU"/>
        </w:rPr>
        <w:t xml:space="preserve">Средний результат школы — 46,2%: -8,5 </w:t>
      </w:r>
      <w:proofErr w:type="spellStart"/>
      <w:r w:rsidRPr="006D0601">
        <w:rPr>
          <w:lang w:val="ru-RU"/>
        </w:rPr>
        <w:t>п</w:t>
      </w:r>
      <w:proofErr w:type="gramStart"/>
      <w:r w:rsidRPr="006D0601">
        <w:rPr>
          <w:lang w:val="ru-RU"/>
        </w:rPr>
        <w:t>,п</w:t>
      </w:r>
      <w:proofErr w:type="spellEnd"/>
      <w:proofErr w:type="gramEnd"/>
      <w:r w:rsidRPr="006D0601">
        <w:rPr>
          <w:lang w:val="ru-RU"/>
        </w:rPr>
        <w:t xml:space="preserve">, к району, -6,7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ЧР и -24,7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РФ.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знаний</w:t>
      </w:r>
      <w:proofErr w:type="spellEnd"/>
      <w:r>
        <w:t xml:space="preserve"> — 35,7%; успеваемость — </w:t>
      </w:r>
      <w:r>
        <w:t>100,0%. Заданий ниже 50% — 12 из 22, ниже 30% — 8.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8412480" cy="3878448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j_ОМ_4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387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>Рисунок. 4 класс, Окружающий мир: выполнение заданий</w:t>
      </w:r>
    </w:p>
    <w:p w:rsidR="0070134D" w:rsidRDefault="000B6168">
      <w:pPr>
        <w:pStyle w:val="21"/>
      </w:pPr>
      <w:proofErr w:type="spellStart"/>
      <w:r>
        <w:t>Наиболее</w:t>
      </w:r>
      <w:proofErr w:type="spellEnd"/>
      <w:r>
        <w:t xml:space="preserve"> </w:t>
      </w:r>
      <w:proofErr w:type="spellStart"/>
      <w:r>
        <w:t>успешные</w:t>
      </w:r>
      <w:proofErr w:type="spellEnd"/>
      <w:r>
        <w:t xml:space="preserve"> </w:t>
      </w:r>
      <w:proofErr w:type="spellStart"/>
      <w:r>
        <w:t>задания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1247"/>
        <w:gridCol w:w="567"/>
        <w:gridCol w:w="850"/>
        <w:gridCol w:w="850"/>
        <w:gridCol w:w="7370"/>
      </w:tblGrid>
      <w:tr w:rsidR="0070134D">
        <w:trPr>
          <w:tblHeader/>
          <w:jc w:val="center"/>
        </w:trPr>
        <w:tc>
          <w:tcPr>
            <w:tcW w:w="124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Задание</w:t>
            </w:r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Школа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Район</w:t>
            </w:r>
          </w:p>
        </w:tc>
        <w:tc>
          <w:tcPr>
            <w:tcW w:w="737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Проверяемое умение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3.1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П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86,4%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1. Распознавать изученные объекты и явления живой и </w:t>
            </w:r>
            <w:r w:rsidRPr="006D0601">
              <w:rPr>
                <w:sz w:val="17"/>
                <w:lang w:val="ru-RU"/>
              </w:rPr>
              <w:t>неживой природы по их описанию, рисункам и фотографиям, различать их в окружающем мире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92,9%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71,6%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7.1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П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92,9%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66,5%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1. </w:t>
            </w:r>
            <w:proofErr w:type="gramStart"/>
            <w:r w:rsidRPr="006D0601">
              <w:rPr>
                <w:sz w:val="17"/>
                <w:lang w:val="ru-RU"/>
              </w:rPr>
              <w:t xml:space="preserve">Соблюдать правила безопасного поведения </w:t>
            </w:r>
            <w:r w:rsidRPr="006D0601">
              <w:rPr>
                <w:sz w:val="17"/>
                <w:lang w:val="ru-RU"/>
              </w:rPr>
              <w:t xml:space="preserve">при использовании объектов транспортной инфраструктуры населенного пункта, в театрах, кинотеатрах, торговых центрах, парках и зонах отдыха, учреждениях культуры (музеях, </w:t>
            </w:r>
            <w:proofErr w:type="spellStart"/>
            <w:r w:rsidRPr="006D0601">
              <w:rPr>
                <w:sz w:val="17"/>
                <w:lang w:val="ru-RU"/>
              </w:rPr>
              <w:t>библио</w:t>
            </w:r>
            <w:proofErr w:type="spellEnd"/>
            <w:r w:rsidRPr="006D0601">
              <w:rPr>
                <w:sz w:val="17"/>
                <w:lang w:val="ru-RU"/>
              </w:rPr>
              <w:t>…</w:t>
            </w:r>
            <w:proofErr w:type="gramEnd"/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3.3 (3б)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П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76,2%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46,0%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3. Группировать изученные объекты живой и неживой </w:t>
            </w:r>
            <w:r w:rsidRPr="006D0601">
              <w:rPr>
                <w:sz w:val="17"/>
                <w:lang w:val="ru-RU"/>
              </w:rPr>
              <w:t>природы; проводить простейшие классификации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 (2б)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75,0%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84,0%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Распознавать изученные объекты и явления живой и неживой природы по их описанию, рисункам и фотографиям, различать их в окружающем мире. Сравнивать объекты живой и неживой </w:t>
            </w:r>
            <w:r w:rsidRPr="006D0601">
              <w:rPr>
                <w:sz w:val="17"/>
                <w:lang w:val="ru-RU"/>
              </w:rPr>
              <w:lastRenderedPageBreak/>
              <w:t xml:space="preserve">природы на основе </w:t>
            </w:r>
            <w:r w:rsidRPr="006D0601">
              <w:rPr>
                <w:sz w:val="17"/>
                <w:lang w:val="ru-RU"/>
              </w:rPr>
              <w:t xml:space="preserve">их внешних признаков и </w:t>
            </w:r>
            <w:proofErr w:type="spellStart"/>
            <w:r w:rsidRPr="006D0601">
              <w:rPr>
                <w:sz w:val="17"/>
                <w:lang w:val="ru-RU"/>
              </w:rPr>
              <w:t>извест</w:t>
            </w:r>
            <w:proofErr w:type="spellEnd"/>
            <w:r w:rsidRPr="006D0601">
              <w:rPr>
                <w:sz w:val="17"/>
                <w:lang w:val="ru-RU"/>
              </w:rPr>
              <w:t>…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сложные задания и адресные меры</w:t>
      </w:r>
    </w:p>
    <w:tbl>
      <w:tblPr>
        <w:tblStyle w:val="aff0"/>
        <w:tblW w:w="0" w:type="auto"/>
        <w:jc w:val="center"/>
        <w:tblLook w:val="04A0"/>
      </w:tblPr>
      <w:tblGrid>
        <w:gridCol w:w="964"/>
        <w:gridCol w:w="454"/>
        <w:gridCol w:w="737"/>
        <w:gridCol w:w="737"/>
        <w:gridCol w:w="737"/>
        <w:gridCol w:w="4025"/>
        <w:gridCol w:w="4252"/>
      </w:tblGrid>
      <w:tr w:rsidR="0070134D">
        <w:trPr>
          <w:tblHeader/>
          <w:jc w:val="center"/>
        </w:trPr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Задание</w:t>
            </w:r>
            <w:proofErr w:type="spellEnd"/>
          </w:p>
        </w:tc>
        <w:tc>
          <w:tcPr>
            <w:tcW w:w="4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Ур.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Школа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Район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Δ</w:t>
            </w:r>
          </w:p>
        </w:tc>
        <w:tc>
          <w:tcPr>
            <w:tcW w:w="402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Проверяемое умение</w:t>
            </w:r>
          </w:p>
        </w:tc>
        <w:tc>
          <w:tcPr>
            <w:tcW w:w="425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6.3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17,1%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-17,1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3. Проводить по предложенному (самостоятельно составленному) плану или </w:t>
            </w:r>
            <w:r w:rsidRPr="006D0601">
              <w:rPr>
                <w:sz w:val="15"/>
                <w:lang w:val="ru-RU"/>
              </w:rPr>
              <w:t>выдвинутому предположению несложные наблюдения, опыты с объектами природы с использованием простейшего лабораторного о…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повторное выполнение с фи</w:t>
            </w:r>
            <w:r w:rsidRPr="006D0601">
              <w:rPr>
                <w:sz w:val="15"/>
                <w:lang w:val="ru-RU"/>
              </w:rPr>
              <w:t>ксацией индивидуальной динамики; отдельно отрабатывать многошаговые задания повышенного уровня с комментированием…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10.2K3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0,0%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12,4%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-12,4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2</w:t>
            </w:r>
            <w:r>
              <w:rPr>
                <w:sz w:val="15"/>
              </w:rPr>
              <w:t>K</w:t>
            </w:r>
            <w:r w:rsidRPr="006D0601">
              <w:rPr>
                <w:sz w:val="15"/>
                <w:lang w:val="ru-RU"/>
              </w:rPr>
              <w:t>3. Рассказывать о государственных праздниках России, наиболее важных событиях истории России, наиболее</w:t>
            </w:r>
            <w:r w:rsidRPr="006D0601">
              <w:rPr>
                <w:sz w:val="15"/>
                <w:lang w:val="ru-RU"/>
              </w:rPr>
              <w:t xml:space="preserve"> известных российских исторических деятелях разных периодов, достопримечательностях </w:t>
            </w:r>
            <w:proofErr w:type="gramStart"/>
            <w:r w:rsidRPr="006D0601">
              <w:rPr>
                <w:sz w:val="15"/>
                <w:lang w:val="ru-RU"/>
              </w:rPr>
              <w:t>с</w:t>
            </w:r>
            <w:proofErr w:type="gramEnd"/>
            <w:r w:rsidRPr="006D0601">
              <w:rPr>
                <w:sz w:val="15"/>
                <w:lang w:val="ru-RU"/>
              </w:rPr>
              <w:t>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повторное выполнение с фиксацией индивидуальной динамики.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8K3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7,1%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29,6%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-22,4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развернутые высказывания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включить задания аналогичного типа в текущее</w:t>
            </w:r>
            <w:r w:rsidRPr="006D0601">
              <w:rPr>
                <w:sz w:val="15"/>
                <w:lang w:val="ru-RU"/>
              </w:rPr>
              <w:t xml:space="preserve"> и тематическое повторение; провести разбор типичных ошибок, затем повторное выполнение с фиксацией индивидуальной динамики.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8K2 (1б)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21,4%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42,8%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-21,4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Использовать различные источники информации об обществе для поиска и извлечения информации, </w:t>
            </w:r>
            <w:r w:rsidRPr="006D0601">
              <w:rPr>
                <w:sz w:val="15"/>
                <w:lang w:val="ru-RU"/>
              </w:rPr>
              <w:t>ответов на вопросы; создавать по заданному плану собственные развернутые высказывания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повторное выполнение с фиксацией индивидуальной динамики.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10.1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25,0%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67,5%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-42,5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1. 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включить задания аналогичного </w:t>
            </w:r>
            <w:r w:rsidRPr="006D0601">
              <w:rPr>
                <w:sz w:val="15"/>
                <w:lang w:val="ru-RU"/>
              </w:rPr>
              <w:t>типа в текущее и тематическое повторение; провести разбор типичных ошибок, затем повторное выполнение с фиксацией индивидуальной динамики.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6.2 (1б)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28,6%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40,9%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-12,3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2. Проводить по предложенному (самостоятельно составленному) плану или выдвинутому</w:t>
            </w:r>
            <w:r w:rsidRPr="006D0601">
              <w:rPr>
                <w:sz w:val="15"/>
                <w:lang w:val="ru-RU"/>
              </w:rPr>
              <w:t xml:space="preserve"> предположению несложные наблюдения, опыты с объектами природы с использованием простейшего лабораторного о…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повторное выполнение с фиксацией инд</w:t>
            </w:r>
            <w:r w:rsidRPr="006D0601">
              <w:rPr>
                <w:sz w:val="15"/>
                <w:lang w:val="ru-RU"/>
              </w:rPr>
              <w:t>ивидуальной динамики; отдельно отрабатывать многошаговые задания повышенного уровня с комментированием…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9К3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28,6%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31,5%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-2,9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Рассказывать о государственных праздниках России, наиболее важных событиях истории России, наиболее известных </w:t>
            </w:r>
            <w:r w:rsidRPr="006D0601">
              <w:rPr>
                <w:sz w:val="15"/>
                <w:lang w:val="ru-RU"/>
              </w:rPr>
              <w:t>российских исторических деятелях разных периодов, достопримечательностях столиц…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повторное выполнение с фиксацией индивидуальной динамики.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Рекомендации учителю: провести поэлементную диагностику по перечисленным умениям; распределить обучающихся на группы по типам ошибок; организовать краткий коррекционный модуль; после тренировки обеспечить самостоятельное повторное выполнение заданий без по</w:t>
      </w:r>
      <w:r w:rsidRPr="006D0601">
        <w:rPr>
          <w:lang w:val="ru-RU"/>
        </w:rPr>
        <w:t xml:space="preserve">дсказки; результаты занести в индивидуальные </w:t>
      </w:r>
      <w:r w:rsidRPr="006D0601">
        <w:rPr>
          <w:lang w:val="ru-RU"/>
        </w:rPr>
        <w:lastRenderedPageBreak/>
        <w:t>карты динамики. Задания повышенного уровня отрабатывать отдельно, с обязательным проговариванием стратегии и проверкой промежуточных действий.</w:t>
      </w:r>
    </w:p>
    <w:p w:rsidR="0070134D" w:rsidRPr="006D0601" w:rsidRDefault="000B6168">
      <w:pPr>
        <w:rPr>
          <w:lang w:val="ru-RU"/>
        </w:rPr>
      </w:pPr>
      <w:r w:rsidRPr="006D0601">
        <w:rPr>
          <w:lang w:val="ru-RU"/>
        </w:rPr>
        <w:br w:type="page"/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lastRenderedPageBreak/>
        <w:t>4 класс — Русский язык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Дата проведения: 20.04.2026. Максимальный п</w:t>
      </w:r>
      <w:r w:rsidRPr="006D0601">
        <w:rPr>
          <w:lang w:val="ru-RU"/>
        </w:rPr>
        <w:t xml:space="preserve">ервичный балл: 24. В школе работу выполнили 30 </w:t>
      </w:r>
      <w:proofErr w:type="gramStart"/>
      <w:r w:rsidRPr="006D0601">
        <w:rPr>
          <w:lang w:val="ru-RU"/>
        </w:rPr>
        <w:t>обучающихся</w:t>
      </w:r>
      <w:proofErr w:type="gramEnd"/>
      <w:r w:rsidRPr="006D0601">
        <w:rPr>
          <w:lang w:val="ru-RU"/>
        </w:rPr>
        <w:t>. Уровень риска: высокий.</w:t>
      </w:r>
    </w:p>
    <w:tbl>
      <w:tblPr>
        <w:tblStyle w:val="aff0"/>
        <w:tblW w:w="0" w:type="auto"/>
        <w:jc w:val="center"/>
        <w:tblLook w:val="04A0"/>
      </w:tblPr>
      <w:tblGrid>
        <w:gridCol w:w="1417"/>
        <w:gridCol w:w="907"/>
        <w:gridCol w:w="964"/>
        <w:gridCol w:w="964"/>
        <w:gridCol w:w="1020"/>
        <w:gridCol w:w="1191"/>
        <w:gridCol w:w="1020"/>
        <w:gridCol w:w="1191"/>
        <w:gridCol w:w="1020"/>
      </w:tblGrid>
      <w:tr w:rsidR="0070134D">
        <w:trPr>
          <w:tblHeader/>
          <w:jc w:val="center"/>
        </w:trPr>
        <w:tc>
          <w:tcPr>
            <w:tcW w:w="141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Уровень</w:t>
            </w:r>
            <w:proofErr w:type="spellEnd"/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отметка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Понизили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Подтвердили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Школа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30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86,7%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33,3%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3,20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51,9%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23,3%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76,7%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Район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749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88,8%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43,9%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3,39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59,5%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32,4%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66,2%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1,3%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ЧР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30 216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86,6%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42,4%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3,35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58,9%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32,8%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65,6%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1,5%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РФ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1 722 202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94,9%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62,0%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3,75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67,5%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18,3%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72,8%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8,9%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80"/>
        <w:ind w:firstLine="709"/>
        <w:jc w:val="both"/>
      </w:pPr>
      <w:r w:rsidRPr="006D0601">
        <w:rPr>
          <w:lang w:val="ru-RU"/>
        </w:rPr>
        <w:t xml:space="preserve">Средний результат школы — 51,9%: -7,5 </w:t>
      </w:r>
      <w:proofErr w:type="spellStart"/>
      <w:r w:rsidRPr="006D0601">
        <w:rPr>
          <w:lang w:val="ru-RU"/>
        </w:rPr>
        <w:t>п</w:t>
      </w:r>
      <w:proofErr w:type="gramStart"/>
      <w:r w:rsidRPr="006D0601">
        <w:rPr>
          <w:lang w:val="ru-RU"/>
        </w:rPr>
        <w:t>,п</w:t>
      </w:r>
      <w:proofErr w:type="spellEnd"/>
      <w:proofErr w:type="gramEnd"/>
      <w:r w:rsidRPr="006D0601">
        <w:rPr>
          <w:lang w:val="ru-RU"/>
        </w:rPr>
        <w:t xml:space="preserve">, к району, -6,9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ЧР и -15,5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РФ.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знаний</w:t>
      </w:r>
      <w:proofErr w:type="spellEnd"/>
      <w:r>
        <w:t xml:space="preserve"> — 33,3%; успеваемость — </w:t>
      </w:r>
      <w:r>
        <w:t>86,7%. Заданий ниже 50% — 5 из 15, ниже 30% — 4.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8412480" cy="3878448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j_РУ_4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387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>Рисунок. 4 класс, Русский язык: выполнение заданий</w:t>
      </w:r>
    </w:p>
    <w:p w:rsidR="0070134D" w:rsidRDefault="000B6168">
      <w:pPr>
        <w:pStyle w:val="21"/>
      </w:pPr>
      <w:proofErr w:type="spellStart"/>
      <w:r>
        <w:t>Наиболее</w:t>
      </w:r>
      <w:proofErr w:type="spellEnd"/>
      <w:r>
        <w:t xml:space="preserve"> </w:t>
      </w:r>
      <w:proofErr w:type="spellStart"/>
      <w:r>
        <w:t>успешные</w:t>
      </w:r>
      <w:proofErr w:type="spellEnd"/>
      <w:r>
        <w:t xml:space="preserve"> </w:t>
      </w:r>
      <w:proofErr w:type="spellStart"/>
      <w:r>
        <w:t>задания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1247"/>
        <w:gridCol w:w="567"/>
        <w:gridCol w:w="850"/>
        <w:gridCol w:w="850"/>
        <w:gridCol w:w="7370"/>
      </w:tblGrid>
      <w:tr w:rsidR="0070134D">
        <w:trPr>
          <w:tblHeader/>
          <w:jc w:val="center"/>
        </w:trPr>
        <w:tc>
          <w:tcPr>
            <w:tcW w:w="124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Задание</w:t>
            </w:r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Школа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Район</w:t>
            </w:r>
          </w:p>
        </w:tc>
        <w:tc>
          <w:tcPr>
            <w:tcW w:w="737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Проверяемое умение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96,7%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94,3%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Умение классифицировать согласные звуки; характеризовать звуки </w:t>
            </w:r>
            <w:r w:rsidRPr="006D0601">
              <w:rPr>
                <w:sz w:val="17"/>
                <w:lang w:val="ru-RU"/>
              </w:rPr>
              <w:t>русского языка: согласные звонкие/глухие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90,0%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83,7%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Умение распознавать значение слова по контексту; адекватно формулировать значение слова в письменной форме, соблюдая нормы построения предложения и словоупотребления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 (2б)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85,0%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78,8%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Умение распознавать правильную орфоэпическую норму; ставить ударение в словах в соответствии с нормами современного русского языка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 (2б)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85,0%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63,0%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Умение определять тему и основную мысль текста; адекватно формулировать основную мысль в письменной </w:t>
            </w:r>
            <w:r w:rsidRPr="006D0601">
              <w:rPr>
                <w:sz w:val="17"/>
                <w:lang w:val="ru-RU"/>
              </w:rPr>
              <w:t>форме, соблюдая нормы построения предложения и словоупотребления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76,7%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85,6%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Умение распознавать значение слова по контексту; подбирать к слову близкие по значению слова – синонимы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сложные задания и адресные меры</w:t>
      </w:r>
    </w:p>
    <w:tbl>
      <w:tblPr>
        <w:tblStyle w:val="aff0"/>
        <w:tblW w:w="0" w:type="auto"/>
        <w:jc w:val="center"/>
        <w:tblLook w:val="04A0"/>
      </w:tblPr>
      <w:tblGrid>
        <w:gridCol w:w="964"/>
        <w:gridCol w:w="454"/>
        <w:gridCol w:w="737"/>
        <w:gridCol w:w="737"/>
        <w:gridCol w:w="737"/>
        <w:gridCol w:w="4025"/>
        <w:gridCol w:w="4252"/>
      </w:tblGrid>
      <w:tr w:rsidR="0070134D">
        <w:trPr>
          <w:tblHeader/>
          <w:jc w:val="center"/>
        </w:trPr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Задание</w:t>
            </w:r>
            <w:proofErr w:type="spellEnd"/>
          </w:p>
        </w:tc>
        <w:tc>
          <w:tcPr>
            <w:tcW w:w="4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Ур.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Школа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Район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Δ</w:t>
            </w:r>
          </w:p>
        </w:tc>
        <w:tc>
          <w:tcPr>
            <w:tcW w:w="402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Проверяемое умение</w:t>
            </w:r>
          </w:p>
        </w:tc>
        <w:tc>
          <w:tcPr>
            <w:tcW w:w="425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12.1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27,2%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-17,2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1. Умение на основе данной информации и собственного жизненного опыта </w:t>
            </w:r>
            <w:proofErr w:type="gramStart"/>
            <w:r w:rsidRPr="006D0601">
              <w:rPr>
                <w:sz w:val="15"/>
                <w:lang w:val="ru-RU"/>
              </w:rPr>
              <w:t>обучающихся</w:t>
            </w:r>
            <w:proofErr w:type="gramEnd"/>
            <w:r w:rsidRPr="006D0601">
              <w:rPr>
                <w:sz w:val="15"/>
                <w:lang w:val="ru-RU"/>
              </w:rPr>
              <w:t xml:space="preserve"> определять конкретную жизненную ситуацию для адекватной интерпретации данной информации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отрабатывать смысловое чтение: тема, главная мысль, </w:t>
            </w:r>
            <w:proofErr w:type="spellStart"/>
            <w:r w:rsidRPr="006D0601">
              <w:rPr>
                <w:sz w:val="15"/>
                <w:lang w:val="ru-RU"/>
              </w:rPr>
              <w:t>микротемы</w:t>
            </w:r>
            <w:proofErr w:type="spellEnd"/>
            <w:r w:rsidRPr="006D0601">
              <w:rPr>
                <w:sz w:val="15"/>
                <w:lang w:val="ru-RU"/>
              </w:rPr>
              <w:t>, план и вопросы к тексту; использовать короткие тексты с обязательным письменным обоснованием ответа.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12.2 (1б)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10,0%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32,4%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-22,4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2. Соблюдать при письме изученные орфографические и </w:t>
            </w:r>
            <w:r w:rsidRPr="006D0601">
              <w:rPr>
                <w:sz w:val="15"/>
                <w:lang w:val="ru-RU"/>
              </w:rPr>
              <w:t>пунктуационные нормы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организовать </w:t>
            </w:r>
            <w:proofErr w:type="spellStart"/>
            <w:r w:rsidRPr="006D0601">
              <w:rPr>
                <w:sz w:val="15"/>
                <w:lang w:val="ru-RU"/>
              </w:rPr>
              <w:t>орфографико-пунктуационный</w:t>
            </w:r>
            <w:proofErr w:type="spellEnd"/>
            <w:r w:rsidRPr="006D0601">
              <w:rPr>
                <w:sz w:val="15"/>
                <w:lang w:val="ru-RU"/>
              </w:rPr>
              <w:t xml:space="preserve"> практикум с комментированным письмом; вести индивидуальные карты типичных ошибок и повторную проверку через 7–10 дней.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10.2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13,3%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33,8%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-20,5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2. Распознавать грамматические признаки </w:t>
            </w:r>
            <w:r w:rsidRPr="006D0601">
              <w:rPr>
                <w:sz w:val="15"/>
                <w:lang w:val="ru-RU"/>
              </w:rPr>
              <w:t>имени прилагательного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ввести алгоритмы морфологического распознавания и таблицы грамматических признаков; проводить еженедельные мини-диагностики на классификацию частей речи; отдельно отрабатывать многошаговые задания повышенного уровня с комментированием</w:t>
            </w:r>
            <w:r w:rsidRPr="006D0601">
              <w:rPr>
                <w:sz w:val="15"/>
                <w:lang w:val="ru-RU"/>
              </w:rPr>
              <w:t xml:space="preserve"> стратегии </w:t>
            </w:r>
            <w:proofErr w:type="spellStart"/>
            <w:r w:rsidRPr="006D0601">
              <w:rPr>
                <w:sz w:val="15"/>
                <w:lang w:val="ru-RU"/>
              </w:rPr>
              <w:t>реше</w:t>
            </w:r>
            <w:proofErr w:type="spellEnd"/>
            <w:r w:rsidRPr="006D0601">
              <w:rPr>
                <w:sz w:val="15"/>
                <w:lang w:val="ru-RU"/>
              </w:rPr>
              <w:t>…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9.2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20,0%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47,1%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-27,1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2. Распознавать грамматические признаки имени существительного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ввести алгоритмы морфологического распознавания и таблицы грамматических признаков; проводить еженедельные мини-диагностики на классификацию </w:t>
            </w:r>
            <w:r w:rsidRPr="006D0601">
              <w:rPr>
                <w:sz w:val="15"/>
                <w:lang w:val="ru-RU"/>
              </w:rPr>
              <w:t xml:space="preserve">частей речи; отдельно отрабатывать многошаговые задания повышенного уровня с комментированием стратегии </w:t>
            </w:r>
            <w:proofErr w:type="spellStart"/>
            <w:r w:rsidRPr="006D0601">
              <w:rPr>
                <w:sz w:val="15"/>
                <w:lang w:val="ru-RU"/>
              </w:rPr>
              <w:t>реше</w:t>
            </w:r>
            <w:proofErr w:type="spellEnd"/>
            <w:r w:rsidRPr="006D0601">
              <w:rPr>
                <w:sz w:val="15"/>
                <w:lang w:val="ru-RU"/>
              </w:rPr>
              <w:t>…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 (3б)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37,8%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53,6%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-15,8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Умение делить тексты на смысловые части; составлять план прочитанного текста (адекватно воспроизводить </w:t>
            </w:r>
            <w:r w:rsidRPr="006D0601">
              <w:rPr>
                <w:sz w:val="15"/>
                <w:lang w:val="ru-RU"/>
              </w:rPr>
              <w:t>прочитанный текст с заданной степенью свернутости) в письменной форме, соблюдая нормы…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отрабатывать смысловое чтение: тема, главная мысль, </w:t>
            </w:r>
            <w:proofErr w:type="spellStart"/>
            <w:r w:rsidRPr="006D0601">
              <w:rPr>
                <w:sz w:val="15"/>
                <w:lang w:val="ru-RU"/>
              </w:rPr>
              <w:t>микротемы</w:t>
            </w:r>
            <w:proofErr w:type="spellEnd"/>
            <w:r w:rsidRPr="006D0601">
              <w:rPr>
                <w:sz w:val="15"/>
                <w:lang w:val="ru-RU"/>
              </w:rPr>
              <w:t>, план и вопросы к тексту; использовать короткие тексты с обязательным письменным обоснованием ответа.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 xml:space="preserve">8 </w:t>
            </w:r>
            <w:r>
              <w:rPr>
                <w:sz w:val="15"/>
              </w:rPr>
              <w:t>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50,0%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74,0%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-24,0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Умение классифицировать слова по составу: находить в словах с однозначно выделяемыми морфемами окончание, корень, приставку, суффикс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отрабатывать морфемный разбор на группах однокоренных слов; сопоставлять словообразовательные</w:t>
            </w:r>
            <w:r w:rsidRPr="006D0601">
              <w:rPr>
                <w:sz w:val="15"/>
                <w:lang w:val="ru-RU"/>
              </w:rPr>
              <w:t xml:space="preserve"> модели и проверять объяснение выбора морфем.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10.1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58,2%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+1,8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1. Умение распознавать грамматические признаки слов, с учетом совокупности выявленных признаков относить слова к определенной группе основных частей речи: распознавать имена </w:t>
            </w:r>
            <w:r w:rsidRPr="006D0601">
              <w:rPr>
                <w:sz w:val="15"/>
                <w:lang w:val="ru-RU"/>
              </w:rPr>
              <w:t>прилагательные…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отрабатывать смысловое чтение: тема, главная мысль, </w:t>
            </w:r>
            <w:proofErr w:type="spellStart"/>
            <w:r w:rsidRPr="006D0601">
              <w:rPr>
                <w:sz w:val="15"/>
                <w:lang w:val="ru-RU"/>
              </w:rPr>
              <w:t>микротемы</w:t>
            </w:r>
            <w:proofErr w:type="spellEnd"/>
            <w:r w:rsidRPr="006D0601">
              <w:rPr>
                <w:sz w:val="15"/>
                <w:lang w:val="ru-RU"/>
              </w:rPr>
              <w:t>, план и вопросы к тексту; использовать короткие тексты с обязательным письменным обоснованием ответа; отдельно отрабатывать многошаговые задания повышенного уровня с комментирова</w:t>
            </w:r>
            <w:r w:rsidRPr="006D0601">
              <w:rPr>
                <w:sz w:val="15"/>
                <w:lang w:val="ru-RU"/>
              </w:rPr>
              <w:t xml:space="preserve">нием </w:t>
            </w:r>
            <w:proofErr w:type="spellStart"/>
            <w:r w:rsidRPr="006D0601">
              <w:rPr>
                <w:sz w:val="15"/>
                <w:lang w:val="ru-RU"/>
              </w:rPr>
              <w:t>стра</w:t>
            </w:r>
            <w:proofErr w:type="spellEnd"/>
            <w:r w:rsidRPr="006D0601">
              <w:rPr>
                <w:sz w:val="15"/>
                <w:lang w:val="ru-RU"/>
              </w:rPr>
              <w:t>…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Рекомендации учителю: провести поэлементную диагностику по перечисленным умениям; распределить обучающихся на группы по типам ошибок; организовать краткий коррекционный модуль; после тренировки обеспечить самостоятельное повторное выполнение </w:t>
      </w:r>
      <w:r w:rsidRPr="006D0601">
        <w:rPr>
          <w:lang w:val="ru-RU"/>
        </w:rPr>
        <w:t>заданий без подсказки; результаты занести в индивидуальные карты динамики. Задания повышенного уровня отрабатывать отдельно, с обязательным проговариванием стратегии и проверкой промежуточных действий.</w:t>
      </w:r>
    </w:p>
    <w:p w:rsidR="0070134D" w:rsidRPr="006D0601" w:rsidRDefault="000B6168">
      <w:pPr>
        <w:rPr>
          <w:lang w:val="ru-RU"/>
        </w:rPr>
      </w:pPr>
      <w:r w:rsidRPr="006D0601">
        <w:rPr>
          <w:lang w:val="ru-RU"/>
        </w:rPr>
        <w:br w:type="page"/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lastRenderedPageBreak/>
        <w:t>5 класс — Английский язык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Дата проведения: 20.04.202</w:t>
      </w:r>
      <w:r w:rsidRPr="006D0601">
        <w:rPr>
          <w:lang w:val="ru-RU"/>
        </w:rPr>
        <w:t xml:space="preserve">6. Максимальный первичный балл: 25. В школе работу выполнили 24 </w:t>
      </w:r>
      <w:proofErr w:type="gramStart"/>
      <w:r w:rsidRPr="006D0601">
        <w:rPr>
          <w:lang w:val="ru-RU"/>
        </w:rPr>
        <w:t>обучающихся</w:t>
      </w:r>
      <w:proofErr w:type="gramEnd"/>
      <w:r w:rsidRPr="006D0601">
        <w:rPr>
          <w:lang w:val="ru-RU"/>
        </w:rPr>
        <w:t>. Уровень риска: умеренный.</w:t>
      </w:r>
    </w:p>
    <w:tbl>
      <w:tblPr>
        <w:tblStyle w:val="aff0"/>
        <w:tblW w:w="0" w:type="auto"/>
        <w:jc w:val="center"/>
        <w:tblLook w:val="04A0"/>
      </w:tblPr>
      <w:tblGrid>
        <w:gridCol w:w="1417"/>
        <w:gridCol w:w="907"/>
        <w:gridCol w:w="964"/>
        <w:gridCol w:w="964"/>
        <w:gridCol w:w="1020"/>
        <w:gridCol w:w="1191"/>
        <w:gridCol w:w="1020"/>
        <w:gridCol w:w="1191"/>
        <w:gridCol w:w="1020"/>
      </w:tblGrid>
      <w:tr w:rsidR="0070134D">
        <w:trPr>
          <w:tblHeader/>
          <w:jc w:val="center"/>
        </w:trPr>
        <w:tc>
          <w:tcPr>
            <w:tcW w:w="141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Уровень</w:t>
            </w:r>
            <w:proofErr w:type="spellEnd"/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отметка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Понизили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Подтвердили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Школа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24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91,7%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41,7%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3,33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55,7%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37,5%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62,5%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Район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242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91,7%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43,0%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3,40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55,8%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32,4%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64,7%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2,9%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ЧР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10 728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87,0%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41,2%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3,34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54,2%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35,5%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62,4%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2,1%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РФ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510 290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91,0%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53,7%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3,58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59,2%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32,7%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63,0%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4,2%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80"/>
        <w:ind w:firstLine="709"/>
        <w:jc w:val="both"/>
      </w:pPr>
      <w:r w:rsidRPr="006D0601">
        <w:rPr>
          <w:lang w:val="ru-RU"/>
        </w:rPr>
        <w:t xml:space="preserve">Средний результат школы — 55,7%: -0,2 </w:t>
      </w:r>
      <w:proofErr w:type="spellStart"/>
      <w:r w:rsidRPr="006D0601">
        <w:rPr>
          <w:lang w:val="ru-RU"/>
        </w:rPr>
        <w:t>п</w:t>
      </w:r>
      <w:proofErr w:type="gramStart"/>
      <w:r w:rsidRPr="006D0601">
        <w:rPr>
          <w:lang w:val="ru-RU"/>
        </w:rPr>
        <w:t>,п</w:t>
      </w:r>
      <w:proofErr w:type="spellEnd"/>
      <w:proofErr w:type="gramEnd"/>
      <w:r w:rsidRPr="006D0601">
        <w:rPr>
          <w:lang w:val="ru-RU"/>
        </w:rPr>
        <w:t xml:space="preserve">, к району, +1,4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ЧР и -3,5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РФ.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знаний</w:t>
      </w:r>
      <w:proofErr w:type="spellEnd"/>
      <w:r>
        <w:t xml:space="preserve"> — 41,7%; </w:t>
      </w:r>
      <w:r>
        <w:t>успеваемость — 91,7%. Заданий ниже 50% — 2 из 7, ниже 30% — 1.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8412480" cy="3878448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j_АЯ_5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387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>Рисунок. 5 класс, Английский язык: выполнение заданий</w:t>
      </w:r>
    </w:p>
    <w:p w:rsidR="0070134D" w:rsidRDefault="000B6168">
      <w:pPr>
        <w:pStyle w:val="21"/>
      </w:pPr>
      <w:proofErr w:type="spellStart"/>
      <w:r>
        <w:t>Наиболее</w:t>
      </w:r>
      <w:proofErr w:type="spellEnd"/>
      <w:r>
        <w:t xml:space="preserve"> </w:t>
      </w:r>
      <w:proofErr w:type="spellStart"/>
      <w:r>
        <w:t>успешные</w:t>
      </w:r>
      <w:proofErr w:type="spellEnd"/>
      <w:r>
        <w:t xml:space="preserve"> </w:t>
      </w:r>
      <w:proofErr w:type="spellStart"/>
      <w:r>
        <w:t>задания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1247"/>
        <w:gridCol w:w="567"/>
        <w:gridCol w:w="850"/>
        <w:gridCol w:w="850"/>
        <w:gridCol w:w="7370"/>
      </w:tblGrid>
      <w:tr w:rsidR="0070134D">
        <w:trPr>
          <w:tblHeader/>
          <w:jc w:val="center"/>
        </w:trPr>
        <w:tc>
          <w:tcPr>
            <w:tcW w:w="124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Задание</w:t>
            </w:r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Школа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Район</w:t>
            </w:r>
          </w:p>
        </w:tc>
        <w:tc>
          <w:tcPr>
            <w:tcW w:w="737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Проверяемое умение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 (5б)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65,0%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54,7%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Воспринимать на слух и понимать несложные </w:t>
            </w:r>
            <w:r w:rsidRPr="006D0601">
              <w:rPr>
                <w:sz w:val="17"/>
                <w:lang w:val="ru-RU"/>
              </w:rPr>
              <w:t>адаптированные аутентичные тексты, содержащие отдельные незнакомые слова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4К1 (3б)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63,9%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58,3%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 (5б)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61,7%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59,5%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Оперировать </w:t>
            </w:r>
            <w:r w:rsidRPr="006D0601">
              <w:rPr>
                <w:sz w:val="17"/>
                <w:lang w:val="ru-RU"/>
              </w:rPr>
              <w:t xml:space="preserve">языковыми средствами в </w:t>
            </w:r>
            <w:proofErr w:type="spellStart"/>
            <w:r w:rsidRPr="006D0601">
              <w:rPr>
                <w:sz w:val="17"/>
                <w:lang w:val="ru-RU"/>
              </w:rPr>
              <w:t>коммуникативно</w:t>
            </w:r>
            <w:proofErr w:type="spellEnd"/>
            <w:r w:rsidRPr="006D0601">
              <w:rPr>
                <w:sz w:val="17"/>
                <w:lang w:val="ru-RU"/>
              </w:rPr>
              <w:t xml:space="preserve"> значимом контексте: грамматические формы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 (5б)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59,2%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62,6%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запрашиваемой информации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 xml:space="preserve">4К2 </w:t>
            </w:r>
            <w:r>
              <w:rPr>
                <w:sz w:val="17"/>
              </w:rPr>
              <w:t>(2б)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56,2%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56,4%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Правильно использовать средства логической связи; структурно оформлять текст в соответствии с нормами письменного этикета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сложные задания и адресные меры</w:t>
      </w:r>
    </w:p>
    <w:tbl>
      <w:tblPr>
        <w:tblStyle w:val="aff0"/>
        <w:tblW w:w="0" w:type="auto"/>
        <w:jc w:val="center"/>
        <w:tblLook w:val="04A0"/>
      </w:tblPr>
      <w:tblGrid>
        <w:gridCol w:w="964"/>
        <w:gridCol w:w="454"/>
        <w:gridCol w:w="737"/>
        <w:gridCol w:w="737"/>
        <w:gridCol w:w="737"/>
        <w:gridCol w:w="4025"/>
        <w:gridCol w:w="4252"/>
      </w:tblGrid>
      <w:tr w:rsidR="0070134D">
        <w:trPr>
          <w:tblHeader/>
          <w:jc w:val="center"/>
        </w:trPr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Задание</w:t>
            </w:r>
            <w:proofErr w:type="spellEnd"/>
          </w:p>
        </w:tc>
        <w:tc>
          <w:tcPr>
            <w:tcW w:w="4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Ур.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Школа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Район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Δ</w:t>
            </w:r>
          </w:p>
        </w:tc>
        <w:tc>
          <w:tcPr>
            <w:tcW w:w="402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Проверяемое умение</w:t>
            </w:r>
          </w:p>
        </w:tc>
        <w:tc>
          <w:tcPr>
            <w:tcW w:w="425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 xml:space="preserve">4К4 </w:t>
            </w:r>
            <w:r>
              <w:rPr>
                <w:sz w:val="15"/>
              </w:rPr>
              <w:t>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29,2%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45,7%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-16,5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Владеть орфографическими навыками: правильно писать изученные слова, пунктуационно правильно оформлять электронное сообщение личного характера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включать задания данного формата в каждую тематическую работу; проводить коррекцию </w:t>
            </w:r>
            <w:r w:rsidRPr="006D0601">
              <w:rPr>
                <w:sz w:val="15"/>
                <w:lang w:val="ru-RU"/>
              </w:rPr>
              <w:t>с повторной диагностикой через две недели.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4К3 (3б)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33,3%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44,4%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-11,0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Правильное лексико-грамматическое оформление текста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отрабатывать просмотровое и поисковое чтение, выделение ключевой информации; вводить задания на доказательство ответа </w:t>
            </w:r>
            <w:r w:rsidRPr="006D0601">
              <w:rPr>
                <w:sz w:val="15"/>
                <w:lang w:val="ru-RU"/>
              </w:rPr>
              <w:t>фрагментом текста.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4К2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56,2%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56,4%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-0,1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Правильно использовать средства логической связи; структурно оформлять текст в соответствии с нормами письменного этикета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отрабатывать просмотровое и поисковое чтение, выделение ключевой информации; </w:t>
            </w:r>
            <w:r w:rsidRPr="006D0601">
              <w:rPr>
                <w:sz w:val="15"/>
                <w:lang w:val="ru-RU"/>
              </w:rPr>
              <w:t>вводить задания на доказательство ответа фрагментом текста.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 (5б)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59,2%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62,6%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-3,5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запрашиваемой информации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отрабатывать </w:t>
            </w:r>
            <w:r w:rsidRPr="006D0601">
              <w:rPr>
                <w:sz w:val="15"/>
                <w:lang w:val="ru-RU"/>
              </w:rPr>
              <w:t>просмотровое и поисковое чтение, выделение ключевой информации; вводить задания на доказательство ответа фрагментом текста.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 (5б)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61,7%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59,5%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+2,2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Оперировать языковыми средствами в </w:t>
            </w:r>
            <w:proofErr w:type="spellStart"/>
            <w:r w:rsidRPr="006D0601">
              <w:rPr>
                <w:sz w:val="15"/>
                <w:lang w:val="ru-RU"/>
              </w:rPr>
              <w:t>коммуникативно</w:t>
            </w:r>
            <w:proofErr w:type="spellEnd"/>
            <w:r w:rsidRPr="006D0601">
              <w:rPr>
                <w:sz w:val="15"/>
                <w:lang w:val="ru-RU"/>
              </w:rPr>
              <w:t xml:space="preserve"> значимом контексте: грамматические формы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отрабатывать просмотровое и поисковое чтение, выделение ключевой информации; вводить задания на доказательство ответа фрагментом текста.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4К1 (3б)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63,9%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58,3%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+5,6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Писать электронное сообщение личного характера, соблюдая речевой этикет, принятый в </w:t>
            </w:r>
            <w:r w:rsidRPr="006D0601">
              <w:rPr>
                <w:sz w:val="15"/>
                <w:lang w:val="ru-RU"/>
              </w:rPr>
              <w:t>стране (странах) изучаемого языка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включать задания данного формата в каждую тематическую работу; проводить коррекцию с повторной диагностикой через две недели.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 (5б)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65,0%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54,7%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+10,3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Воспринимать на слух и понимать несложные адаптированные </w:t>
            </w:r>
            <w:r w:rsidRPr="006D0601">
              <w:rPr>
                <w:sz w:val="15"/>
                <w:lang w:val="ru-RU"/>
              </w:rPr>
              <w:t>аутентичные тексты, содержащие отдельные незнакомые слова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проводить короткие тренировки </w:t>
            </w:r>
            <w:proofErr w:type="spellStart"/>
            <w:r w:rsidRPr="006D0601">
              <w:rPr>
                <w:sz w:val="15"/>
                <w:lang w:val="ru-RU"/>
              </w:rPr>
              <w:t>аудирования</w:t>
            </w:r>
            <w:proofErr w:type="spellEnd"/>
            <w:r w:rsidRPr="006D0601">
              <w:rPr>
                <w:sz w:val="15"/>
                <w:lang w:val="ru-RU"/>
              </w:rPr>
              <w:t xml:space="preserve"> с двухэтапным прослушиванием; учить фиксировать ключевые слова и проверять ответ по контексту.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Рекомендации учителю: провести поэлементную диагностику по </w:t>
      </w:r>
      <w:r w:rsidRPr="006D0601">
        <w:rPr>
          <w:lang w:val="ru-RU"/>
        </w:rPr>
        <w:t>перечисленным умениям; распределить обучающихся на группы по типам ошибок; организовать краткий коррекционный модуль; после тренировки обеспечить самостоятельное повторное выполнение заданий без подсказки; результаты занести в индивидуальные карты динамики</w:t>
      </w:r>
      <w:r w:rsidRPr="006D0601">
        <w:rPr>
          <w:lang w:val="ru-RU"/>
        </w:rPr>
        <w:t>. Задания повышенного уровня отрабатывать отдельно, с обязательным проговариванием стратегии и проверкой промежуточных действий.</w:t>
      </w:r>
    </w:p>
    <w:p w:rsidR="0070134D" w:rsidRPr="006D0601" w:rsidRDefault="000B6168">
      <w:pPr>
        <w:rPr>
          <w:lang w:val="ru-RU"/>
        </w:rPr>
      </w:pPr>
      <w:r w:rsidRPr="006D0601">
        <w:rPr>
          <w:lang w:val="ru-RU"/>
        </w:rPr>
        <w:br w:type="page"/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lastRenderedPageBreak/>
        <w:t>5 класс — Биология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Дата проведения: 20.04.2026. Максимальный первичный балл: 43. В школе работу выполнили 24 </w:t>
      </w:r>
      <w:proofErr w:type="gramStart"/>
      <w:r w:rsidRPr="006D0601">
        <w:rPr>
          <w:lang w:val="ru-RU"/>
        </w:rPr>
        <w:t>обучающихся</w:t>
      </w:r>
      <w:proofErr w:type="gramEnd"/>
      <w:r w:rsidRPr="006D0601">
        <w:rPr>
          <w:lang w:val="ru-RU"/>
        </w:rPr>
        <w:t>. Уро</w:t>
      </w:r>
      <w:r w:rsidRPr="006D0601">
        <w:rPr>
          <w:lang w:val="ru-RU"/>
        </w:rPr>
        <w:t>вень риска: умеренный.</w:t>
      </w:r>
    </w:p>
    <w:tbl>
      <w:tblPr>
        <w:tblStyle w:val="aff0"/>
        <w:tblW w:w="0" w:type="auto"/>
        <w:jc w:val="center"/>
        <w:tblLook w:val="04A0"/>
      </w:tblPr>
      <w:tblGrid>
        <w:gridCol w:w="1417"/>
        <w:gridCol w:w="907"/>
        <w:gridCol w:w="964"/>
        <w:gridCol w:w="964"/>
        <w:gridCol w:w="1020"/>
        <w:gridCol w:w="1191"/>
        <w:gridCol w:w="1020"/>
        <w:gridCol w:w="1191"/>
        <w:gridCol w:w="1020"/>
      </w:tblGrid>
      <w:tr w:rsidR="0070134D">
        <w:trPr>
          <w:tblHeader/>
          <w:jc w:val="center"/>
        </w:trPr>
        <w:tc>
          <w:tcPr>
            <w:tcW w:w="141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Уровень</w:t>
            </w:r>
            <w:proofErr w:type="spellEnd"/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отметка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Понизили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Подтвердили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Школа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24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95,8%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41,7%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3,38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52,0%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37,5%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62,5%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Район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474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92,0%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46,4%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3,45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54,1%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38,8%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57,2%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4,0%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ЧР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16 098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87,8%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42,0%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3,35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51,3%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35,5%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62,1%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2,4%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РФ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791 040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97,4%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62,0%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3,73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60,7%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27,7%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66,4%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6,0%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80"/>
        <w:ind w:firstLine="709"/>
        <w:jc w:val="both"/>
      </w:pPr>
      <w:r w:rsidRPr="006D0601">
        <w:rPr>
          <w:lang w:val="ru-RU"/>
        </w:rPr>
        <w:t xml:space="preserve">Средний результат школы — 52,0%: -2,0 </w:t>
      </w:r>
      <w:proofErr w:type="spellStart"/>
      <w:r w:rsidRPr="006D0601">
        <w:rPr>
          <w:lang w:val="ru-RU"/>
        </w:rPr>
        <w:t>п</w:t>
      </w:r>
      <w:proofErr w:type="gramStart"/>
      <w:r w:rsidRPr="006D0601">
        <w:rPr>
          <w:lang w:val="ru-RU"/>
        </w:rPr>
        <w:t>,п</w:t>
      </w:r>
      <w:proofErr w:type="spellEnd"/>
      <w:proofErr w:type="gramEnd"/>
      <w:r w:rsidRPr="006D0601">
        <w:rPr>
          <w:lang w:val="ru-RU"/>
        </w:rPr>
        <w:t xml:space="preserve">, к району, +0,8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ЧР и -8,6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РФ.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знаний</w:t>
      </w:r>
      <w:proofErr w:type="spellEnd"/>
      <w:r>
        <w:t xml:space="preserve"> — 41,7%; успеваемость — 95,8%. Заданий ниже 50% — 13 из 29, ниже 30% — 6.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8412480" cy="3878448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j_БИ_5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387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 xml:space="preserve">Рисунок. 5 класс, </w:t>
      </w:r>
      <w:r w:rsidRPr="006D0601">
        <w:rPr>
          <w:i/>
          <w:sz w:val="22"/>
          <w:lang w:val="ru-RU"/>
        </w:rPr>
        <w:t>Биология: выполнение заданий</w:t>
      </w: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успешные задания</w:t>
      </w:r>
    </w:p>
    <w:tbl>
      <w:tblPr>
        <w:tblStyle w:val="aff0"/>
        <w:tblW w:w="0" w:type="auto"/>
        <w:jc w:val="center"/>
        <w:tblLook w:val="04A0"/>
      </w:tblPr>
      <w:tblGrid>
        <w:gridCol w:w="1247"/>
        <w:gridCol w:w="567"/>
        <w:gridCol w:w="850"/>
        <w:gridCol w:w="850"/>
        <w:gridCol w:w="7370"/>
      </w:tblGrid>
      <w:tr w:rsidR="0070134D">
        <w:trPr>
          <w:tblHeader/>
          <w:jc w:val="center"/>
        </w:trPr>
        <w:tc>
          <w:tcPr>
            <w:tcW w:w="124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Задание</w:t>
            </w:r>
            <w:proofErr w:type="spellEnd"/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Школа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Район</w:t>
            </w:r>
          </w:p>
        </w:tc>
        <w:tc>
          <w:tcPr>
            <w:tcW w:w="737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Проверяемое умение</w:t>
            </w:r>
          </w:p>
        </w:tc>
      </w:tr>
      <w:tr w:rsidR="0070134D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2.1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84,6%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7"/>
                <w:lang w:val="ru-RU"/>
              </w:rPr>
              <w:t xml:space="preserve">1. </w:t>
            </w:r>
            <w:proofErr w:type="gramStart"/>
            <w:r w:rsidRPr="006D0601">
              <w:rPr>
                <w:sz w:val="17"/>
                <w:lang w:val="ru-RU"/>
              </w:rPr>
              <w:t xml:space="preserve">Иметь представление о важнейших биологических процессах и явлениях: питание, дыхание, транспорт веществ, раздражимость, рост, </w:t>
            </w:r>
            <w:r w:rsidRPr="006D0601">
              <w:rPr>
                <w:sz w:val="17"/>
                <w:lang w:val="ru-RU"/>
              </w:rPr>
              <w:t>развитие, движение, размножение.</w:t>
            </w:r>
            <w:proofErr w:type="gramEnd"/>
            <w:r w:rsidRPr="006D0601">
              <w:rPr>
                <w:sz w:val="17"/>
                <w:lang w:val="ru-RU"/>
              </w:rPr>
              <w:t xml:space="preserve"> </w:t>
            </w:r>
            <w:proofErr w:type="spellStart"/>
            <w:r>
              <w:rPr>
                <w:sz w:val="17"/>
              </w:rPr>
              <w:t>Применять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биологические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термины</w:t>
            </w:r>
            <w:proofErr w:type="spellEnd"/>
            <w:r>
              <w:rPr>
                <w:sz w:val="17"/>
              </w:rPr>
              <w:t xml:space="preserve"> и понятия (в том числе: ж…</w:t>
            </w:r>
          </w:p>
        </w:tc>
      </w:tr>
      <w:tr w:rsidR="0070134D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4.2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74,3%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7"/>
                <w:lang w:val="ru-RU"/>
              </w:rPr>
              <w:t xml:space="preserve">2. Приводить примеры, характеризующие приспособленность организмов к среде обитания, взаимосвязи организмов в сообществах. </w:t>
            </w:r>
            <w:proofErr w:type="spellStart"/>
            <w:r>
              <w:rPr>
                <w:sz w:val="17"/>
              </w:rPr>
              <w:t>Выделять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отличит</w:t>
            </w:r>
            <w:r>
              <w:rPr>
                <w:sz w:val="17"/>
              </w:rPr>
              <w:t>ельные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признаки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природных</w:t>
            </w:r>
            <w:proofErr w:type="spellEnd"/>
            <w:r>
              <w:rPr>
                <w:sz w:val="17"/>
              </w:rPr>
              <w:t xml:space="preserve"> и искусственных сообществ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1.1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95,8%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94,3%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1. Характеризовать биологию как науку о живой природе, называть признаки живого, сравнивать объекты живой и неживой природы</w:t>
            </w:r>
          </w:p>
        </w:tc>
      </w:tr>
      <w:tr w:rsidR="0070134D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2.2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95,8%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58,0%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7"/>
                <w:lang w:val="ru-RU"/>
              </w:rPr>
              <w:t xml:space="preserve">2. </w:t>
            </w:r>
            <w:proofErr w:type="gramStart"/>
            <w:r w:rsidRPr="006D0601">
              <w:rPr>
                <w:sz w:val="17"/>
                <w:lang w:val="ru-RU"/>
              </w:rPr>
              <w:t xml:space="preserve">Иметь представление о </w:t>
            </w:r>
            <w:r w:rsidRPr="006D0601">
              <w:rPr>
                <w:sz w:val="17"/>
                <w:lang w:val="ru-RU"/>
              </w:rPr>
              <w:t>важнейших биологических процессах и явлениях: питание, дыхание, транспорт веществ, раздражимость, рост, развитие, движение, размножение.</w:t>
            </w:r>
            <w:proofErr w:type="gramEnd"/>
            <w:r w:rsidRPr="006D0601">
              <w:rPr>
                <w:sz w:val="17"/>
                <w:lang w:val="ru-RU"/>
              </w:rPr>
              <w:t xml:space="preserve"> </w:t>
            </w:r>
            <w:proofErr w:type="spellStart"/>
            <w:r>
              <w:rPr>
                <w:sz w:val="17"/>
              </w:rPr>
              <w:t>Применять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биологические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термины</w:t>
            </w:r>
            <w:proofErr w:type="spellEnd"/>
            <w:r>
              <w:rPr>
                <w:sz w:val="17"/>
              </w:rPr>
              <w:t xml:space="preserve"> и понятия (в том числе: ж…</w:t>
            </w:r>
          </w:p>
        </w:tc>
      </w:tr>
      <w:tr w:rsidR="0070134D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lastRenderedPageBreak/>
              <w:t>4.1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95,8%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70,9%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7"/>
                <w:lang w:val="ru-RU"/>
              </w:rPr>
              <w:t xml:space="preserve">1. Приводить примеры, </w:t>
            </w:r>
            <w:r w:rsidRPr="006D0601">
              <w:rPr>
                <w:sz w:val="17"/>
                <w:lang w:val="ru-RU"/>
              </w:rPr>
              <w:t xml:space="preserve">характеризующие приспособленность организмов к среде обитания, взаимосвязи организмов в сообществах. </w:t>
            </w:r>
            <w:proofErr w:type="spellStart"/>
            <w:r>
              <w:rPr>
                <w:sz w:val="17"/>
              </w:rPr>
              <w:t>Выделять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отличительные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признаки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природных</w:t>
            </w:r>
            <w:proofErr w:type="spellEnd"/>
            <w:r>
              <w:rPr>
                <w:sz w:val="17"/>
              </w:rPr>
              <w:t xml:space="preserve"> и искусственных сообществ</w:t>
            </w:r>
          </w:p>
        </w:tc>
      </w:tr>
    </w:tbl>
    <w:p w:rsidR="0070134D" w:rsidRDefault="0070134D">
      <w:pPr>
        <w:spacing w:after="0"/>
      </w:pP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сложные задания и адресные меры</w:t>
      </w:r>
    </w:p>
    <w:tbl>
      <w:tblPr>
        <w:tblStyle w:val="aff0"/>
        <w:tblW w:w="0" w:type="auto"/>
        <w:jc w:val="center"/>
        <w:tblLook w:val="04A0"/>
      </w:tblPr>
      <w:tblGrid>
        <w:gridCol w:w="964"/>
        <w:gridCol w:w="454"/>
        <w:gridCol w:w="737"/>
        <w:gridCol w:w="737"/>
        <w:gridCol w:w="737"/>
        <w:gridCol w:w="4025"/>
        <w:gridCol w:w="4252"/>
      </w:tblGrid>
      <w:tr w:rsidR="0070134D">
        <w:trPr>
          <w:tblHeader/>
          <w:jc w:val="center"/>
        </w:trPr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Задание</w:t>
            </w:r>
            <w:proofErr w:type="spellEnd"/>
          </w:p>
        </w:tc>
        <w:tc>
          <w:tcPr>
            <w:tcW w:w="4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Ур.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Школа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Район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Δ</w:t>
            </w:r>
          </w:p>
        </w:tc>
        <w:tc>
          <w:tcPr>
            <w:tcW w:w="402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Проверяемое умение</w:t>
            </w:r>
          </w:p>
        </w:tc>
        <w:tc>
          <w:tcPr>
            <w:tcW w:w="425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8К2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54,4%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-54,4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Перечислять источники биологических знаний; характеризовать значение биологических знаний для современного человека; знать профессии, связанные с биологией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включить задания аналогичного типа в </w:t>
            </w:r>
            <w:r w:rsidRPr="006D0601">
              <w:rPr>
                <w:sz w:val="15"/>
                <w:lang w:val="ru-RU"/>
              </w:rPr>
              <w:t>текущее и тематическое повторение; провести разбор типичных ошибок, затем повторное выполнение с фиксацией индивидуальной динамики.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19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6,2%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25,2%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-19,0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5"/>
                <w:lang w:val="ru-RU"/>
              </w:rPr>
              <w:t xml:space="preserve">Применять биологические термины и понятия (в том числе: среда обитания, природное </w:t>
            </w:r>
            <w:r w:rsidRPr="006D0601">
              <w:rPr>
                <w:sz w:val="15"/>
                <w:lang w:val="ru-RU"/>
              </w:rPr>
              <w:t xml:space="preserve">сообщество, искусственное сообщество) в соответствии с поставленной задачей и в контексте. </w:t>
            </w:r>
            <w:proofErr w:type="spellStart"/>
            <w:r>
              <w:rPr>
                <w:sz w:val="15"/>
              </w:rPr>
              <w:t>Раскрывать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роль</w:t>
            </w:r>
            <w:proofErr w:type="spellEnd"/>
            <w:r>
              <w:rPr>
                <w:sz w:val="15"/>
              </w:rPr>
              <w:t>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решать ситуационные экологические задачи с причинно-следственным обоснованием; отрабатывать построение цепей и прогноз последствий изменения условий</w:t>
            </w:r>
            <w:r w:rsidRPr="006D0601">
              <w:rPr>
                <w:sz w:val="15"/>
                <w:lang w:val="ru-RU"/>
              </w:rPr>
              <w:t>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18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8,3%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36,1%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-27,8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Приводить примеры, характеризующие приспособленность организмов к среде обитания; раскрывать понятие о среде обитания (водной, наземно-воздушной, почвенной, </w:t>
            </w:r>
            <w:proofErr w:type="spellStart"/>
            <w:r w:rsidRPr="006D0601">
              <w:rPr>
                <w:sz w:val="15"/>
                <w:lang w:val="ru-RU"/>
              </w:rPr>
              <w:t>внутриорганизменной</w:t>
            </w:r>
            <w:proofErr w:type="spellEnd"/>
            <w:r w:rsidRPr="006D0601">
              <w:rPr>
                <w:sz w:val="15"/>
                <w:lang w:val="ru-RU"/>
              </w:rPr>
              <w:t>), об условия…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решать ситуационные </w:t>
            </w:r>
            <w:r w:rsidRPr="006D0601">
              <w:rPr>
                <w:sz w:val="15"/>
                <w:lang w:val="ru-RU"/>
              </w:rPr>
              <w:t>экологические задачи с причинно-следственным обоснованием; отрабатывать построение цепей и прогноз последствий изменения условий.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16.1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20,8%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38,4%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-17,6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5"/>
                <w:lang w:val="ru-RU"/>
              </w:rPr>
              <w:t>1. Выполнять практические работы и лабораторные работы (работа с микроскопом, знакомство с</w:t>
            </w:r>
            <w:r w:rsidRPr="006D0601">
              <w:rPr>
                <w:sz w:val="15"/>
                <w:lang w:val="ru-RU"/>
              </w:rPr>
              <w:t xml:space="preserve"> различными способами измерения и сравнения живых объектов). </w:t>
            </w:r>
            <w:proofErr w:type="spellStart"/>
            <w:r>
              <w:rPr>
                <w:sz w:val="15"/>
              </w:rPr>
              <w:t>Проводить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описание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организма</w:t>
            </w:r>
            <w:proofErr w:type="spellEnd"/>
            <w:r>
              <w:rPr>
                <w:sz w:val="15"/>
              </w:rPr>
              <w:t xml:space="preserve"> (</w:t>
            </w:r>
            <w:proofErr w:type="spellStart"/>
            <w:r>
              <w:rPr>
                <w:sz w:val="15"/>
              </w:rPr>
              <w:t>растения</w:t>
            </w:r>
            <w:proofErr w:type="spellEnd"/>
            <w:r>
              <w:rPr>
                <w:sz w:val="15"/>
              </w:rPr>
              <w:t>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составлять сравнительные таблицы признаков и задания на классификацию; использовать карточки «признак — объект — исключение»; отдельно отрабатывать многоша</w:t>
            </w:r>
            <w:r w:rsidRPr="006D0601">
              <w:rPr>
                <w:sz w:val="15"/>
                <w:lang w:val="ru-RU"/>
              </w:rPr>
              <w:t>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14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29,2%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43,2%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-14,1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Выполнять практические работы и лабораторные работы. Соблюдать правила безопасного труда при работе с учебным и лабораторным оборудованием, химической </w:t>
            </w:r>
            <w:r w:rsidRPr="006D0601">
              <w:rPr>
                <w:sz w:val="15"/>
                <w:lang w:val="ru-RU"/>
              </w:rPr>
              <w:t>посудой в соответствии с инструкциями…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повторное выполнение с фиксацией индивидуальной динамики; отдельно отрабатывать многошаговые задания повыш</w:t>
            </w:r>
            <w:r w:rsidRPr="006D0601">
              <w:rPr>
                <w:sz w:val="15"/>
                <w:lang w:val="ru-RU"/>
              </w:rPr>
              <w:t>енного уровня с комментированием…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17 (1б)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29,2%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60,8%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-31,6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Устанавливать взаимосвязи организмов в сообществах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решать ситуационные экологические задачи с причинно-следственным обоснованием; отрабатывать построение цепей и прогноз последствий </w:t>
            </w:r>
            <w:r w:rsidRPr="006D0601">
              <w:rPr>
                <w:sz w:val="15"/>
                <w:lang w:val="ru-RU"/>
              </w:rPr>
              <w:t>изменения условий.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15.2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33,3%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52,7%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-19,4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2. Владеть приемами работы с лупой, световым и цифровым микроскопами при рассматривании биологических объектов. </w:t>
            </w:r>
            <w:proofErr w:type="gramStart"/>
            <w:r w:rsidRPr="006D0601">
              <w:rPr>
                <w:sz w:val="15"/>
                <w:lang w:val="ru-RU"/>
              </w:rPr>
              <w:t xml:space="preserve">Выполнять практические работы и лабораторные работы (работа с микроскопом, </w:t>
            </w:r>
            <w:proofErr w:type="spellStart"/>
            <w:r w:rsidRPr="006D0601">
              <w:rPr>
                <w:sz w:val="15"/>
                <w:lang w:val="ru-RU"/>
              </w:rPr>
              <w:t>зн</w:t>
            </w:r>
            <w:proofErr w:type="spellEnd"/>
            <w:r w:rsidRPr="006D0601">
              <w:rPr>
                <w:sz w:val="15"/>
                <w:lang w:val="ru-RU"/>
              </w:rPr>
              <w:t>…</w:t>
            </w:r>
            <w:proofErr w:type="gramEnd"/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включить </w:t>
            </w:r>
            <w:r w:rsidRPr="006D0601">
              <w:rPr>
                <w:sz w:val="15"/>
                <w:lang w:val="ru-RU"/>
              </w:rPr>
              <w:t>задания аналогичного типа в текущее и тематическое повторение; провести разбор типичных ошибок, затем повторное выполнение с фиксацией индивидуальной динамики.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Рекомендации учителю: провести поэлементную диагностику по перечисленным умениям; распределить обучающихся на группы по типам ошибок; организовать краткий коррекционный модуль; после тренировки обеспечить самостоятельное повторное выполнение заданий без по</w:t>
      </w:r>
      <w:r w:rsidRPr="006D0601">
        <w:rPr>
          <w:lang w:val="ru-RU"/>
        </w:rPr>
        <w:t xml:space="preserve">дсказки; результаты занести в индивидуальные </w:t>
      </w:r>
      <w:r w:rsidRPr="006D0601">
        <w:rPr>
          <w:lang w:val="ru-RU"/>
        </w:rPr>
        <w:lastRenderedPageBreak/>
        <w:t>карты динамики. Задания повышенного уровня отрабатывать отдельно, с обязательным проговариванием стратегии и проверкой промежуточных действий.</w:t>
      </w:r>
    </w:p>
    <w:p w:rsidR="0070134D" w:rsidRPr="006D0601" w:rsidRDefault="000B6168">
      <w:pPr>
        <w:rPr>
          <w:lang w:val="ru-RU"/>
        </w:rPr>
      </w:pPr>
      <w:r w:rsidRPr="006D0601">
        <w:rPr>
          <w:lang w:val="ru-RU"/>
        </w:rPr>
        <w:br w:type="page"/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lastRenderedPageBreak/>
        <w:t>5 класс — Математика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Дата проведения: 20.04.2026. Максимальный пер</w:t>
      </w:r>
      <w:r w:rsidRPr="006D0601">
        <w:rPr>
          <w:lang w:val="ru-RU"/>
        </w:rPr>
        <w:t xml:space="preserve">вичный балл: 24. В школе работу выполнили 24 </w:t>
      </w:r>
      <w:proofErr w:type="gramStart"/>
      <w:r w:rsidRPr="006D0601">
        <w:rPr>
          <w:lang w:val="ru-RU"/>
        </w:rPr>
        <w:t>обучающихся</w:t>
      </w:r>
      <w:proofErr w:type="gramEnd"/>
      <w:r w:rsidRPr="006D0601">
        <w:rPr>
          <w:lang w:val="ru-RU"/>
        </w:rPr>
        <w:t>. Уровень риска: высокий.</w:t>
      </w:r>
    </w:p>
    <w:tbl>
      <w:tblPr>
        <w:tblStyle w:val="aff0"/>
        <w:tblW w:w="0" w:type="auto"/>
        <w:jc w:val="center"/>
        <w:tblLook w:val="04A0"/>
      </w:tblPr>
      <w:tblGrid>
        <w:gridCol w:w="1417"/>
        <w:gridCol w:w="907"/>
        <w:gridCol w:w="964"/>
        <w:gridCol w:w="964"/>
        <w:gridCol w:w="1020"/>
        <w:gridCol w:w="1191"/>
        <w:gridCol w:w="1020"/>
        <w:gridCol w:w="1191"/>
        <w:gridCol w:w="1020"/>
      </w:tblGrid>
      <w:tr w:rsidR="0070134D">
        <w:trPr>
          <w:tblHeader/>
          <w:jc w:val="center"/>
        </w:trPr>
        <w:tc>
          <w:tcPr>
            <w:tcW w:w="141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Уровень</w:t>
            </w:r>
            <w:proofErr w:type="spellEnd"/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отметка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Понизили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Подтвердили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Школа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24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87,5%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33,3%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3,25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46,7%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62,5%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37,5%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Район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808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88,4%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43,4%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3,37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48,9%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35,4%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62,1%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2,5%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ЧР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31 984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86,4%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42,4%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3,35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48,7%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30,6%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66,7%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2,8%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РФ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1 718 153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92,7%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55,8%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3,66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54,7%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20,6%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69,4%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10,1%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80"/>
        <w:ind w:firstLine="709"/>
        <w:jc w:val="both"/>
      </w:pPr>
      <w:r w:rsidRPr="006D0601">
        <w:rPr>
          <w:lang w:val="ru-RU"/>
        </w:rPr>
        <w:t xml:space="preserve">Средний результат школы — 46,7%: -2,2 </w:t>
      </w:r>
      <w:proofErr w:type="spellStart"/>
      <w:r w:rsidRPr="006D0601">
        <w:rPr>
          <w:lang w:val="ru-RU"/>
        </w:rPr>
        <w:t>п</w:t>
      </w:r>
      <w:proofErr w:type="gramStart"/>
      <w:r w:rsidRPr="006D0601">
        <w:rPr>
          <w:lang w:val="ru-RU"/>
        </w:rPr>
        <w:t>,п</w:t>
      </w:r>
      <w:proofErr w:type="spellEnd"/>
      <w:proofErr w:type="gramEnd"/>
      <w:r w:rsidRPr="006D0601">
        <w:rPr>
          <w:lang w:val="ru-RU"/>
        </w:rPr>
        <w:t xml:space="preserve">, к району, -2,0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ЧР и -8,0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РФ.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знаний</w:t>
      </w:r>
      <w:proofErr w:type="spellEnd"/>
      <w:r>
        <w:t xml:space="preserve"> — 33,3%; успеваемость — </w:t>
      </w:r>
      <w:r>
        <w:t>87,5%. Заданий ниже 50% — 7 из 18, ниже 30% — 6.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8412480" cy="3878448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j_МА_5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387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>Рисунок. 5 класс, Математика: выполнение заданий</w:t>
      </w: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успешные задания</w:t>
      </w:r>
    </w:p>
    <w:tbl>
      <w:tblPr>
        <w:tblStyle w:val="aff0"/>
        <w:tblW w:w="0" w:type="auto"/>
        <w:jc w:val="center"/>
        <w:tblLook w:val="04A0"/>
      </w:tblPr>
      <w:tblGrid>
        <w:gridCol w:w="1247"/>
        <w:gridCol w:w="567"/>
        <w:gridCol w:w="850"/>
        <w:gridCol w:w="850"/>
        <w:gridCol w:w="7370"/>
      </w:tblGrid>
      <w:tr w:rsidR="0070134D">
        <w:trPr>
          <w:tblHeader/>
          <w:jc w:val="center"/>
        </w:trPr>
        <w:tc>
          <w:tcPr>
            <w:tcW w:w="124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Задание</w:t>
            </w:r>
            <w:proofErr w:type="spellEnd"/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Школа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Район</w:t>
            </w:r>
          </w:p>
        </w:tc>
        <w:tc>
          <w:tcPr>
            <w:tcW w:w="737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Проверяемое умение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79,6%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Выполнять арифметические действия с натуральными числами, с </w:t>
            </w:r>
            <w:r w:rsidRPr="006D0601">
              <w:rPr>
                <w:sz w:val="17"/>
                <w:lang w:val="ru-RU"/>
              </w:rPr>
              <w:t>обыкновенными дробями в простейших случаях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95,8%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70,0%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91,7%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82,9%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Выполнять арифметические действия с натуральными </w:t>
            </w:r>
            <w:r w:rsidRPr="006D0601">
              <w:rPr>
                <w:sz w:val="17"/>
                <w:lang w:val="ru-RU"/>
              </w:rPr>
              <w:t>числами, с обыкновенными дробями в простейших случаях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4.1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91,7%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82,0%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1. Извлекать, анализировать, оценивать информацию, представленную в таблице, на столбчатой диаграмме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91,7%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63,6%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Вычислять периметр и площадь квадрата, прямоугольника, </w:t>
            </w:r>
            <w:r w:rsidRPr="006D0601">
              <w:rPr>
                <w:sz w:val="17"/>
                <w:lang w:val="ru-RU"/>
              </w:rPr>
              <w:t>фигур, составленных из прямоугольников, в том числе фигур, изображенных на клетчатой бумаге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сложные задания и адресные меры</w:t>
      </w:r>
    </w:p>
    <w:tbl>
      <w:tblPr>
        <w:tblStyle w:val="aff0"/>
        <w:tblW w:w="0" w:type="auto"/>
        <w:jc w:val="center"/>
        <w:tblLook w:val="04A0"/>
      </w:tblPr>
      <w:tblGrid>
        <w:gridCol w:w="964"/>
        <w:gridCol w:w="454"/>
        <w:gridCol w:w="737"/>
        <w:gridCol w:w="737"/>
        <w:gridCol w:w="737"/>
        <w:gridCol w:w="4025"/>
        <w:gridCol w:w="4252"/>
      </w:tblGrid>
      <w:tr w:rsidR="0070134D">
        <w:trPr>
          <w:tblHeader/>
          <w:jc w:val="center"/>
        </w:trPr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Задание</w:t>
            </w:r>
            <w:proofErr w:type="spellEnd"/>
          </w:p>
        </w:tc>
        <w:tc>
          <w:tcPr>
            <w:tcW w:w="4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Ур.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Школа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Район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Δ</w:t>
            </w:r>
          </w:p>
        </w:tc>
        <w:tc>
          <w:tcPr>
            <w:tcW w:w="402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Проверяемое умение</w:t>
            </w:r>
          </w:p>
        </w:tc>
        <w:tc>
          <w:tcPr>
            <w:tcW w:w="425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17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10,5%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-10,5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5"/>
                <w:lang w:val="ru-RU"/>
              </w:rPr>
              <w:t xml:space="preserve">Решать задачи, </w:t>
            </w:r>
            <w:r w:rsidRPr="006D0601">
              <w:rPr>
                <w:sz w:val="15"/>
                <w:lang w:val="ru-RU"/>
              </w:rPr>
              <w:t>содержащие зависимости, связывающие величины: скорость, время, расстояние, цена, количество, стоимость</w:t>
            </w:r>
            <w:proofErr w:type="gramEnd"/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учить переводить условие в схему, таблицу или краткую запись и проверять смысл полученного ответа; разбирать типичные ошибочные стратегии и давать аналог</w:t>
            </w:r>
            <w:r w:rsidRPr="006D0601">
              <w:rPr>
                <w:sz w:val="15"/>
                <w:lang w:val="ru-RU"/>
              </w:rPr>
              <w:t>ичное задание для повторного выполнения; отдельно отрабатывать многошаговые задания повышенного…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16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6,2%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16,1%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-9,9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5"/>
                <w:lang w:val="ru-RU"/>
              </w:rPr>
              <w:t xml:space="preserve">Решать задачи, содержащие зависимости, связывающие величины: скорость, время, расстояние, цена, количество, стоимость; </w:t>
            </w:r>
            <w:r w:rsidRPr="006D0601">
              <w:rPr>
                <w:sz w:val="15"/>
                <w:lang w:val="ru-RU"/>
              </w:rPr>
              <w:t xml:space="preserve">выполнять арифметические действия с натуральными числами, с </w:t>
            </w:r>
            <w:proofErr w:type="spellStart"/>
            <w:r w:rsidRPr="006D0601">
              <w:rPr>
                <w:sz w:val="15"/>
                <w:lang w:val="ru-RU"/>
              </w:rPr>
              <w:t>обыкновенн</w:t>
            </w:r>
            <w:proofErr w:type="spellEnd"/>
            <w:r w:rsidRPr="006D0601">
              <w:rPr>
                <w:sz w:val="15"/>
                <w:lang w:val="ru-RU"/>
              </w:rPr>
              <w:t>…</w:t>
            </w:r>
            <w:proofErr w:type="gramEnd"/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учить переводить условие в схему, таблицу или краткую запись и проверять смысл полученного ответа; разбирать типичные ошибочные стратегии и давать аналогичное задание для повторного вы</w:t>
            </w:r>
            <w:r w:rsidRPr="006D0601">
              <w:rPr>
                <w:sz w:val="15"/>
                <w:lang w:val="ru-RU"/>
              </w:rPr>
              <w:t>полнения; отдельно отрабатывать многошаговые задания повышенного…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15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12,5%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31,7%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-19,2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изображенных на клетчатой бумаге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включить </w:t>
            </w:r>
            <w:r w:rsidRPr="006D0601">
              <w:rPr>
                <w:sz w:val="15"/>
                <w:lang w:val="ru-RU"/>
              </w:rPr>
              <w:t>геометрический практикум с чертежом, измерением и обоснованием формулы; отрабатывать чтение рисунка и пошаговую проверку вычислений.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14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16,7%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29,1%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-12,5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5"/>
                <w:lang w:val="ru-RU"/>
              </w:rPr>
              <w:t xml:space="preserve">Пользоваться основными единицами измерения: цены, массы, расстояния, времени, скорости; </w:t>
            </w:r>
            <w:r w:rsidRPr="006D0601">
              <w:rPr>
                <w:sz w:val="15"/>
                <w:lang w:val="ru-RU"/>
              </w:rPr>
              <w:t>выражать одни единицы величины через другие; извлекать, анализировать, оценивать информацию, представ…</w:t>
            </w:r>
            <w:proofErr w:type="gramEnd"/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учить переводить условие в схему, таблицу или краткую запись и проверять смысл полученного ответа; разбирать типичные ошибочные стратегии и давать аналог</w:t>
            </w:r>
            <w:r w:rsidRPr="006D0601">
              <w:rPr>
                <w:sz w:val="15"/>
                <w:lang w:val="ru-RU"/>
              </w:rPr>
              <w:t>ичное задание для повторного выполнения.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13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27,1%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43,6%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-16,6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систематизировать действия с дробями, отношениями и процентами на </w:t>
            </w:r>
            <w:r w:rsidRPr="006D0601">
              <w:rPr>
                <w:sz w:val="15"/>
                <w:lang w:val="ru-RU"/>
              </w:rPr>
              <w:t>практико-ориентированных задачах; использовать устный счет и задания на оценку правдоподобия результата.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11 (1б)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29,2%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37,5%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-8,3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Решать текстовые задачи арифметическим способом и с помощью организованного конечного перебора всех возможных </w:t>
            </w:r>
            <w:r w:rsidRPr="006D0601">
              <w:rPr>
                <w:sz w:val="15"/>
                <w:lang w:val="ru-RU"/>
              </w:rPr>
              <w:t>вариантов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учить переводить условие в схему, таблицу или краткую запись и проверять смысл полученного ответа; разбирать типичные ошибочные стратегии и давать аналогичное задание для повторного выполнения; отдельно отрабатывать многошаговые задания повышенно</w:t>
            </w:r>
            <w:r w:rsidRPr="006D0601">
              <w:rPr>
                <w:sz w:val="15"/>
                <w:lang w:val="ru-RU"/>
              </w:rPr>
              <w:t>го…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10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45,8%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57,7%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-11,8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Выполнять проверку, прикидку результата вычислений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включить задания аналогичного типа в текущее и тематическое повторение; провести разбор типичных ошибок, затем повторное выполнение с фиксацией индивидуальной </w:t>
            </w:r>
            <w:r w:rsidRPr="006D0601">
              <w:rPr>
                <w:sz w:val="15"/>
                <w:lang w:val="ru-RU"/>
              </w:rPr>
              <w:t>динамики.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Рекомендации учителю: провести поэлементную диагностику по перечисленным умениям; распределить обучающихся на группы по типам ошибок; организовать краткий коррекционный модуль; после тренировки обеспечить самостоятельное повторное выполнение </w:t>
      </w:r>
      <w:r w:rsidRPr="006D0601">
        <w:rPr>
          <w:lang w:val="ru-RU"/>
        </w:rPr>
        <w:t>заданий без подсказки; результаты занести в индивидуальные карты динамики. Задания повышенного уровня отрабатывать отдельно, с обязательным проговариванием стратегии и проверкой промежуточных действий.</w:t>
      </w:r>
    </w:p>
    <w:p w:rsidR="0070134D" w:rsidRPr="006D0601" w:rsidRDefault="000B6168">
      <w:pPr>
        <w:rPr>
          <w:lang w:val="ru-RU"/>
        </w:rPr>
      </w:pPr>
      <w:r w:rsidRPr="006D0601">
        <w:rPr>
          <w:lang w:val="ru-RU"/>
        </w:rPr>
        <w:br w:type="page"/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lastRenderedPageBreak/>
        <w:t>5 класс — Русский язык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Дата проведения: 20.04.2026. </w:t>
      </w:r>
      <w:r w:rsidRPr="006D0601">
        <w:rPr>
          <w:lang w:val="ru-RU"/>
        </w:rPr>
        <w:t xml:space="preserve">Максимальный первичный балл: 24. В школе работу выполнили 24 </w:t>
      </w:r>
      <w:proofErr w:type="gramStart"/>
      <w:r w:rsidRPr="006D0601">
        <w:rPr>
          <w:lang w:val="ru-RU"/>
        </w:rPr>
        <w:t>обучающихся</w:t>
      </w:r>
      <w:proofErr w:type="gramEnd"/>
      <w:r w:rsidRPr="006D0601">
        <w:rPr>
          <w:lang w:val="ru-RU"/>
        </w:rPr>
        <w:t>. Уровень риска: умеренный.</w:t>
      </w:r>
    </w:p>
    <w:tbl>
      <w:tblPr>
        <w:tblStyle w:val="aff0"/>
        <w:tblW w:w="0" w:type="auto"/>
        <w:jc w:val="center"/>
        <w:tblLook w:val="04A0"/>
      </w:tblPr>
      <w:tblGrid>
        <w:gridCol w:w="1417"/>
        <w:gridCol w:w="907"/>
        <w:gridCol w:w="964"/>
        <w:gridCol w:w="964"/>
        <w:gridCol w:w="1020"/>
        <w:gridCol w:w="1191"/>
        <w:gridCol w:w="1020"/>
        <w:gridCol w:w="1191"/>
        <w:gridCol w:w="1020"/>
      </w:tblGrid>
      <w:tr w:rsidR="0070134D">
        <w:trPr>
          <w:tblHeader/>
          <w:jc w:val="center"/>
        </w:trPr>
        <w:tc>
          <w:tcPr>
            <w:tcW w:w="141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Уровень</w:t>
            </w:r>
            <w:proofErr w:type="spellEnd"/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отметка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Понизили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Подтвердили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Школа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24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91,7%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37,5%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3,33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60,6%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50,0%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50,0%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Район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810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88,4%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43,5%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3,38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60,4%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31,9%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65,6%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2,6%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ЧР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31 956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85,2%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41,1%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3,32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59,6%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31,2%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66,4%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2,4%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РФ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1 713 659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88,9%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51,6%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3,58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63,9%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24,1%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68,5%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7,4%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80"/>
        <w:ind w:firstLine="709"/>
        <w:jc w:val="both"/>
      </w:pPr>
      <w:r w:rsidRPr="006D0601">
        <w:rPr>
          <w:lang w:val="ru-RU"/>
        </w:rPr>
        <w:t xml:space="preserve">Средний результат школы — 60,6%: +0,2 </w:t>
      </w:r>
      <w:proofErr w:type="spellStart"/>
      <w:r w:rsidRPr="006D0601">
        <w:rPr>
          <w:lang w:val="ru-RU"/>
        </w:rPr>
        <w:t>п</w:t>
      </w:r>
      <w:proofErr w:type="gramStart"/>
      <w:r w:rsidRPr="006D0601">
        <w:rPr>
          <w:lang w:val="ru-RU"/>
        </w:rPr>
        <w:t>,п</w:t>
      </w:r>
      <w:proofErr w:type="spellEnd"/>
      <w:proofErr w:type="gramEnd"/>
      <w:r w:rsidRPr="006D0601">
        <w:rPr>
          <w:lang w:val="ru-RU"/>
        </w:rPr>
        <w:t xml:space="preserve">, к району, +0,9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ЧР и -3,3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РФ.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знаний</w:t>
      </w:r>
      <w:proofErr w:type="spellEnd"/>
      <w:r>
        <w:t xml:space="preserve"> — 37,5%; </w:t>
      </w:r>
      <w:r>
        <w:t>успеваемость — 91,7%. Заданий ниже 50% — 1 из 10, ниже 30% — 0.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8412480" cy="3878448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j_РУ_5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387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>Рисунок. 5 класс, Русский язык: выполнение заданий</w:t>
      </w:r>
    </w:p>
    <w:p w:rsidR="0070134D" w:rsidRDefault="000B6168">
      <w:pPr>
        <w:pStyle w:val="21"/>
      </w:pPr>
      <w:proofErr w:type="spellStart"/>
      <w:r>
        <w:t>Наиболее</w:t>
      </w:r>
      <w:proofErr w:type="spellEnd"/>
      <w:r>
        <w:t xml:space="preserve"> </w:t>
      </w:r>
      <w:proofErr w:type="spellStart"/>
      <w:r>
        <w:t>успешные</w:t>
      </w:r>
      <w:proofErr w:type="spellEnd"/>
      <w:r>
        <w:t xml:space="preserve"> </w:t>
      </w:r>
      <w:proofErr w:type="spellStart"/>
      <w:r>
        <w:t>задания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1247"/>
        <w:gridCol w:w="567"/>
        <w:gridCol w:w="850"/>
        <w:gridCol w:w="850"/>
        <w:gridCol w:w="7370"/>
      </w:tblGrid>
      <w:tr w:rsidR="0070134D">
        <w:trPr>
          <w:tblHeader/>
          <w:jc w:val="center"/>
        </w:trPr>
        <w:tc>
          <w:tcPr>
            <w:tcW w:w="124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Задание</w:t>
            </w:r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Школа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Район</w:t>
            </w:r>
          </w:p>
        </w:tc>
        <w:tc>
          <w:tcPr>
            <w:tcW w:w="737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Проверяемое умение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4.1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79,2%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75,8%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1. Объяснять лексическое значение слова </w:t>
            </w:r>
            <w:r w:rsidRPr="006D0601">
              <w:rPr>
                <w:sz w:val="17"/>
                <w:lang w:val="ru-RU"/>
              </w:rPr>
              <w:t>разными способами (подбор однокоренных слов, подбор синонимов и антонимов, определение значения слова по контексту)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4.2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70,8%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63,0%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2. Объяснять лексическое значение слова разными способами (подбор однокоренных слов, подбор синонимов и антонимов, о</w:t>
            </w:r>
            <w:r w:rsidRPr="006D0601">
              <w:rPr>
                <w:sz w:val="17"/>
                <w:lang w:val="ru-RU"/>
              </w:rPr>
              <w:t>пределение значения слова по контексту)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2К2 (3б)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68,1%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50,8%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Проводить морфологический анализ имен существительных, частичный морфологический анализ имен прилагательных, глаголов (в рамках </w:t>
            </w:r>
            <w:proofErr w:type="gramStart"/>
            <w:r w:rsidRPr="006D0601">
              <w:rPr>
                <w:sz w:val="17"/>
                <w:lang w:val="ru-RU"/>
              </w:rPr>
              <w:t>изученного</w:t>
            </w:r>
            <w:proofErr w:type="gramEnd"/>
            <w:r w:rsidRPr="006D0601">
              <w:rPr>
                <w:sz w:val="17"/>
                <w:lang w:val="ru-RU"/>
              </w:rPr>
              <w:t>).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1К1 (4б)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66,7%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60,8%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Соблюдать на письме нормы </w:t>
            </w:r>
            <w:r w:rsidRPr="006D0601">
              <w:rPr>
                <w:sz w:val="17"/>
                <w:lang w:val="ru-RU"/>
              </w:rPr>
              <w:t>современного русского литературного языка, в том числе во время списывания текста объемом 90–100 слов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 (2б)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66,7%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59,9%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7"/>
                <w:lang w:val="ru-RU"/>
              </w:rPr>
              <w:t xml:space="preserve">Осуществлять информационную переработку прочитанных научно-учебного, художественного и научно-популярного текстов, включая умения формулировать вопросы по содержанию текста и </w:t>
            </w:r>
            <w:r w:rsidRPr="006D0601">
              <w:rPr>
                <w:sz w:val="17"/>
                <w:lang w:val="ru-RU"/>
              </w:rPr>
              <w:lastRenderedPageBreak/>
              <w:t>отвечать на них; осуществлять выбор языковых…</w:t>
            </w:r>
            <w:proofErr w:type="gramEnd"/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 xml:space="preserve">Наиболее сложные задания и </w:t>
      </w:r>
      <w:r w:rsidRPr="006D0601">
        <w:rPr>
          <w:lang w:val="ru-RU"/>
        </w:rPr>
        <w:t>адресные меры</w:t>
      </w:r>
    </w:p>
    <w:tbl>
      <w:tblPr>
        <w:tblStyle w:val="aff0"/>
        <w:tblW w:w="0" w:type="auto"/>
        <w:jc w:val="center"/>
        <w:tblLook w:val="04A0"/>
      </w:tblPr>
      <w:tblGrid>
        <w:gridCol w:w="964"/>
        <w:gridCol w:w="454"/>
        <w:gridCol w:w="737"/>
        <w:gridCol w:w="737"/>
        <w:gridCol w:w="737"/>
        <w:gridCol w:w="4025"/>
        <w:gridCol w:w="4252"/>
      </w:tblGrid>
      <w:tr w:rsidR="0070134D">
        <w:trPr>
          <w:tblHeader/>
          <w:jc w:val="center"/>
        </w:trPr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Задание</w:t>
            </w:r>
            <w:proofErr w:type="spellEnd"/>
          </w:p>
        </w:tc>
        <w:tc>
          <w:tcPr>
            <w:tcW w:w="4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Ур.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Школа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Район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Δ</w:t>
            </w:r>
          </w:p>
        </w:tc>
        <w:tc>
          <w:tcPr>
            <w:tcW w:w="402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Проверяемое умение</w:t>
            </w:r>
          </w:p>
        </w:tc>
        <w:tc>
          <w:tcPr>
            <w:tcW w:w="425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31,2%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64,7%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-33,4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Соблюдать нормы постановки ударения (в рамках изученного)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включить задания аналогичного типа в текущее и тематическое повторение; провести </w:t>
            </w:r>
            <w:r w:rsidRPr="006D0601">
              <w:rPr>
                <w:sz w:val="15"/>
                <w:lang w:val="ru-RU"/>
              </w:rPr>
              <w:t>разбор типичных ошибок, затем повторное выполнение с фиксацией индивидуальной динамики.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1К3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54,2%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75,8%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-21,6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Соблюдать на письме нормы современного русского литературного языка, в том числе во время списывания текста объемом 90–100 слов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отрабатывать смысловое чтение: тема, главная мысль, </w:t>
            </w:r>
            <w:proofErr w:type="spellStart"/>
            <w:r w:rsidRPr="006D0601">
              <w:rPr>
                <w:sz w:val="15"/>
                <w:lang w:val="ru-RU"/>
              </w:rPr>
              <w:t>микротемы</w:t>
            </w:r>
            <w:proofErr w:type="spellEnd"/>
            <w:r w:rsidRPr="006D0601">
              <w:rPr>
                <w:sz w:val="15"/>
                <w:lang w:val="ru-RU"/>
              </w:rPr>
              <w:t>, план и вопросы к тексту; использовать короткие тексты с обязательным письменным обоснованием ответа.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2К3 (3б)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55,6%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54,0%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+1,6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Проводить синтаксический анализ простых предложений, </w:t>
            </w:r>
            <w:r w:rsidRPr="006D0601">
              <w:rPr>
                <w:sz w:val="15"/>
                <w:lang w:val="ru-RU"/>
              </w:rPr>
              <w:t xml:space="preserve">проводить пунктуационный анализ простых осложненных и сложных предложений (в рамках </w:t>
            </w:r>
            <w:proofErr w:type="gramStart"/>
            <w:r w:rsidRPr="006D0601">
              <w:rPr>
                <w:sz w:val="15"/>
                <w:lang w:val="ru-RU"/>
              </w:rPr>
              <w:t>изученного</w:t>
            </w:r>
            <w:proofErr w:type="gramEnd"/>
            <w:r w:rsidRPr="006D0601">
              <w:rPr>
                <w:sz w:val="15"/>
                <w:lang w:val="ru-RU"/>
              </w:rPr>
              <w:t>)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организовать </w:t>
            </w:r>
            <w:proofErr w:type="spellStart"/>
            <w:r w:rsidRPr="006D0601">
              <w:rPr>
                <w:sz w:val="15"/>
                <w:lang w:val="ru-RU"/>
              </w:rPr>
              <w:t>орфографико-пунктуационный</w:t>
            </w:r>
            <w:proofErr w:type="spellEnd"/>
            <w:r w:rsidRPr="006D0601">
              <w:rPr>
                <w:sz w:val="15"/>
                <w:lang w:val="ru-RU"/>
              </w:rPr>
              <w:t xml:space="preserve"> практикум с комментированным письмом; вести индивидуальные карты типичных ошибок и повторную проверку через 7–10 дней.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2К1 (3б)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58,3%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54,8%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+3,6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5"/>
              </w:rPr>
              <w:t>Проводить фонетический анализ слов.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повторное выполнение с фиксацией индивидуальной динамики.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1К2 (3б)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62,5%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63,0%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-0,5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Соблюдать на письме нормы современного русского литературного языка, в том числе во время списывания текста объемом 90–100 слов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отрабатывать смысловое чтение: тема, главная мысль, </w:t>
            </w:r>
            <w:proofErr w:type="spellStart"/>
            <w:r w:rsidRPr="006D0601">
              <w:rPr>
                <w:sz w:val="15"/>
                <w:lang w:val="ru-RU"/>
              </w:rPr>
              <w:t>микротемы</w:t>
            </w:r>
            <w:proofErr w:type="spellEnd"/>
            <w:r w:rsidRPr="006D0601">
              <w:rPr>
                <w:sz w:val="15"/>
                <w:lang w:val="ru-RU"/>
              </w:rPr>
              <w:t>, план и вопросы к тексту; использовать короткие те</w:t>
            </w:r>
            <w:r w:rsidRPr="006D0601">
              <w:rPr>
                <w:sz w:val="15"/>
                <w:lang w:val="ru-RU"/>
              </w:rPr>
              <w:t>ксты с обязательным письменным обоснованием ответа.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1К1 (4б)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66,7%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60,8%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+5,8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Соблюдать на письме нормы современного русского литературного языка, в том числе во время списывания текста объемом 90–100 слов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отрабатывать смысловое чтение: тема, </w:t>
            </w:r>
            <w:r w:rsidRPr="006D0601">
              <w:rPr>
                <w:sz w:val="15"/>
                <w:lang w:val="ru-RU"/>
              </w:rPr>
              <w:t xml:space="preserve">главная мысль, </w:t>
            </w:r>
            <w:proofErr w:type="spellStart"/>
            <w:r w:rsidRPr="006D0601">
              <w:rPr>
                <w:sz w:val="15"/>
                <w:lang w:val="ru-RU"/>
              </w:rPr>
              <w:t>микротемы</w:t>
            </w:r>
            <w:proofErr w:type="spellEnd"/>
            <w:r w:rsidRPr="006D0601">
              <w:rPr>
                <w:sz w:val="15"/>
                <w:lang w:val="ru-RU"/>
              </w:rPr>
              <w:t>, план и вопросы к тексту; использовать короткие тексты с обязательным письменным обоснованием ответа.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66,7%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59,9%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+6,8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Осуществлять информационную переработку прочитанных научно-учебного, художественного и </w:t>
            </w:r>
            <w:r w:rsidRPr="006D0601">
              <w:rPr>
                <w:sz w:val="15"/>
                <w:lang w:val="ru-RU"/>
              </w:rPr>
              <w:t xml:space="preserve">научно-популярного текстов, включая умения формулировать вопросы по содержанию текста и отвечать </w:t>
            </w:r>
            <w:proofErr w:type="gramStart"/>
            <w:r w:rsidRPr="006D0601">
              <w:rPr>
                <w:sz w:val="15"/>
                <w:lang w:val="ru-RU"/>
              </w:rPr>
              <w:t>на</w:t>
            </w:r>
            <w:proofErr w:type="gramEnd"/>
            <w:r w:rsidRPr="006D0601">
              <w:rPr>
                <w:sz w:val="15"/>
                <w:lang w:val="ru-RU"/>
              </w:rPr>
              <w:t xml:space="preserve"> ни…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отрабатывать смысловое чтение: тема, главная мысль, </w:t>
            </w:r>
            <w:proofErr w:type="spellStart"/>
            <w:r w:rsidRPr="006D0601">
              <w:rPr>
                <w:sz w:val="15"/>
                <w:lang w:val="ru-RU"/>
              </w:rPr>
              <w:t>микротемы</w:t>
            </w:r>
            <w:proofErr w:type="spellEnd"/>
            <w:r w:rsidRPr="006D0601">
              <w:rPr>
                <w:sz w:val="15"/>
                <w:lang w:val="ru-RU"/>
              </w:rPr>
              <w:t>, план и вопросы к тексту; использовать короткие тексты с обязательным письменным обоснован</w:t>
            </w:r>
            <w:r w:rsidRPr="006D0601">
              <w:rPr>
                <w:sz w:val="15"/>
                <w:lang w:val="ru-RU"/>
              </w:rPr>
              <w:t>ием ответа.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Рекомендации учителю: провести поэлементную диагностику по перечисленным умениям; распределить обучающихся на группы по типам ошибок; организовать краткий коррекционный модуль; после тренировки обеспечить самостоятельное повторное выполнение </w:t>
      </w:r>
      <w:r w:rsidRPr="006D0601">
        <w:rPr>
          <w:lang w:val="ru-RU"/>
        </w:rPr>
        <w:t>заданий без подсказки; результаты занести в индивидуальные карты динамики. Задания повышенного уровня отрабатывать отдельно, с обязательным проговариванием стратегии и проверкой промежуточных действий.</w:t>
      </w:r>
    </w:p>
    <w:p w:rsidR="0070134D" w:rsidRPr="006D0601" w:rsidRDefault="000B6168">
      <w:pPr>
        <w:rPr>
          <w:lang w:val="ru-RU"/>
        </w:rPr>
      </w:pPr>
      <w:r w:rsidRPr="006D0601">
        <w:rPr>
          <w:lang w:val="ru-RU"/>
        </w:rPr>
        <w:br w:type="page"/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lastRenderedPageBreak/>
        <w:t>6 класс — Английский язык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Дата проведения: </w:t>
      </w:r>
      <w:r w:rsidRPr="006D0601">
        <w:rPr>
          <w:lang w:val="ru-RU"/>
        </w:rPr>
        <w:t xml:space="preserve">20.04.2026. Максимальный первичный балл: 25. В школе работу выполнили 15 </w:t>
      </w:r>
      <w:proofErr w:type="gramStart"/>
      <w:r w:rsidRPr="006D0601">
        <w:rPr>
          <w:lang w:val="ru-RU"/>
        </w:rPr>
        <w:t>обучающихся</w:t>
      </w:r>
      <w:proofErr w:type="gramEnd"/>
      <w:r w:rsidRPr="006D0601">
        <w:rPr>
          <w:lang w:val="ru-RU"/>
        </w:rPr>
        <w:t>. Уровень риска: стабильный.</w:t>
      </w:r>
    </w:p>
    <w:tbl>
      <w:tblPr>
        <w:tblStyle w:val="aff0"/>
        <w:tblW w:w="0" w:type="auto"/>
        <w:jc w:val="center"/>
        <w:tblLook w:val="04A0"/>
      </w:tblPr>
      <w:tblGrid>
        <w:gridCol w:w="1417"/>
        <w:gridCol w:w="907"/>
        <w:gridCol w:w="964"/>
        <w:gridCol w:w="964"/>
        <w:gridCol w:w="1020"/>
        <w:gridCol w:w="1191"/>
        <w:gridCol w:w="1020"/>
        <w:gridCol w:w="1191"/>
        <w:gridCol w:w="1020"/>
      </w:tblGrid>
      <w:tr w:rsidR="0070134D">
        <w:trPr>
          <w:tblHeader/>
          <w:jc w:val="center"/>
        </w:trPr>
        <w:tc>
          <w:tcPr>
            <w:tcW w:w="141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Уровень</w:t>
            </w:r>
            <w:proofErr w:type="spellEnd"/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отметка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Понизили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Подтвердили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Школа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15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93,3%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46,7%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3,40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55,7%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26,7%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73,3%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Район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247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89,9%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42,9%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3,38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55,3%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33,2%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66,4%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0,4%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ЧР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9 685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87,4%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40,4%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3,33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54,4%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33,0%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65,0%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2,0%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РФ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486 391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92,0%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54,9%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3,62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60,8%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28,2%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65,6%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6,2%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80"/>
        <w:ind w:firstLine="709"/>
        <w:jc w:val="both"/>
      </w:pPr>
      <w:r w:rsidRPr="006D0601">
        <w:rPr>
          <w:lang w:val="ru-RU"/>
        </w:rPr>
        <w:t xml:space="preserve">Средний результат школы — 55,7%: +0,4 </w:t>
      </w:r>
      <w:proofErr w:type="spellStart"/>
      <w:r w:rsidRPr="006D0601">
        <w:rPr>
          <w:lang w:val="ru-RU"/>
        </w:rPr>
        <w:t>п</w:t>
      </w:r>
      <w:proofErr w:type="gramStart"/>
      <w:r w:rsidRPr="006D0601">
        <w:rPr>
          <w:lang w:val="ru-RU"/>
        </w:rPr>
        <w:t>,п</w:t>
      </w:r>
      <w:proofErr w:type="spellEnd"/>
      <w:proofErr w:type="gramEnd"/>
      <w:r w:rsidRPr="006D0601">
        <w:rPr>
          <w:lang w:val="ru-RU"/>
        </w:rPr>
        <w:t xml:space="preserve">, к району, +1,3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ЧР и -5,0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РФ.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знаний</w:t>
      </w:r>
      <w:proofErr w:type="spellEnd"/>
      <w:r>
        <w:t xml:space="preserve"> — </w:t>
      </w:r>
      <w:r>
        <w:t>46,7%; успеваемость — 93,3%. Заданий ниже 50% — 2 из 7, ниже 30% — 1.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8412480" cy="3878448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j_АЯ_6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387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>Рисунок. 6 класс, Английский язык: выполнение заданий</w:t>
      </w:r>
    </w:p>
    <w:p w:rsidR="0070134D" w:rsidRDefault="000B6168">
      <w:pPr>
        <w:pStyle w:val="21"/>
      </w:pPr>
      <w:proofErr w:type="spellStart"/>
      <w:r>
        <w:t>Наиболее</w:t>
      </w:r>
      <w:proofErr w:type="spellEnd"/>
      <w:r>
        <w:t xml:space="preserve"> </w:t>
      </w:r>
      <w:proofErr w:type="spellStart"/>
      <w:r>
        <w:t>успешные</w:t>
      </w:r>
      <w:proofErr w:type="spellEnd"/>
      <w:r>
        <w:t xml:space="preserve"> </w:t>
      </w:r>
      <w:proofErr w:type="spellStart"/>
      <w:r>
        <w:t>задания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1247"/>
        <w:gridCol w:w="567"/>
        <w:gridCol w:w="850"/>
        <w:gridCol w:w="850"/>
        <w:gridCol w:w="7370"/>
      </w:tblGrid>
      <w:tr w:rsidR="0070134D">
        <w:trPr>
          <w:tblHeader/>
          <w:jc w:val="center"/>
        </w:trPr>
        <w:tc>
          <w:tcPr>
            <w:tcW w:w="124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Задание</w:t>
            </w:r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Школа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Район</w:t>
            </w:r>
          </w:p>
        </w:tc>
        <w:tc>
          <w:tcPr>
            <w:tcW w:w="737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Проверяемое умение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4К2 (2б)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45,5%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Правильно использовать средства </w:t>
            </w:r>
            <w:r w:rsidRPr="006D0601">
              <w:rPr>
                <w:sz w:val="17"/>
                <w:lang w:val="ru-RU"/>
              </w:rPr>
              <w:t>логической связи; структурно оформлять текст в соответствии с нормами письменного этикета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 (5б)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68,0%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65,3%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Воспринимать на слух и понимать несложные адаптированные аутентичные тексты, содержащие отдельные незнакомые слова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4К1 (3б)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62,2%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41,3%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 (5б)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57,3%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64,0%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Читать про себя и понимать несложные адаптированные аутентичные тексты, содержащие отдельные незнакомые слова, с </w:t>
            </w:r>
            <w:r w:rsidRPr="006D0601">
              <w:rPr>
                <w:sz w:val="17"/>
                <w:lang w:val="ru-RU"/>
              </w:rPr>
              <w:t>пониманием запрашиваемой информации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 (5б)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56,0%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67,6%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Оперировать языковыми средствами в </w:t>
            </w:r>
            <w:proofErr w:type="spellStart"/>
            <w:r w:rsidRPr="006D0601">
              <w:rPr>
                <w:sz w:val="17"/>
                <w:lang w:val="ru-RU"/>
              </w:rPr>
              <w:t>коммуникативно</w:t>
            </w:r>
            <w:proofErr w:type="spellEnd"/>
            <w:r w:rsidRPr="006D0601">
              <w:rPr>
                <w:sz w:val="17"/>
                <w:lang w:val="ru-RU"/>
              </w:rPr>
              <w:t xml:space="preserve"> значимом контексте: грамматические формы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сложные задания и адресные меры</w:t>
      </w:r>
    </w:p>
    <w:tbl>
      <w:tblPr>
        <w:tblStyle w:val="aff0"/>
        <w:tblW w:w="0" w:type="auto"/>
        <w:jc w:val="center"/>
        <w:tblLook w:val="04A0"/>
      </w:tblPr>
      <w:tblGrid>
        <w:gridCol w:w="964"/>
        <w:gridCol w:w="454"/>
        <w:gridCol w:w="737"/>
        <w:gridCol w:w="737"/>
        <w:gridCol w:w="737"/>
        <w:gridCol w:w="4025"/>
        <w:gridCol w:w="4252"/>
      </w:tblGrid>
      <w:tr w:rsidR="0070134D">
        <w:trPr>
          <w:tblHeader/>
          <w:jc w:val="center"/>
        </w:trPr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Задание</w:t>
            </w:r>
            <w:proofErr w:type="spellEnd"/>
          </w:p>
        </w:tc>
        <w:tc>
          <w:tcPr>
            <w:tcW w:w="4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Ур.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Школа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Район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Δ</w:t>
            </w:r>
          </w:p>
        </w:tc>
        <w:tc>
          <w:tcPr>
            <w:tcW w:w="402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Проверяемое умение</w:t>
            </w:r>
          </w:p>
        </w:tc>
        <w:tc>
          <w:tcPr>
            <w:tcW w:w="425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 xml:space="preserve">Адресная </w:t>
            </w:r>
            <w:r>
              <w:rPr>
                <w:b/>
                <w:color w:val="FFFFFF"/>
                <w:sz w:val="15"/>
              </w:rPr>
              <w:t>рекомендация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4К4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23,3%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39,7%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-16,4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Владеть орфографическими навыками: правильно писать изученные слова, пунктуационно правильно оформлять электронное сообщение личного характера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включать задания данного формата в каждую тематическую работу; </w:t>
            </w:r>
            <w:r w:rsidRPr="006D0601">
              <w:rPr>
                <w:sz w:val="15"/>
                <w:lang w:val="ru-RU"/>
              </w:rPr>
              <w:t>проводить коррекцию с повторной диагностикой через две недели.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4К3 (3б)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37,8%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34,4%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+3,4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Правильное лексико-грамматическое оформление текста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отрабатывать просмотровое и поисковое чтение, выделение ключевой информации; вводить задания на </w:t>
            </w:r>
            <w:r w:rsidRPr="006D0601">
              <w:rPr>
                <w:sz w:val="15"/>
                <w:lang w:val="ru-RU"/>
              </w:rPr>
              <w:t>доказательство ответа фрагментом текста.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 (5б)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56,0%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67,6%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-11,6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Оперировать языковыми средствами в </w:t>
            </w:r>
            <w:proofErr w:type="spellStart"/>
            <w:r w:rsidRPr="006D0601">
              <w:rPr>
                <w:sz w:val="15"/>
                <w:lang w:val="ru-RU"/>
              </w:rPr>
              <w:t>коммуникативно</w:t>
            </w:r>
            <w:proofErr w:type="spellEnd"/>
            <w:r w:rsidRPr="006D0601">
              <w:rPr>
                <w:sz w:val="15"/>
                <w:lang w:val="ru-RU"/>
              </w:rPr>
              <w:t xml:space="preserve"> значимом контексте: грамматические формы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отрабатывать просмотровое и поисковое чтение, выделение ключевой информации; вводить </w:t>
            </w:r>
            <w:r w:rsidRPr="006D0601">
              <w:rPr>
                <w:sz w:val="15"/>
                <w:lang w:val="ru-RU"/>
              </w:rPr>
              <w:t>задания на доказательство ответа фрагментом текста.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 (5б)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57,3%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64,0%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-6,7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запрашиваемой информации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отрабатывать </w:t>
            </w:r>
            <w:r w:rsidRPr="006D0601">
              <w:rPr>
                <w:sz w:val="15"/>
                <w:lang w:val="ru-RU"/>
              </w:rPr>
              <w:t>просмотровое и поисковое чтение, выделение ключевой информации; вводить задания на доказательство ответа фрагментом текста.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4К1 (3б)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62,2%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41,3%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+20,9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Писать электронное сообщение личного характера, соблюдая речевой этикет, принятый в стране </w:t>
            </w:r>
            <w:r w:rsidRPr="006D0601">
              <w:rPr>
                <w:sz w:val="15"/>
                <w:lang w:val="ru-RU"/>
              </w:rPr>
              <w:t>(странах) изучаемого языка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включать задания данного формата в каждую тематическую работу; проводить коррекцию с повторной диагностикой через две недели.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 (5б)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68,0%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65,3%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+2,7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Воспринимать на слух и понимать несложные адаптированные аутентичные </w:t>
            </w:r>
            <w:r w:rsidRPr="006D0601">
              <w:rPr>
                <w:sz w:val="15"/>
                <w:lang w:val="ru-RU"/>
              </w:rPr>
              <w:t>тексты, содержащие отдельные незнакомые слова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проводить короткие тренировки </w:t>
            </w:r>
            <w:proofErr w:type="spellStart"/>
            <w:r w:rsidRPr="006D0601">
              <w:rPr>
                <w:sz w:val="15"/>
                <w:lang w:val="ru-RU"/>
              </w:rPr>
              <w:t>аудирования</w:t>
            </w:r>
            <w:proofErr w:type="spellEnd"/>
            <w:r w:rsidRPr="006D0601">
              <w:rPr>
                <w:sz w:val="15"/>
                <w:lang w:val="ru-RU"/>
              </w:rPr>
              <w:t xml:space="preserve"> с двухэтапным прослушиванием; учить фиксировать ключевые слова и проверять ответ по контексту.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4К2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70,0%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45,5%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+24,5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Правильно использовать средства </w:t>
            </w:r>
            <w:r w:rsidRPr="006D0601">
              <w:rPr>
                <w:sz w:val="15"/>
                <w:lang w:val="ru-RU"/>
              </w:rPr>
              <w:t>логической связи; структурно оформлять текст в соответствии с нормами письменного этикета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отрабатывать просмотровое и поисковое чтение, выделение ключевой информации; вводить задания на доказательство ответа фрагментом текста.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Рекомендации учителю: </w:t>
      </w:r>
      <w:r w:rsidRPr="006D0601">
        <w:rPr>
          <w:lang w:val="ru-RU"/>
        </w:rPr>
        <w:t>провести поэлементную диагностику по перечисленным умениям; распределить обучающихся на группы по типам ошибок; организовать краткий коррекционный модуль; после тренировки обеспечить самостоятельное повторное выполнение заданий без подсказки; результаты за</w:t>
      </w:r>
      <w:r w:rsidRPr="006D0601">
        <w:rPr>
          <w:lang w:val="ru-RU"/>
        </w:rPr>
        <w:t>нести в индивидуальные карты динамики. Задания повышенного уровня отрабатывать отдельно, с обязательным проговариванием стратегии и проверкой промежуточных действий.</w:t>
      </w:r>
    </w:p>
    <w:p w:rsidR="0070134D" w:rsidRPr="006D0601" w:rsidRDefault="000B6168">
      <w:pPr>
        <w:rPr>
          <w:lang w:val="ru-RU"/>
        </w:rPr>
      </w:pPr>
      <w:r w:rsidRPr="006D0601">
        <w:rPr>
          <w:lang w:val="ru-RU"/>
        </w:rPr>
        <w:br w:type="page"/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lastRenderedPageBreak/>
        <w:t>6 класс — Биология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Дата проведения: 20.04.2026. Максимальный первичный балл: 42. В школе</w:t>
      </w:r>
      <w:r w:rsidRPr="006D0601">
        <w:rPr>
          <w:lang w:val="ru-RU"/>
        </w:rPr>
        <w:t xml:space="preserve"> работу выполнили 15 </w:t>
      </w:r>
      <w:proofErr w:type="gramStart"/>
      <w:r w:rsidRPr="006D0601">
        <w:rPr>
          <w:lang w:val="ru-RU"/>
        </w:rPr>
        <w:t>обучающихся</w:t>
      </w:r>
      <w:proofErr w:type="gramEnd"/>
      <w:r w:rsidRPr="006D0601">
        <w:rPr>
          <w:lang w:val="ru-RU"/>
        </w:rPr>
        <w:t>. Уровень риска: стабильный.</w:t>
      </w:r>
    </w:p>
    <w:tbl>
      <w:tblPr>
        <w:tblStyle w:val="aff0"/>
        <w:tblW w:w="0" w:type="auto"/>
        <w:jc w:val="center"/>
        <w:tblLook w:val="04A0"/>
      </w:tblPr>
      <w:tblGrid>
        <w:gridCol w:w="1417"/>
        <w:gridCol w:w="907"/>
        <w:gridCol w:w="964"/>
        <w:gridCol w:w="964"/>
        <w:gridCol w:w="1020"/>
        <w:gridCol w:w="1191"/>
        <w:gridCol w:w="1020"/>
        <w:gridCol w:w="1191"/>
        <w:gridCol w:w="1020"/>
      </w:tblGrid>
      <w:tr w:rsidR="0070134D">
        <w:trPr>
          <w:tblHeader/>
          <w:jc w:val="center"/>
        </w:trPr>
        <w:tc>
          <w:tcPr>
            <w:tcW w:w="141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Уровень</w:t>
            </w:r>
            <w:proofErr w:type="spellEnd"/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отметка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Понизили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Подтвердили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Школа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15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46,7%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3,47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56,7%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66,7%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33,3%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Район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419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92,6%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44,9%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3,42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51,0%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33,6%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65,2%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1,2%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ЧР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 xml:space="preserve">15 </w:t>
            </w:r>
            <w:r>
              <w:rPr>
                <w:sz w:val="17"/>
              </w:rPr>
              <w:t>075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87,7%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41,8%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3,35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48,8%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33,3%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63,9%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2,8%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РФ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854 265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97,0%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56,7%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3,63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55,9%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26,2%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67,1%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6,7%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80"/>
        <w:ind w:firstLine="709"/>
        <w:jc w:val="both"/>
      </w:pPr>
      <w:r w:rsidRPr="006D0601">
        <w:rPr>
          <w:lang w:val="ru-RU"/>
        </w:rPr>
        <w:t xml:space="preserve">Средний результат школы — 56,7%: +5,7 </w:t>
      </w:r>
      <w:proofErr w:type="spellStart"/>
      <w:r w:rsidRPr="006D0601">
        <w:rPr>
          <w:lang w:val="ru-RU"/>
        </w:rPr>
        <w:t>п</w:t>
      </w:r>
      <w:proofErr w:type="gramStart"/>
      <w:r w:rsidRPr="006D0601">
        <w:rPr>
          <w:lang w:val="ru-RU"/>
        </w:rPr>
        <w:t>,п</w:t>
      </w:r>
      <w:proofErr w:type="spellEnd"/>
      <w:proofErr w:type="gramEnd"/>
      <w:r w:rsidRPr="006D0601">
        <w:rPr>
          <w:lang w:val="ru-RU"/>
        </w:rPr>
        <w:t xml:space="preserve">, к району, +7,9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ЧР и +0,7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РФ.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знаний</w:t>
      </w:r>
      <w:proofErr w:type="spellEnd"/>
      <w:r>
        <w:t xml:space="preserve"> — 46,7%; успеваемость — 100,0%. Заданий ниже 50% — 7 из </w:t>
      </w:r>
      <w:r>
        <w:t>27, ниже 30% — 0.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8412480" cy="3878448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j_БИ_6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387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>Рисунок. 6 класс, Биология: выполнение заданий</w:t>
      </w: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успешные задания</w:t>
      </w:r>
    </w:p>
    <w:tbl>
      <w:tblPr>
        <w:tblStyle w:val="aff0"/>
        <w:tblW w:w="0" w:type="auto"/>
        <w:jc w:val="center"/>
        <w:tblLook w:val="04A0"/>
      </w:tblPr>
      <w:tblGrid>
        <w:gridCol w:w="1247"/>
        <w:gridCol w:w="567"/>
        <w:gridCol w:w="850"/>
        <w:gridCol w:w="850"/>
        <w:gridCol w:w="7370"/>
      </w:tblGrid>
      <w:tr w:rsidR="0070134D">
        <w:trPr>
          <w:tblHeader/>
          <w:jc w:val="center"/>
        </w:trPr>
        <w:tc>
          <w:tcPr>
            <w:tcW w:w="124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Задание</w:t>
            </w:r>
            <w:proofErr w:type="spellEnd"/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Школа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Район</w:t>
            </w:r>
          </w:p>
        </w:tc>
        <w:tc>
          <w:tcPr>
            <w:tcW w:w="737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Проверяемое умение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1.1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87,8%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1. Описывать строение и жизнедеятельность растительного организма (на примере покрытосеменных </w:t>
            </w:r>
            <w:r w:rsidRPr="006D0601">
              <w:rPr>
                <w:sz w:val="17"/>
                <w:lang w:val="ru-RU"/>
              </w:rPr>
              <w:t xml:space="preserve">или цветковых): поглощение воды и минеральное питание, фотосинтез, дыхание, транспорт веществ, рост, размножение, развитие; </w:t>
            </w:r>
            <w:proofErr w:type="gramStart"/>
            <w:r w:rsidRPr="006D0601">
              <w:rPr>
                <w:sz w:val="17"/>
                <w:lang w:val="ru-RU"/>
              </w:rPr>
              <w:t>с</w:t>
            </w:r>
            <w:proofErr w:type="gramEnd"/>
            <w:r w:rsidRPr="006D0601">
              <w:rPr>
                <w:sz w:val="17"/>
                <w:lang w:val="ru-RU"/>
              </w:rPr>
              <w:t>…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1.2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79,0%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2. Описывать строение и жизнедеятельность растительного организма (на примере покрытосеменных или цветко</w:t>
            </w:r>
            <w:r w:rsidRPr="006D0601">
              <w:rPr>
                <w:sz w:val="17"/>
                <w:lang w:val="ru-RU"/>
              </w:rPr>
              <w:t xml:space="preserve">вых): поглощение воды и минеральное питание, фотосинтез, дыхание, транспорт веществ, рост, размножение, развитие; </w:t>
            </w:r>
            <w:proofErr w:type="gramStart"/>
            <w:r w:rsidRPr="006D0601">
              <w:rPr>
                <w:sz w:val="17"/>
                <w:lang w:val="ru-RU"/>
              </w:rPr>
              <w:t>с</w:t>
            </w:r>
            <w:proofErr w:type="gramEnd"/>
            <w:r w:rsidRPr="006D0601">
              <w:rPr>
                <w:sz w:val="17"/>
                <w:lang w:val="ru-RU"/>
              </w:rPr>
              <w:t>…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1.3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75,9%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3. Описывать строение и жизнедеятельность растительного организма (на примере покрытосеменных или цветковых): </w:t>
            </w:r>
            <w:r w:rsidRPr="006D0601">
              <w:rPr>
                <w:sz w:val="17"/>
                <w:lang w:val="ru-RU"/>
              </w:rPr>
              <w:t xml:space="preserve">поглощение воды и минеральное питание, фотосинтез, дыхание, транспорт веществ, рост, размножение, развитие; </w:t>
            </w:r>
            <w:proofErr w:type="gramStart"/>
            <w:r w:rsidRPr="006D0601">
              <w:rPr>
                <w:sz w:val="17"/>
                <w:lang w:val="ru-RU"/>
              </w:rPr>
              <w:t>с</w:t>
            </w:r>
            <w:proofErr w:type="gramEnd"/>
            <w:r w:rsidRPr="006D0601">
              <w:rPr>
                <w:sz w:val="17"/>
                <w:lang w:val="ru-RU"/>
              </w:rPr>
              <w:t>…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71,6%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Выявлять причинно-следственные связи между строением и функциями тканей и органов растений, строением и жизнедеятельностью растений. Использовать методы биологии: проводить </w:t>
            </w:r>
            <w:r w:rsidRPr="006D0601">
              <w:rPr>
                <w:sz w:val="17"/>
                <w:lang w:val="ru-RU"/>
              </w:rPr>
              <w:lastRenderedPageBreak/>
              <w:t>наблюдения за растениями, описывать растения и…</w:t>
            </w:r>
          </w:p>
        </w:tc>
      </w:tr>
      <w:tr w:rsidR="0070134D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lastRenderedPageBreak/>
              <w:t>2.1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93,3%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77,6%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7"/>
                <w:lang w:val="ru-RU"/>
              </w:rPr>
              <w:t xml:space="preserve">1. </w:t>
            </w:r>
            <w:proofErr w:type="gramStart"/>
            <w:r w:rsidRPr="006D0601">
              <w:rPr>
                <w:sz w:val="17"/>
                <w:lang w:val="ru-RU"/>
              </w:rPr>
              <w:t>Характеризовать признаки растений, уровни организации растительного организма, части растений: клетки, ткани, органы, системы органов, организм.</w:t>
            </w:r>
            <w:proofErr w:type="gramEnd"/>
            <w:r w:rsidRPr="006D0601">
              <w:rPr>
                <w:sz w:val="17"/>
                <w:lang w:val="ru-RU"/>
              </w:rPr>
              <w:t xml:space="preserve"> </w:t>
            </w:r>
            <w:proofErr w:type="spellStart"/>
            <w:r>
              <w:rPr>
                <w:sz w:val="17"/>
              </w:rPr>
              <w:t>Сравнивать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растительные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ткани</w:t>
            </w:r>
            <w:proofErr w:type="spellEnd"/>
            <w:r>
              <w:rPr>
                <w:sz w:val="17"/>
              </w:rPr>
              <w:t xml:space="preserve"> и органы растений между собой</w:t>
            </w:r>
          </w:p>
        </w:tc>
      </w:tr>
    </w:tbl>
    <w:p w:rsidR="0070134D" w:rsidRDefault="0070134D">
      <w:pPr>
        <w:spacing w:after="0"/>
      </w:pP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сложные задания и адресные меры</w:t>
      </w:r>
    </w:p>
    <w:tbl>
      <w:tblPr>
        <w:tblStyle w:val="aff0"/>
        <w:tblW w:w="0" w:type="auto"/>
        <w:jc w:val="center"/>
        <w:tblLook w:val="04A0"/>
      </w:tblPr>
      <w:tblGrid>
        <w:gridCol w:w="964"/>
        <w:gridCol w:w="454"/>
        <w:gridCol w:w="737"/>
        <w:gridCol w:w="737"/>
        <w:gridCol w:w="737"/>
        <w:gridCol w:w="4025"/>
        <w:gridCol w:w="4252"/>
      </w:tblGrid>
      <w:tr w:rsidR="0070134D">
        <w:trPr>
          <w:tblHeader/>
          <w:jc w:val="center"/>
        </w:trPr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Задание</w:t>
            </w:r>
            <w:proofErr w:type="spellEnd"/>
          </w:p>
        </w:tc>
        <w:tc>
          <w:tcPr>
            <w:tcW w:w="4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Ур.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Школа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Район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Δ</w:t>
            </w:r>
          </w:p>
        </w:tc>
        <w:tc>
          <w:tcPr>
            <w:tcW w:w="402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Проверяемое умение</w:t>
            </w:r>
          </w:p>
        </w:tc>
        <w:tc>
          <w:tcPr>
            <w:tcW w:w="425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14.2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25,9%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+4,1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5"/>
                <w:lang w:val="ru-RU"/>
              </w:rPr>
              <w:t xml:space="preserve">2. </w:t>
            </w:r>
            <w:proofErr w:type="gramStart"/>
            <w:r w:rsidRPr="006D0601">
              <w:rPr>
                <w:sz w:val="15"/>
                <w:lang w:val="ru-RU"/>
              </w:rPr>
              <w:t>Характеризовать признаки растений, уровни организации растительного организма, части растений: клетки, ткани, органы, системы органов, организм.</w:t>
            </w:r>
            <w:proofErr w:type="gramEnd"/>
            <w:r w:rsidRPr="006D0601">
              <w:rPr>
                <w:sz w:val="15"/>
                <w:lang w:val="ru-RU"/>
              </w:rPr>
              <w:t xml:space="preserve"> </w:t>
            </w:r>
            <w:proofErr w:type="spellStart"/>
            <w:r>
              <w:rPr>
                <w:sz w:val="15"/>
              </w:rPr>
              <w:t>Сравнивать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растительные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ткани</w:t>
            </w:r>
            <w:proofErr w:type="spellEnd"/>
            <w:r>
              <w:rPr>
                <w:sz w:val="15"/>
              </w:rPr>
              <w:t xml:space="preserve"> и органы ра…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составлять сравнительные таблицы признаков и задания на классификацию; использовать карточки «признак — объект — исключение»; отдельно отрабатывать многошаговые задания повышенного уровня с комментированием стратегии решения</w:t>
            </w:r>
            <w:r w:rsidRPr="006D0601">
              <w:rPr>
                <w:sz w:val="15"/>
                <w:lang w:val="ru-RU"/>
              </w:rPr>
              <w:t>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15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30,0%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34,5%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-4,5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Описывать строение и жизнедеятельность растительного организма (на примере покрытосеменных, или цветковых): поглощение воды и минеральное питание, фотосинтез, дыхание, транспорт веществ, </w:t>
            </w:r>
            <w:proofErr w:type="spellStart"/>
            <w:r w:rsidRPr="006D0601">
              <w:rPr>
                <w:sz w:val="15"/>
                <w:lang w:val="ru-RU"/>
              </w:rPr>
              <w:t>ро</w:t>
            </w:r>
            <w:proofErr w:type="spellEnd"/>
            <w:r w:rsidRPr="006D0601">
              <w:rPr>
                <w:sz w:val="15"/>
                <w:lang w:val="ru-RU"/>
              </w:rPr>
              <w:t>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включить задания аналогичного </w:t>
            </w:r>
            <w:r w:rsidRPr="006D0601">
              <w:rPr>
                <w:sz w:val="15"/>
                <w:lang w:val="ru-RU"/>
              </w:rPr>
              <w:t>типа в текущее и тематическое повторение; провести разбор типичных ошибок, затем повторное выполнение с фиксацией индивидуальной динамики.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12К1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36,7%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41,8%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-5,1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5"/>
                <w:lang w:val="ru-RU"/>
              </w:rPr>
              <w:t xml:space="preserve">Различать и описывать живые и гербарные экземпляры растений по заданному плану, </w:t>
            </w:r>
            <w:r w:rsidRPr="006D0601">
              <w:rPr>
                <w:sz w:val="15"/>
                <w:lang w:val="ru-RU"/>
              </w:rPr>
              <w:t xml:space="preserve">части растений по изображениям, схемам, моделям, муляжам, рельефным таблицам. </w:t>
            </w:r>
            <w:proofErr w:type="spellStart"/>
            <w:r>
              <w:rPr>
                <w:sz w:val="15"/>
              </w:rPr>
              <w:t>Характеризовать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признаки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растен</w:t>
            </w:r>
            <w:proofErr w:type="spellEnd"/>
            <w:r>
              <w:rPr>
                <w:sz w:val="15"/>
              </w:rPr>
              <w:t>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учить извлекать признаки из рисунков, схем и таблиц по заданному алгоритму; требовать словесного объяснения выбранного ответа.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13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36,7%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34,7%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+1,9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5"/>
                <w:lang w:val="ru-RU"/>
              </w:rPr>
              <w:t xml:space="preserve">Различать и описывать живые и гербарные экземпляры растений по заданному плану, части растений по изображениям, схемам, моделям, муляжам, рельефным таблицам. </w:t>
            </w:r>
            <w:proofErr w:type="spellStart"/>
            <w:r>
              <w:rPr>
                <w:sz w:val="15"/>
              </w:rPr>
              <w:t>Характеризовать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признаки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растен</w:t>
            </w:r>
            <w:proofErr w:type="spellEnd"/>
            <w:r>
              <w:rPr>
                <w:sz w:val="15"/>
              </w:rPr>
              <w:t>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учить извлекать признаки из рисунков, схем и табл</w:t>
            </w:r>
            <w:r w:rsidRPr="006D0601">
              <w:rPr>
                <w:sz w:val="15"/>
                <w:lang w:val="ru-RU"/>
              </w:rPr>
              <w:t>иц по заданному алгоритму; требовать словесного объяснения выбранного ответа.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10.1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54,8%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-14,8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5"/>
                <w:lang w:val="ru-RU"/>
              </w:rPr>
              <w:t xml:space="preserve">1. </w:t>
            </w:r>
            <w:proofErr w:type="gramStart"/>
            <w:r w:rsidRPr="006D0601">
              <w:rPr>
                <w:sz w:val="15"/>
                <w:lang w:val="ru-RU"/>
              </w:rPr>
              <w:t xml:space="preserve">Характеризовать признаки растений, уровни организации растительного организма, части растений: клетки, ткани, органы, системы органов, </w:t>
            </w:r>
            <w:r w:rsidRPr="006D0601">
              <w:rPr>
                <w:sz w:val="15"/>
                <w:lang w:val="ru-RU"/>
              </w:rPr>
              <w:t>организм.</w:t>
            </w:r>
            <w:proofErr w:type="gramEnd"/>
            <w:r w:rsidRPr="006D0601">
              <w:rPr>
                <w:sz w:val="15"/>
                <w:lang w:val="ru-RU"/>
              </w:rPr>
              <w:t xml:space="preserve"> </w:t>
            </w:r>
            <w:proofErr w:type="spellStart"/>
            <w:r>
              <w:rPr>
                <w:sz w:val="15"/>
              </w:rPr>
              <w:t>Выявлять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причинно-следственные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связи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межд</w:t>
            </w:r>
            <w:proofErr w:type="spellEnd"/>
            <w:r>
              <w:rPr>
                <w:sz w:val="15"/>
              </w:rPr>
              <w:t>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составлять сравнительные таблицы признаков и задания на классификацию; использовать карточки «признак — объект — исключение».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10.2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46,7%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52,3%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-5,6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5"/>
                <w:lang w:val="ru-RU"/>
              </w:rPr>
              <w:t xml:space="preserve">2. </w:t>
            </w:r>
            <w:proofErr w:type="gramStart"/>
            <w:r w:rsidRPr="006D0601">
              <w:rPr>
                <w:sz w:val="15"/>
                <w:lang w:val="ru-RU"/>
              </w:rPr>
              <w:t xml:space="preserve">Характеризовать признаки растений, </w:t>
            </w:r>
            <w:r w:rsidRPr="006D0601">
              <w:rPr>
                <w:sz w:val="15"/>
                <w:lang w:val="ru-RU"/>
              </w:rPr>
              <w:t>уровни организации растительного организма, части растений: клетки, ткани, органы, системы органов, организм.</w:t>
            </w:r>
            <w:proofErr w:type="gramEnd"/>
            <w:r w:rsidRPr="006D0601">
              <w:rPr>
                <w:sz w:val="15"/>
                <w:lang w:val="ru-RU"/>
              </w:rPr>
              <w:t xml:space="preserve"> </w:t>
            </w:r>
            <w:proofErr w:type="spellStart"/>
            <w:r>
              <w:rPr>
                <w:sz w:val="15"/>
              </w:rPr>
              <w:t>Выявлять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причинно-следственные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связи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межд</w:t>
            </w:r>
            <w:proofErr w:type="spellEnd"/>
            <w:r>
              <w:rPr>
                <w:sz w:val="15"/>
              </w:rPr>
              <w:t>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составлять сравнительные таблицы признаков и задания на классификацию; использовать карточки «признак —</w:t>
            </w:r>
            <w:r w:rsidRPr="006D0601">
              <w:rPr>
                <w:sz w:val="15"/>
                <w:lang w:val="ru-RU"/>
              </w:rPr>
              <w:t xml:space="preserve"> объект — исключение».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11.3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46,7%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40,5%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+6,2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5"/>
                <w:lang w:val="ru-RU"/>
              </w:rPr>
              <w:t xml:space="preserve">3. Различать и описывать живые и гербарные экземпляры растений по заданному плану, части растений по изображениям, схемам, моделям, муляжам, рельефным таблицам. </w:t>
            </w:r>
            <w:proofErr w:type="spellStart"/>
            <w:r>
              <w:rPr>
                <w:sz w:val="15"/>
              </w:rPr>
              <w:t>Характеризовать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признаки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рас</w:t>
            </w:r>
            <w:proofErr w:type="spellEnd"/>
            <w:r>
              <w:rPr>
                <w:sz w:val="15"/>
              </w:rPr>
              <w:t>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учить </w:t>
            </w:r>
            <w:r w:rsidRPr="006D0601">
              <w:rPr>
                <w:sz w:val="15"/>
                <w:lang w:val="ru-RU"/>
              </w:rPr>
              <w:t>извлекать признаки из рисунков, схем и таблиц по заданному алгоритму; требовать словесного объяснения выбранного ответа.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Рекомендации учителю: провести поэлементную диагностику по перечисленным умениям; распределить обучающихся на группы по типам ошибок; организовать краткий коррекционный модуль; после тренировки обеспечить самостоятельное повторное выполнение заданий без по</w:t>
      </w:r>
      <w:r w:rsidRPr="006D0601">
        <w:rPr>
          <w:lang w:val="ru-RU"/>
        </w:rPr>
        <w:t xml:space="preserve">дсказки; результаты занести в индивидуальные </w:t>
      </w:r>
      <w:r w:rsidRPr="006D0601">
        <w:rPr>
          <w:lang w:val="ru-RU"/>
        </w:rPr>
        <w:lastRenderedPageBreak/>
        <w:t>карты динамики. Задания повышенного уровня отрабатывать отдельно, с обязательным проговариванием стратегии и проверкой промежуточных действий.</w:t>
      </w:r>
    </w:p>
    <w:p w:rsidR="0070134D" w:rsidRPr="006D0601" w:rsidRDefault="000B6168">
      <w:pPr>
        <w:rPr>
          <w:lang w:val="ru-RU"/>
        </w:rPr>
      </w:pPr>
      <w:r w:rsidRPr="006D0601">
        <w:rPr>
          <w:lang w:val="ru-RU"/>
        </w:rPr>
        <w:br w:type="page"/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lastRenderedPageBreak/>
        <w:t>6 класс — География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Дата проведения: 20.04.2026. Максимальный перв</w:t>
      </w:r>
      <w:r w:rsidRPr="006D0601">
        <w:rPr>
          <w:lang w:val="ru-RU"/>
        </w:rPr>
        <w:t xml:space="preserve">ичный балл: 19. В школе работу выполнили 14 </w:t>
      </w:r>
      <w:proofErr w:type="gramStart"/>
      <w:r w:rsidRPr="006D0601">
        <w:rPr>
          <w:lang w:val="ru-RU"/>
        </w:rPr>
        <w:t>обучающихся</w:t>
      </w:r>
      <w:proofErr w:type="gramEnd"/>
      <w:r w:rsidRPr="006D0601">
        <w:rPr>
          <w:lang w:val="ru-RU"/>
        </w:rPr>
        <w:t>. Уровень риска: высокий.</w:t>
      </w:r>
    </w:p>
    <w:tbl>
      <w:tblPr>
        <w:tblStyle w:val="aff0"/>
        <w:tblW w:w="0" w:type="auto"/>
        <w:jc w:val="center"/>
        <w:tblLook w:val="04A0"/>
      </w:tblPr>
      <w:tblGrid>
        <w:gridCol w:w="1417"/>
        <w:gridCol w:w="907"/>
        <w:gridCol w:w="964"/>
        <w:gridCol w:w="964"/>
        <w:gridCol w:w="1020"/>
        <w:gridCol w:w="1191"/>
        <w:gridCol w:w="1020"/>
        <w:gridCol w:w="1191"/>
        <w:gridCol w:w="1020"/>
      </w:tblGrid>
      <w:tr w:rsidR="0070134D">
        <w:trPr>
          <w:tblHeader/>
          <w:jc w:val="center"/>
        </w:trPr>
        <w:tc>
          <w:tcPr>
            <w:tcW w:w="141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Уровень</w:t>
            </w:r>
            <w:proofErr w:type="spellEnd"/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отметка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Понизили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Подтвердили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Школа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14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92,9%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28,6%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3,21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52,3%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14,3%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85,7%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Район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391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91,3%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44,5%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3,43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56,5%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29,2%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69,6%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1,3%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ЧР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14 550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88,4%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42,2%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3,37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55,8%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31,9%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65,2%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3,0%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РФ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749 429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97,5%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61,6%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3,72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64,1%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24,3%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67,9%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7,8%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80"/>
        <w:ind w:firstLine="709"/>
        <w:jc w:val="both"/>
      </w:pPr>
      <w:r w:rsidRPr="006D0601">
        <w:rPr>
          <w:lang w:val="ru-RU"/>
        </w:rPr>
        <w:t xml:space="preserve">Средний результат школы — 52,3%: -4,3 </w:t>
      </w:r>
      <w:proofErr w:type="spellStart"/>
      <w:r w:rsidRPr="006D0601">
        <w:rPr>
          <w:lang w:val="ru-RU"/>
        </w:rPr>
        <w:t>п</w:t>
      </w:r>
      <w:proofErr w:type="gramStart"/>
      <w:r w:rsidRPr="006D0601">
        <w:rPr>
          <w:lang w:val="ru-RU"/>
        </w:rPr>
        <w:t>,п</w:t>
      </w:r>
      <w:proofErr w:type="spellEnd"/>
      <w:proofErr w:type="gramEnd"/>
      <w:r w:rsidRPr="006D0601">
        <w:rPr>
          <w:lang w:val="ru-RU"/>
        </w:rPr>
        <w:t xml:space="preserve">, к району, -3,5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ЧР и -11,8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РФ.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знаний</w:t>
      </w:r>
      <w:proofErr w:type="spellEnd"/>
      <w:r>
        <w:t xml:space="preserve"> — 28,6%; успеваемость — 92,9%. </w:t>
      </w:r>
      <w:r>
        <w:t>Заданий ниже 50% — 5 из 17, ниже 30% — 3.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8412480" cy="3868439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j_ГГ_6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3868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>Рисунок. 6 класс, География: выполнение заданий</w:t>
      </w: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успешные задания</w:t>
      </w:r>
    </w:p>
    <w:tbl>
      <w:tblPr>
        <w:tblStyle w:val="aff0"/>
        <w:tblW w:w="0" w:type="auto"/>
        <w:jc w:val="center"/>
        <w:tblLook w:val="04A0"/>
      </w:tblPr>
      <w:tblGrid>
        <w:gridCol w:w="1247"/>
        <w:gridCol w:w="567"/>
        <w:gridCol w:w="850"/>
        <w:gridCol w:w="850"/>
        <w:gridCol w:w="7370"/>
      </w:tblGrid>
      <w:tr w:rsidR="0070134D">
        <w:trPr>
          <w:tblHeader/>
          <w:jc w:val="center"/>
        </w:trPr>
        <w:tc>
          <w:tcPr>
            <w:tcW w:w="124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Задание</w:t>
            </w:r>
            <w:proofErr w:type="spellEnd"/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Школа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Район</w:t>
            </w:r>
          </w:p>
        </w:tc>
        <w:tc>
          <w:tcPr>
            <w:tcW w:w="737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Проверяемое умение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92,9%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58,3%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Описывать по карте местоположение изученных объектов гидросферы для </w:t>
            </w:r>
            <w:r w:rsidRPr="006D0601">
              <w:rPr>
                <w:sz w:val="17"/>
                <w:lang w:val="ru-RU"/>
              </w:rPr>
              <w:t>решения учебных и (или) практико-ориентированных задач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92,9%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59,9%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Описывать состав, строение атмосферы. </w:t>
            </w:r>
            <w:proofErr w:type="gramStart"/>
            <w:r w:rsidRPr="006D0601">
              <w:rPr>
                <w:sz w:val="17"/>
                <w:lang w:val="ru-RU"/>
              </w:rPr>
              <w:t>Различать понятия «атмосфера», «тропосфера», «стратосфера», «верхние слои атмосферы», «погода» и «климат»; «бризы» и «муссоны»</w:t>
            </w:r>
            <w:proofErr w:type="gramEnd"/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85,7%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83,9%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Описывать по карте местоположение изученных объектов гидросферы для решения учебных и (или) практико-ориентированных задач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85,7%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70,3%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Классифицировать объекты гидросферы (моря, озера, реки) по заданным признакам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71,4%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58,8%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Сравнивать свойства атмосферы в пунктах, расположенных на разных высотах над уровнем моря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lastRenderedPageBreak/>
        <w:t>Наиболее сложные задания и адресные меры</w:t>
      </w:r>
    </w:p>
    <w:tbl>
      <w:tblPr>
        <w:tblStyle w:val="aff0"/>
        <w:tblW w:w="0" w:type="auto"/>
        <w:jc w:val="center"/>
        <w:tblLook w:val="04A0"/>
      </w:tblPr>
      <w:tblGrid>
        <w:gridCol w:w="964"/>
        <w:gridCol w:w="454"/>
        <w:gridCol w:w="737"/>
        <w:gridCol w:w="737"/>
        <w:gridCol w:w="737"/>
        <w:gridCol w:w="4025"/>
        <w:gridCol w:w="4252"/>
      </w:tblGrid>
      <w:tr w:rsidR="0070134D">
        <w:trPr>
          <w:tblHeader/>
          <w:jc w:val="center"/>
        </w:trPr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Задание</w:t>
            </w:r>
            <w:proofErr w:type="spellEnd"/>
          </w:p>
        </w:tc>
        <w:tc>
          <w:tcPr>
            <w:tcW w:w="4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Ур.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Школа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Район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Δ</w:t>
            </w:r>
          </w:p>
        </w:tc>
        <w:tc>
          <w:tcPr>
            <w:tcW w:w="402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Проверяемое умение</w:t>
            </w:r>
          </w:p>
        </w:tc>
        <w:tc>
          <w:tcPr>
            <w:tcW w:w="425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16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60,9%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-60,9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Различать растительный</w:t>
            </w:r>
            <w:r w:rsidRPr="006D0601">
              <w:rPr>
                <w:sz w:val="15"/>
                <w:lang w:val="ru-RU"/>
              </w:rPr>
              <w:t xml:space="preserve"> и животный мир разных территорий Земли; сравнивать особенности растительного и животного мира в различных природных зонах, плодородие почв в различных природных зонах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связывать понятия с картой, схемой и конкретным примером территории; использовать задани</w:t>
            </w:r>
            <w:r w:rsidRPr="006D0601">
              <w:rPr>
                <w:sz w:val="15"/>
                <w:lang w:val="ru-RU"/>
              </w:rPr>
              <w:t>я на сравнение объектов по нескольким признакам.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17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0,0%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20,6%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-20,6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Объяснять направление дневных и ночных бризов, муссонов, годовой ход температуры воздуха и распределение атмосферных осадков для отдельных территорий; применять понятия </w:t>
            </w:r>
            <w:r w:rsidRPr="006D0601">
              <w:rPr>
                <w:sz w:val="15"/>
                <w:lang w:val="ru-RU"/>
              </w:rPr>
              <w:t xml:space="preserve">«атмосферное </w:t>
            </w:r>
            <w:proofErr w:type="spellStart"/>
            <w:r w:rsidRPr="006D0601">
              <w:rPr>
                <w:sz w:val="15"/>
                <w:lang w:val="ru-RU"/>
              </w:rPr>
              <w:t>давлени</w:t>
            </w:r>
            <w:proofErr w:type="spellEnd"/>
            <w:r w:rsidRPr="006D0601">
              <w:rPr>
                <w:sz w:val="15"/>
                <w:lang w:val="ru-RU"/>
              </w:rPr>
              <w:t>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связывать понятия с картой, схемой и конкретным примером территории; использовать задания на сравнение объектов по нескольким признакам; отдельно отрабатывать многошаговые задания повышенного уровня с комментированием стратегии решени</w:t>
            </w:r>
            <w:r w:rsidRPr="006D0601">
              <w:rPr>
                <w:sz w:val="15"/>
                <w:lang w:val="ru-RU"/>
              </w:rPr>
              <w:t>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15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7,1%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58,1%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-50,9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Приводить примеры приспособления живых организмов к среде обитания в разных природных зонах; приводить примеры изменений в изученных геосферах (территории мира и своей местности) в </w:t>
            </w:r>
            <w:proofErr w:type="spellStart"/>
            <w:r w:rsidRPr="006D0601">
              <w:rPr>
                <w:sz w:val="15"/>
                <w:lang w:val="ru-RU"/>
              </w:rPr>
              <w:t>результа</w:t>
            </w:r>
            <w:proofErr w:type="spellEnd"/>
            <w:r w:rsidRPr="006D0601">
              <w:rPr>
                <w:sz w:val="15"/>
                <w:lang w:val="ru-RU"/>
              </w:rPr>
              <w:t>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связывать понятия с картой, </w:t>
            </w:r>
            <w:r w:rsidRPr="006D0601">
              <w:rPr>
                <w:sz w:val="15"/>
                <w:lang w:val="ru-RU"/>
              </w:rPr>
              <w:t>схемой и конкретным примером территории; использовать задания на сравнение объектов по нескольким признакам.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14 (1б)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35,7%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52,7%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-17,0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5"/>
              </w:rPr>
              <w:t>Различать климаты Земли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связывать понятия с картой, схемой и конкретным примером территории; использовать задания</w:t>
            </w:r>
            <w:r w:rsidRPr="006D0601">
              <w:rPr>
                <w:sz w:val="15"/>
                <w:lang w:val="ru-RU"/>
              </w:rPr>
              <w:t xml:space="preserve"> на сравнение объектов по нескольким признакам.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13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42,9%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53,7%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-10,9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Приводить примеры опасных природных явлений в гидросфере и атмосфере, средств их предупреждения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связывать понятия с картой, схемой и конкретным примером территории; </w:t>
            </w:r>
            <w:r w:rsidRPr="006D0601">
              <w:rPr>
                <w:sz w:val="15"/>
                <w:lang w:val="ru-RU"/>
              </w:rPr>
              <w:t>использовать задания на сравнение объектов по нескольким признакам.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10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50,0%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47,3%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+2,7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Проводить измерения температуры воздуха, атмосферного давления, скорости и направления ветра с использованием аналоговых и (или) цифровых приборов и </w:t>
            </w:r>
            <w:r w:rsidRPr="006D0601">
              <w:rPr>
                <w:sz w:val="15"/>
                <w:lang w:val="ru-RU"/>
              </w:rPr>
              <w:t xml:space="preserve">представлять результаты наблюдений в </w:t>
            </w:r>
            <w:proofErr w:type="gramStart"/>
            <w:r w:rsidRPr="006D0601">
              <w:rPr>
                <w:sz w:val="15"/>
                <w:lang w:val="ru-RU"/>
              </w:rPr>
              <w:t>таб</w:t>
            </w:r>
            <w:proofErr w:type="gramEnd"/>
            <w:r w:rsidRPr="006D0601">
              <w:rPr>
                <w:sz w:val="15"/>
                <w:lang w:val="ru-RU"/>
              </w:rPr>
              <w:t>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связывать понятия с картой, схемой и конкретным примером территории; использовать задания на сравнение объектов по нескольким признакам.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9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57,1%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70,3%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-13,2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Устанавливать зависимость между температурой</w:t>
            </w:r>
            <w:r w:rsidRPr="006D0601">
              <w:rPr>
                <w:sz w:val="15"/>
                <w:lang w:val="ru-RU"/>
              </w:rPr>
              <w:t xml:space="preserve"> воздуха и его относительной влажностью на основе данных эмпирических наблюдений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отрабатывать чтение статистических таблиц и диаграмм; учить формулировать вывод с обязательной ссылкой на числовые данные.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Рекомендации учителю: провести поэлементную </w:t>
      </w:r>
      <w:r w:rsidRPr="006D0601">
        <w:rPr>
          <w:lang w:val="ru-RU"/>
        </w:rPr>
        <w:t>диагностику по перечисленным умениям; распределить обучающихся на группы по типам ошибок; организовать краткий коррекционный модуль; после тренировки обеспечить самостоятельное повторное выполнение заданий без подсказки; результаты занести в индивидуальные</w:t>
      </w:r>
      <w:r w:rsidRPr="006D0601">
        <w:rPr>
          <w:lang w:val="ru-RU"/>
        </w:rPr>
        <w:t xml:space="preserve"> карты динамики. Задания повышенного уровня отрабатывать отдельно, с обязательным проговариванием стратегии и проверкой промежуточных действий.</w:t>
      </w:r>
    </w:p>
    <w:p w:rsidR="0070134D" w:rsidRPr="006D0601" w:rsidRDefault="000B6168">
      <w:pPr>
        <w:rPr>
          <w:lang w:val="ru-RU"/>
        </w:rPr>
      </w:pPr>
      <w:r w:rsidRPr="006D0601">
        <w:rPr>
          <w:lang w:val="ru-RU"/>
        </w:rPr>
        <w:br w:type="page"/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lastRenderedPageBreak/>
        <w:t>6 класс — История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Дата проведения: 20.04.2026. Максимальный первичный балл: 17. В школе работу выполнили 14 </w:t>
      </w:r>
      <w:proofErr w:type="gramStart"/>
      <w:r w:rsidRPr="006D0601">
        <w:rPr>
          <w:lang w:val="ru-RU"/>
        </w:rPr>
        <w:t>об</w:t>
      </w:r>
      <w:r w:rsidRPr="006D0601">
        <w:rPr>
          <w:lang w:val="ru-RU"/>
        </w:rPr>
        <w:t>учающихся</w:t>
      </w:r>
      <w:proofErr w:type="gramEnd"/>
      <w:r w:rsidRPr="006D0601">
        <w:rPr>
          <w:lang w:val="ru-RU"/>
        </w:rPr>
        <w:t>. Уровень риска: высокий.</w:t>
      </w:r>
    </w:p>
    <w:tbl>
      <w:tblPr>
        <w:tblStyle w:val="aff0"/>
        <w:tblW w:w="0" w:type="auto"/>
        <w:jc w:val="center"/>
        <w:tblLook w:val="04A0"/>
      </w:tblPr>
      <w:tblGrid>
        <w:gridCol w:w="1417"/>
        <w:gridCol w:w="907"/>
        <w:gridCol w:w="964"/>
        <w:gridCol w:w="964"/>
        <w:gridCol w:w="1020"/>
        <w:gridCol w:w="1191"/>
        <w:gridCol w:w="1020"/>
        <w:gridCol w:w="1191"/>
        <w:gridCol w:w="1020"/>
      </w:tblGrid>
      <w:tr w:rsidR="0070134D">
        <w:trPr>
          <w:tblHeader/>
          <w:jc w:val="center"/>
        </w:trPr>
        <w:tc>
          <w:tcPr>
            <w:tcW w:w="141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Уровень</w:t>
            </w:r>
            <w:proofErr w:type="spellEnd"/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отметка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Понизили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Подтвердили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Школа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14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92,9%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35,7%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3,29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49,2%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21,4%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71,4%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7,1%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Район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340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91,2%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43,5%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3,40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49,9%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32,4%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66,2%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1,5%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ЧР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10 205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88,1%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43,0%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3,38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48,9%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29,0%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67,6%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3,4%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РФ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605 410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96,0%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63,4%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3,75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57,4%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22,1%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68,6%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9,3%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80"/>
        <w:ind w:firstLine="709"/>
        <w:jc w:val="both"/>
      </w:pPr>
      <w:r w:rsidRPr="006D0601">
        <w:rPr>
          <w:lang w:val="ru-RU"/>
        </w:rPr>
        <w:t xml:space="preserve">Средний результат школы — 49,2%: -0,8 </w:t>
      </w:r>
      <w:proofErr w:type="spellStart"/>
      <w:r w:rsidRPr="006D0601">
        <w:rPr>
          <w:lang w:val="ru-RU"/>
        </w:rPr>
        <w:t>п</w:t>
      </w:r>
      <w:proofErr w:type="gramStart"/>
      <w:r w:rsidRPr="006D0601">
        <w:rPr>
          <w:lang w:val="ru-RU"/>
        </w:rPr>
        <w:t>,п</w:t>
      </w:r>
      <w:proofErr w:type="spellEnd"/>
      <w:proofErr w:type="gramEnd"/>
      <w:r w:rsidRPr="006D0601">
        <w:rPr>
          <w:lang w:val="ru-RU"/>
        </w:rPr>
        <w:t xml:space="preserve">, к району, +0,3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ЧР и -8,2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РФ.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знаний</w:t>
      </w:r>
      <w:proofErr w:type="spellEnd"/>
      <w:r>
        <w:t xml:space="preserve"> — 35,7%; успеваемость — 92,9%. Заданий ниже 50% — 4 из 9, ниже 30% — 1.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8412480" cy="3878448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j_ИС_6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387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 xml:space="preserve">Рисунок. </w:t>
      </w:r>
      <w:r w:rsidRPr="006D0601">
        <w:rPr>
          <w:i/>
          <w:sz w:val="22"/>
          <w:lang w:val="ru-RU"/>
        </w:rPr>
        <w:t>6 класс, История: выполнение заданий</w:t>
      </w: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успешные задания</w:t>
      </w:r>
    </w:p>
    <w:tbl>
      <w:tblPr>
        <w:tblStyle w:val="aff0"/>
        <w:tblW w:w="0" w:type="auto"/>
        <w:jc w:val="center"/>
        <w:tblLook w:val="04A0"/>
      </w:tblPr>
      <w:tblGrid>
        <w:gridCol w:w="1247"/>
        <w:gridCol w:w="567"/>
        <w:gridCol w:w="850"/>
        <w:gridCol w:w="850"/>
        <w:gridCol w:w="7370"/>
      </w:tblGrid>
      <w:tr w:rsidR="0070134D">
        <w:trPr>
          <w:tblHeader/>
          <w:jc w:val="center"/>
        </w:trPr>
        <w:tc>
          <w:tcPr>
            <w:tcW w:w="124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Задание</w:t>
            </w:r>
            <w:proofErr w:type="spellEnd"/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Школа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Район</w:t>
            </w:r>
          </w:p>
        </w:tc>
        <w:tc>
          <w:tcPr>
            <w:tcW w:w="737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Проверяемое умение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92,9%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73,2%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 w:rsidRPr="006D0601">
              <w:rPr>
                <w:sz w:val="17"/>
                <w:lang w:val="ru-RU"/>
              </w:rPr>
              <w:t>эпохи Средневековья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 (2б)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82,1%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57,9%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71,4%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81,5%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 (2б)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67,9%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52,6%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Находить и показывать на </w:t>
            </w:r>
            <w:r w:rsidRPr="006D0601">
              <w:rPr>
                <w:sz w:val="17"/>
                <w:lang w:val="ru-RU"/>
              </w:rPr>
              <w:t>карте исторические объекты, используя легенду карты; давать словесное описание их местоположения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 (2б)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47,5%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Выделять в тексте письменного источника исторические описания (хода событий, действий людей) и объяснения (причин, сущности, последствий </w:t>
            </w:r>
            <w:r w:rsidRPr="006D0601">
              <w:rPr>
                <w:sz w:val="17"/>
                <w:lang w:val="ru-RU"/>
              </w:rPr>
              <w:t xml:space="preserve">исторических событий); характеризовать позицию автора письменного исторического </w:t>
            </w:r>
            <w:proofErr w:type="spellStart"/>
            <w:r w:rsidRPr="006D0601">
              <w:rPr>
                <w:sz w:val="17"/>
                <w:lang w:val="ru-RU"/>
              </w:rPr>
              <w:t>ис</w:t>
            </w:r>
            <w:proofErr w:type="spellEnd"/>
            <w:r w:rsidRPr="006D0601">
              <w:rPr>
                <w:sz w:val="17"/>
                <w:lang w:val="ru-RU"/>
              </w:rPr>
              <w:t>…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lastRenderedPageBreak/>
        <w:t>Наиболее сложные задания и адресные меры</w:t>
      </w:r>
    </w:p>
    <w:tbl>
      <w:tblPr>
        <w:tblStyle w:val="aff0"/>
        <w:tblW w:w="0" w:type="auto"/>
        <w:jc w:val="center"/>
        <w:tblLook w:val="04A0"/>
      </w:tblPr>
      <w:tblGrid>
        <w:gridCol w:w="964"/>
        <w:gridCol w:w="454"/>
        <w:gridCol w:w="737"/>
        <w:gridCol w:w="737"/>
        <w:gridCol w:w="737"/>
        <w:gridCol w:w="4025"/>
        <w:gridCol w:w="4252"/>
      </w:tblGrid>
      <w:tr w:rsidR="0070134D">
        <w:trPr>
          <w:tblHeader/>
          <w:jc w:val="center"/>
        </w:trPr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Задание</w:t>
            </w:r>
            <w:proofErr w:type="spellEnd"/>
          </w:p>
        </w:tc>
        <w:tc>
          <w:tcPr>
            <w:tcW w:w="4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Ур.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Школа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Район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Δ</w:t>
            </w:r>
          </w:p>
        </w:tc>
        <w:tc>
          <w:tcPr>
            <w:tcW w:w="402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Проверяемое умение</w:t>
            </w:r>
          </w:p>
        </w:tc>
        <w:tc>
          <w:tcPr>
            <w:tcW w:w="425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9 (3б)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14,3%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37,2%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-23,0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Находить в визуальном </w:t>
            </w:r>
            <w:r w:rsidRPr="006D0601">
              <w:rPr>
                <w:sz w:val="15"/>
                <w:lang w:val="ru-RU"/>
              </w:rPr>
              <w:t xml:space="preserve">источнике и вещественном памятнике ключевые символы, образы; высказывать отношение к поступкам и качествам людей, живших в другие эпохи с учетом </w:t>
            </w:r>
            <w:proofErr w:type="gramStart"/>
            <w:r w:rsidRPr="006D0601">
              <w:rPr>
                <w:sz w:val="15"/>
                <w:lang w:val="ru-RU"/>
              </w:rPr>
              <w:t>исторического</w:t>
            </w:r>
            <w:proofErr w:type="gramEnd"/>
            <w:r w:rsidRPr="006D0601">
              <w:rPr>
                <w:sz w:val="15"/>
                <w:lang w:val="ru-RU"/>
              </w:rPr>
              <w:t xml:space="preserve"> контекст…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учить выделять автора, время, позицию и фактические сведения источника; требовать аргум</w:t>
            </w:r>
            <w:r w:rsidRPr="006D0601">
              <w:rPr>
                <w:sz w:val="15"/>
                <w:lang w:val="ru-RU"/>
              </w:rPr>
              <w:t>ентацию ответа цитатой или конкретным фактом.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7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32,1%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31,8%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+0,4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</w:t>
            </w:r>
            <w:r w:rsidRPr="006D0601">
              <w:rPr>
                <w:sz w:val="15"/>
                <w:lang w:val="ru-RU"/>
              </w:rPr>
              <w:t xml:space="preserve">следствиях </w:t>
            </w:r>
            <w:proofErr w:type="gramStart"/>
            <w:r w:rsidRPr="006D0601">
              <w:rPr>
                <w:sz w:val="15"/>
                <w:lang w:val="ru-RU"/>
              </w:rPr>
              <w:t>ист</w:t>
            </w:r>
            <w:proofErr w:type="gramEnd"/>
            <w:r w:rsidRPr="006D0601">
              <w:rPr>
                <w:sz w:val="15"/>
                <w:lang w:val="ru-RU"/>
              </w:rPr>
              <w:t>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учить выделять автора, время, позицию и фактические сведения источника; требовать аргументацию ответа цитатой или конкретным фактом;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8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35,7%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72,1%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-36,4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строить причинно-следственные цепочки и сравнительные таблицы; проводить устный разбор исторических понятий с приме</w:t>
            </w:r>
            <w:r w:rsidRPr="006D0601">
              <w:rPr>
                <w:sz w:val="15"/>
                <w:lang w:val="ru-RU"/>
              </w:rPr>
              <w:t>рами.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 (3б)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42,9%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43,4%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-0,6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Объяснять смысл ключевых понятий, относящихся к данной эпохе отечественной и всеобщей истории; конкретизировать их на примерах исторических событий, ситуаций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строить причинно-следственные цепочки и сравнительные </w:t>
            </w:r>
            <w:r w:rsidRPr="006D0601">
              <w:rPr>
                <w:sz w:val="15"/>
                <w:lang w:val="ru-RU"/>
              </w:rPr>
              <w:t>таблицы; проводить устный разбор исторических понятий с примерами.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47,5%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+2,5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Выделять в тексте письменного источника исторические описания (хода событий, действий людей) и объяснения (причин, сущности, последствий исторических </w:t>
            </w:r>
            <w:r w:rsidRPr="006D0601">
              <w:rPr>
                <w:sz w:val="15"/>
                <w:lang w:val="ru-RU"/>
              </w:rPr>
              <w:t>событий); характеризовать позицию автор…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учить выделять автора, время, позицию и фактические сведения источника; требовать аргументацию ответа цитатой или конкретным фактом.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67,9%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52,6%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+15,2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Находить и показывать на карте исторические </w:t>
            </w:r>
            <w:r w:rsidRPr="006D0601">
              <w:rPr>
                <w:sz w:val="15"/>
                <w:lang w:val="ru-RU"/>
              </w:rPr>
              <w:t>объекты, используя легенду карты; давать словесное описание их местоположения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организовать историко-картографический практикум; отрабатывать локализацию событий и объяснение причин изменения границ.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71,4%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81,5%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-10,0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Характеризовать </w:t>
            </w:r>
            <w:r w:rsidRPr="006D0601">
              <w:rPr>
                <w:sz w:val="15"/>
                <w:lang w:val="ru-RU"/>
              </w:rPr>
              <w:t>авторство, время, место создания источника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учить выделять автора, время, позицию и фактические сведения источника; требовать аргументацию ответа цитатой или конкретным фактом.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Рекомендации учителю: провести поэлементную диагностику по перечисленным </w:t>
      </w:r>
      <w:r w:rsidRPr="006D0601">
        <w:rPr>
          <w:lang w:val="ru-RU"/>
        </w:rPr>
        <w:t>умениям; распределить обучающихся на группы по типам ошибок; организовать краткий коррекционный модуль; после тренировки обеспечить самостоятельное повторное выполнение заданий без подсказки; результаты занести в индивидуальные карты динамики. Задания повы</w:t>
      </w:r>
      <w:r w:rsidRPr="006D0601">
        <w:rPr>
          <w:lang w:val="ru-RU"/>
        </w:rPr>
        <w:t>шенного уровня отрабатывать отдельно, с обязательным проговариванием стратегии и проверкой промежуточных действий.</w:t>
      </w:r>
    </w:p>
    <w:p w:rsidR="0070134D" w:rsidRPr="006D0601" w:rsidRDefault="000B6168">
      <w:pPr>
        <w:rPr>
          <w:lang w:val="ru-RU"/>
        </w:rPr>
      </w:pPr>
      <w:r w:rsidRPr="006D0601">
        <w:rPr>
          <w:lang w:val="ru-RU"/>
        </w:rPr>
        <w:br w:type="page"/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lastRenderedPageBreak/>
        <w:t>6 класс — Математика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Дата проведения: 20.04.2026. Максимальный первичный балл: 24. В школе работу выполнили 29 </w:t>
      </w:r>
      <w:proofErr w:type="gramStart"/>
      <w:r w:rsidRPr="006D0601">
        <w:rPr>
          <w:lang w:val="ru-RU"/>
        </w:rPr>
        <w:t>обучающихся</w:t>
      </w:r>
      <w:proofErr w:type="gramEnd"/>
      <w:r w:rsidRPr="006D0601">
        <w:rPr>
          <w:lang w:val="ru-RU"/>
        </w:rPr>
        <w:t xml:space="preserve">. Уровень риска: </w:t>
      </w:r>
      <w:r w:rsidRPr="006D0601">
        <w:rPr>
          <w:lang w:val="ru-RU"/>
        </w:rPr>
        <w:t>высокий.</w:t>
      </w:r>
    </w:p>
    <w:tbl>
      <w:tblPr>
        <w:tblStyle w:val="aff0"/>
        <w:tblW w:w="0" w:type="auto"/>
        <w:jc w:val="center"/>
        <w:tblLook w:val="04A0"/>
      </w:tblPr>
      <w:tblGrid>
        <w:gridCol w:w="1417"/>
        <w:gridCol w:w="907"/>
        <w:gridCol w:w="964"/>
        <w:gridCol w:w="964"/>
        <w:gridCol w:w="1020"/>
        <w:gridCol w:w="1191"/>
        <w:gridCol w:w="1020"/>
        <w:gridCol w:w="1191"/>
        <w:gridCol w:w="1020"/>
      </w:tblGrid>
      <w:tr w:rsidR="0070134D">
        <w:trPr>
          <w:tblHeader/>
          <w:jc w:val="center"/>
        </w:trPr>
        <w:tc>
          <w:tcPr>
            <w:tcW w:w="141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Уровень</w:t>
            </w:r>
            <w:proofErr w:type="spellEnd"/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отметка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Понизили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Подтвердили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Школа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29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89,7%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41,4%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3,34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50,6%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89,7%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10,3%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Район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807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88,1%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44,6%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3,38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49,2%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31,0%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66,8%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2,2%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ЧР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29 636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86,2%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41,2%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3,33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48,0%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27,8%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69,3%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2,8%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РФ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1 622</w:t>
            </w:r>
            <w:r>
              <w:rPr>
                <w:sz w:val="17"/>
              </w:rPr>
              <w:t xml:space="preserve"> 961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91,2%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46,9%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3,49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50,0%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23,7%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69,0%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7,2%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80"/>
        <w:ind w:firstLine="709"/>
        <w:jc w:val="both"/>
      </w:pPr>
      <w:r w:rsidRPr="006D0601">
        <w:rPr>
          <w:lang w:val="ru-RU"/>
        </w:rPr>
        <w:t xml:space="preserve">Средний результат школы — 50,6%: +1,3 </w:t>
      </w:r>
      <w:proofErr w:type="spellStart"/>
      <w:r w:rsidRPr="006D0601">
        <w:rPr>
          <w:lang w:val="ru-RU"/>
        </w:rPr>
        <w:t>п</w:t>
      </w:r>
      <w:proofErr w:type="gramStart"/>
      <w:r w:rsidRPr="006D0601">
        <w:rPr>
          <w:lang w:val="ru-RU"/>
        </w:rPr>
        <w:t>,п</w:t>
      </w:r>
      <w:proofErr w:type="spellEnd"/>
      <w:proofErr w:type="gramEnd"/>
      <w:r w:rsidRPr="006D0601">
        <w:rPr>
          <w:lang w:val="ru-RU"/>
        </w:rPr>
        <w:t xml:space="preserve">, к району, +2,6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ЧР и +0,5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РФ.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знаний</w:t>
      </w:r>
      <w:proofErr w:type="spellEnd"/>
      <w:r>
        <w:t xml:space="preserve"> — 41,4%; успеваемость — 89,7%. Заданий ниже 50% — 5 из 18, ниже 30% — 3.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8412480" cy="3878448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j_МА_6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387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 xml:space="preserve">Рисунок. 6 класс, Математика: </w:t>
      </w:r>
      <w:r w:rsidRPr="006D0601">
        <w:rPr>
          <w:i/>
          <w:sz w:val="22"/>
          <w:lang w:val="ru-RU"/>
        </w:rPr>
        <w:t>выполнение заданий</w:t>
      </w: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успешные задания</w:t>
      </w:r>
    </w:p>
    <w:tbl>
      <w:tblPr>
        <w:tblStyle w:val="aff0"/>
        <w:tblW w:w="0" w:type="auto"/>
        <w:jc w:val="center"/>
        <w:tblLook w:val="04A0"/>
      </w:tblPr>
      <w:tblGrid>
        <w:gridCol w:w="1247"/>
        <w:gridCol w:w="567"/>
        <w:gridCol w:w="850"/>
        <w:gridCol w:w="850"/>
        <w:gridCol w:w="7370"/>
      </w:tblGrid>
      <w:tr w:rsidR="0070134D">
        <w:trPr>
          <w:tblHeader/>
          <w:jc w:val="center"/>
        </w:trPr>
        <w:tc>
          <w:tcPr>
            <w:tcW w:w="124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Задание</w:t>
            </w:r>
            <w:proofErr w:type="spellEnd"/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Школа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Район</w:t>
            </w:r>
          </w:p>
        </w:tc>
        <w:tc>
          <w:tcPr>
            <w:tcW w:w="737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Проверяемое умение</w:t>
            </w:r>
          </w:p>
        </w:tc>
      </w:tr>
      <w:tr w:rsidR="0070134D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2.1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96,5%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71,4%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7"/>
                <w:lang w:val="ru-RU"/>
              </w:rPr>
              <w:t>1. Выполнять, сочетая устные и письменные приемы, арифметические действия с натуральными и целыми числами, обыкновенными дробями, положительными</w:t>
            </w:r>
            <w:r w:rsidRPr="006D0601">
              <w:rPr>
                <w:sz w:val="17"/>
                <w:lang w:val="ru-RU"/>
              </w:rPr>
              <w:t xml:space="preserve"> и отрицательными числами. </w:t>
            </w:r>
            <w:proofErr w:type="spellStart"/>
            <w:r>
              <w:rPr>
                <w:sz w:val="17"/>
              </w:rPr>
              <w:t>Вычислять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значения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числовых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выражений</w:t>
            </w:r>
            <w:proofErr w:type="spellEnd"/>
            <w:r>
              <w:rPr>
                <w:sz w:val="17"/>
              </w:rPr>
              <w:t>, выполнять…</w:t>
            </w:r>
          </w:p>
        </w:tc>
      </w:tr>
      <w:tr w:rsidR="0070134D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89,7%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84,3%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7"/>
                <w:lang w:val="ru-RU"/>
              </w:rPr>
              <w:t>Выполнять, сочетая устные и письменные приемы, арифметические действия с натуральными и целыми числами, обыкновенными и десятичными дробями, положительными и</w:t>
            </w:r>
            <w:r w:rsidRPr="006D0601">
              <w:rPr>
                <w:sz w:val="17"/>
                <w:lang w:val="ru-RU"/>
              </w:rPr>
              <w:t xml:space="preserve"> отрицательными числами. </w:t>
            </w:r>
            <w:proofErr w:type="spellStart"/>
            <w:r>
              <w:rPr>
                <w:sz w:val="17"/>
              </w:rPr>
              <w:t>Вычислять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значения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числовых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выражений</w:t>
            </w:r>
            <w:proofErr w:type="spellEnd"/>
            <w:r>
              <w:rPr>
                <w:sz w:val="17"/>
              </w:rPr>
              <w:t>…</w:t>
            </w:r>
          </w:p>
        </w:tc>
      </w:tr>
      <w:tr w:rsidR="0070134D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2.2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86,2%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70,5%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7"/>
                <w:lang w:val="ru-RU"/>
              </w:rPr>
              <w:t>2. Выполнять, сочетая устные и письменные приемы, арифметические действия с натуральными и целыми числами, десятичными дробями, положительными и отрицательными числами.</w:t>
            </w:r>
            <w:r w:rsidRPr="006D0601">
              <w:rPr>
                <w:sz w:val="17"/>
                <w:lang w:val="ru-RU"/>
              </w:rPr>
              <w:t xml:space="preserve"> </w:t>
            </w:r>
            <w:proofErr w:type="spellStart"/>
            <w:r>
              <w:rPr>
                <w:sz w:val="17"/>
              </w:rPr>
              <w:t>Вычислять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значения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числовых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выражений</w:t>
            </w:r>
            <w:proofErr w:type="spellEnd"/>
            <w:r>
              <w:rPr>
                <w:sz w:val="17"/>
              </w:rPr>
              <w:t>, выполнять п…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86,2%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67,7%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Решать задачи, связанные с отношением, пропорциональностью величин, процентами; решать три основные задачи на дроби и проценты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lastRenderedPageBreak/>
              <w:t>4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79,3%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80,3%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Извлекать информацию, </w:t>
            </w:r>
            <w:r w:rsidRPr="006D0601">
              <w:rPr>
                <w:sz w:val="17"/>
                <w:lang w:val="ru-RU"/>
              </w:rPr>
              <w:t>представленную в таблицах, на линейной, столбчатой или круговой диаграммах; интерпретировать представленные данные, использовать данные при решении задач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сложные задания и адресные меры</w:t>
      </w:r>
    </w:p>
    <w:tbl>
      <w:tblPr>
        <w:tblStyle w:val="aff0"/>
        <w:tblW w:w="0" w:type="auto"/>
        <w:jc w:val="center"/>
        <w:tblLook w:val="04A0"/>
      </w:tblPr>
      <w:tblGrid>
        <w:gridCol w:w="964"/>
        <w:gridCol w:w="454"/>
        <w:gridCol w:w="737"/>
        <w:gridCol w:w="737"/>
        <w:gridCol w:w="737"/>
        <w:gridCol w:w="4025"/>
        <w:gridCol w:w="4252"/>
      </w:tblGrid>
      <w:tr w:rsidR="0070134D">
        <w:trPr>
          <w:tblHeader/>
          <w:jc w:val="center"/>
        </w:trPr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Задание</w:t>
            </w:r>
            <w:proofErr w:type="spellEnd"/>
          </w:p>
        </w:tc>
        <w:tc>
          <w:tcPr>
            <w:tcW w:w="4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Ур.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Школа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Район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Δ</w:t>
            </w:r>
          </w:p>
        </w:tc>
        <w:tc>
          <w:tcPr>
            <w:tcW w:w="402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Проверяемое умение</w:t>
            </w:r>
          </w:p>
        </w:tc>
        <w:tc>
          <w:tcPr>
            <w:tcW w:w="425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 xml:space="preserve">Адресная </w:t>
            </w:r>
            <w:r>
              <w:rPr>
                <w:b/>
                <w:color w:val="FFFFFF"/>
                <w:sz w:val="15"/>
              </w:rPr>
              <w:t>рекомендация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17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3,5%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12,6%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-9,1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Решать многошаговые текстовые задачи арифметическим способом. Составлять буквенные выражения по условию задачи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учить переводить условие в схему, таблицу или краткую запись и проверять смысл полученного ответа; </w:t>
            </w:r>
            <w:r w:rsidRPr="006D0601">
              <w:rPr>
                <w:sz w:val="15"/>
                <w:lang w:val="ru-RU"/>
              </w:rPr>
              <w:t>разбирать типичные ошибочные стратегии и давать аналогичное задание для повторного выполнения; отдельно отрабатывать многошаговые задания повышенного…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16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5,2%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17,5%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-12,3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Решать многошаговые текстовые задачи арифметическим способом. Решать </w:t>
            </w:r>
            <w:r w:rsidRPr="006D0601">
              <w:rPr>
                <w:sz w:val="15"/>
                <w:lang w:val="ru-RU"/>
              </w:rPr>
              <w:t>задачи, связанные с отношением, пропорциональностью величин, процентами; решать три основные задачи на дроби и проценты.…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5"/>
                <w:lang w:val="ru-RU"/>
              </w:rPr>
              <w:t>у</w:t>
            </w:r>
            <w:proofErr w:type="gramEnd"/>
            <w:r w:rsidRPr="006D0601">
              <w:rPr>
                <w:sz w:val="15"/>
                <w:lang w:val="ru-RU"/>
              </w:rPr>
              <w:t>чить переводить условие в схему, таблицу или краткую запись и проверять смысл полученного ответа; разбирать типичные ошибочные страте</w:t>
            </w:r>
            <w:r w:rsidRPr="006D0601">
              <w:rPr>
                <w:sz w:val="15"/>
                <w:lang w:val="ru-RU"/>
              </w:rPr>
              <w:t>гии и давать аналогичное задание для повторного выполнения; отдельно отрабатывать многошаговые задания повышенного…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15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17,2%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28,8%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-11,5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Решать многошаговые текстовые задачи арифметическим способом. Решать задачи, связанные с отношением, </w:t>
            </w:r>
            <w:r w:rsidRPr="006D0601">
              <w:rPr>
                <w:sz w:val="15"/>
                <w:lang w:val="ru-RU"/>
              </w:rPr>
              <w:t>пропорциональностью величин, процентами; решать три основные задачи на дроби и проценты.…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5"/>
                <w:lang w:val="ru-RU"/>
              </w:rPr>
              <w:t>у</w:t>
            </w:r>
            <w:proofErr w:type="gramEnd"/>
            <w:r w:rsidRPr="006D0601">
              <w:rPr>
                <w:sz w:val="15"/>
                <w:lang w:val="ru-RU"/>
              </w:rPr>
              <w:t>чить переводить условие в схему, таблицу или краткую запись и проверять смысл полученного ответа; разбирать типичные ошибочные стратегии и давать аналогичное задание</w:t>
            </w:r>
            <w:r w:rsidRPr="006D0601">
              <w:rPr>
                <w:sz w:val="15"/>
                <w:lang w:val="ru-RU"/>
              </w:rPr>
              <w:t xml:space="preserve"> для повторного выполнения.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14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31,0%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42,3%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-11,2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5"/>
                <w:lang w:val="ru-RU"/>
              </w:rPr>
              <w:t xml:space="preserve">Вычислять длину ломаной, периметр многоугольника; пользоваться единицами измерения длины, выражать одни единицы измерения длины через другие. </w:t>
            </w:r>
            <w:proofErr w:type="spellStart"/>
            <w:r>
              <w:rPr>
                <w:sz w:val="15"/>
              </w:rPr>
              <w:t>Вычислять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площадь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фигур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составленных</w:t>
            </w:r>
            <w:proofErr w:type="spellEnd"/>
            <w:r>
              <w:rPr>
                <w:sz w:val="15"/>
              </w:rPr>
              <w:t xml:space="preserve"> из прямоу…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включить геометрический практикум с чертежом, измерением и обоснованием формулы; отрабатывать чтение рисунка и пошаговую проверку вычислений.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11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44,8%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53,7%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-8,8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Пользоваться геометрическими понятиями: равенство фигур, симметрия; использовать </w:t>
            </w:r>
            <w:r w:rsidRPr="006D0601">
              <w:rPr>
                <w:sz w:val="15"/>
                <w:lang w:val="ru-RU"/>
              </w:rPr>
              <w:t>терминологию, связанную с симметрией: ось симметрии, центр симметрии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включить геометрический практикум с чертежом, измерением и обоснованием формулы; отрабатывать чтение рисунка и пошаговую проверку вычислений; отдельно отрабатывать многошаговые задания по</w:t>
            </w:r>
            <w:r w:rsidRPr="006D0601">
              <w:rPr>
                <w:sz w:val="15"/>
                <w:lang w:val="ru-RU"/>
              </w:rPr>
              <w:t>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13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51,7%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34,2%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+17,5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5"/>
                <w:lang w:val="ru-RU"/>
              </w:rPr>
              <w:t xml:space="preserve">Выполнять, сочетая устные и письменные приемы, арифметические действия с натуральными и целыми числами, обыкновенными и десятичными дробями, положительными и </w:t>
            </w:r>
            <w:r w:rsidRPr="006D0601">
              <w:rPr>
                <w:sz w:val="15"/>
                <w:lang w:val="ru-RU"/>
              </w:rPr>
              <w:t xml:space="preserve">отрицательными числами. </w:t>
            </w:r>
            <w:proofErr w:type="spellStart"/>
            <w:r>
              <w:rPr>
                <w:sz w:val="15"/>
              </w:rPr>
              <w:t>Вычисля</w:t>
            </w:r>
            <w:proofErr w:type="spellEnd"/>
            <w:r>
              <w:rPr>
                <w:sz w:val="15"/>
              </w:rPr>
              <w:t>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систематизировать действия с дробями, отношениями и процентами на практико-ориентированных задачах; использовать устный счет и задания на оценку правдоподобия результата.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12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56,9%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46,0%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+10,9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5"/>
                <w:lang w:val="ru-RU"/>
              </w:rPr>
              <w:t xml:space="preserve">Решать задачи, </w:t>
            </w:r>
            <w:r w:rsidRPr="006D0601">
              <w:rPr>
                <w:sz w:val="15"/>
                <w:lang w:val="ru-RU"/>
              </w:rPr>
              <w:t xml:space="preserve">содержащие зависимости, связывающие величины: скорость, время, расстояние, цену, количество, стоимость, производительность, время, объем работы, используя арифметические </w:t>
            </w:r>
            <w:proofErr w:type="spellStart"/>
            <w:r w:rsidRPr="006D0601">
              <w:rPr>
                <w:sz w:val="15"/>
                <w:lang w:val="ru-RU"/>
              </w:rPr>
              <w:t>дейс</w:t>
            </w:r>
            <w:proofErr w:type="spellEnd"/>
            <w:r w:rsidRPr="006D0601">
              <w:rPr>
                <w:sz w:val="15"/>
                <w:lang w:val="ru-RU"/>
              </w:rPr>
              <w:t>…</w:t>
            </w:r>
            <w:proofErr w:type="gramEnd"/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учить переводить условие в схему, таблицу или краткую запись и проверять смысл п</w:t>
            </w:r>
            <w:r w:rsidRPr="006D0601">
              <w:rPr>
                <w:sz w:val="15"/>
                <w:lang w:val="ru-RU"/>
              </w:rPr>
              <w:t>олученного ответа; разбирать типичные ошибочные стратегии и давать аналогичное задание для повторного выполнения.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Рекомендации учителю: провести поэлементную диагностику по перечисленным умениям; распределить обучающихся на группы по типам ошибок; организовать краткий коррекционный модуль; после тренировки обеспечить самостоятельное повторное выполнение заданий без по</w:t>
      </w:r>
      <w:r w:rsidRPr="006D0601">
        <w:rPr>
          <w:lang w:val="ru-RU"/>
        </w:rPr>
        <w:t xml:space="preserve">дсказки; результаты занести в индивидуальные </w:t>
      </w:r>
      <w:r w:rsidRPr="006D0601">
        <w:rPr>
          <w:lang w:val="ru-RU"/>
        </w:rPr>
        <w:lastRenderedPageBreak/>
        <w:t>карты динамики. Задания повышенного уровня отрабатывать отдельно, с обязательным проговариванием стратегии и проверкой промежуточных действий.</w:t>
      </w:r>
    </w:p>
    <w:p w:rsidR="0070134D" w:rsidRPr="006D0601" w:rsidRDefault="0070134D">
      <w:pPr>
        <w:rPr>
          <w:lang w:val="ru-RU"/>
        </w:rPr>
      </w:pP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t>6 класс — Русский язык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Дата проведения: 20.04.2026. Максимальный п</w:t>
      </w:r>
      <w:r w:rsidRPr="006D0601">
        <w:rPr>
          <w:lang w:val="ru-RU"/>
        </w:rPr>
        <w:t xml:space="preserve">ервичный балл: 25. В школе работу выполнили 29 </w:t>
      </w:r>
      <w:proofErr w:type="gramStart"/>
      <w:r w:rsidRPr="006D0601">
        <w:rPr>
          <w:lang w:val="ru-RU"/>
        </w:rPr>
        <w:t>обучающихся</w:t>
      </w:r>
      <w:proofErr w:type="gramEnd"/>
      <w:r w:rsidRPr="006D0601">
        <w:rPr>
          <w:lang w:val="ru-RU"/>
        </w:rPr>
        <w:t>. Уровень риска: высокий.</w:t>
      </w:r>
    </w:p>
    <w:tbl>
      <w:tblPr>
        <w:tblStyle w:val="aff0"/>
        <w:tblW w:w="0" w:type="auto"/>
        <w:jc w:val="center"/>
        <w:tblLook w:val="04A0"/>
      </w:tblPr>
      <w:tblGrid>
        <w:gridCol w:w="1417"/>
        <w:gridCol w:w="907"/>
        <w:gridCol w:w="964"/>
        <w:gridCol w:w="964"/>
        <w:gridCol w:w="1020"/>
        <w:gridCol w:w="1191"/>
        <w:gridCol w:w="1020"/>
        <w:gridCol w:w="1191"/>
        <w:gridCol w:w="1020"/>
      </w:tblGrid>
      <w:tr w:rsidR="0070134D">
        <w:trPr>
          <w:tblHeader/>
          <w:jc w:val="center"/>
        </w:trPr>
        <w:tc>
          <w:tcPr>
            <w:tcW w:w="141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Уровень</w:t>
            </w:r>
            <w:proofErr w:type="spellEnd"/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отметка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Понизили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Подтвердили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Школа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29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86,2%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34,5%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3,24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61,4%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24,1%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75,9%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Район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813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88,2%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43,3%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3,37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61,7%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27,2%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68,9%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3,9%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ЧР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29 697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85,5%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40,8%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3,32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61,2%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28,1%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69,1%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2,8%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РФ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1 637 394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91,3%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56,1%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3,67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67,7%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17,6%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69,5%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12,9%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80"/>
        <w:ind w:firstLine="709"/>
        <w:jc w:val="both"/>
      </w:pPr>
      <w:r w:rsidRPr="006D0601">
        <w:rPr>
          <w:lang w:val="ru-RU"/>
        </w:rPr>
        <w:t xml:space="preserve">Средний результат школы — 61,4%: -0,3 </w:t>
      </w:r>
      <w:proofErr w:type="spellStart"/>
      <w:r w:rsidRPr="006D0601">
        <w:rPr>
          <w:lang w:val="ru-RU"/>
        </w:rPr>
        <w:t>п</w:t>
      </w:r>
      <w:proofErr w:type="gramStart"/>
      <w:r w:rsidRPr="006D0601">
        <w:rPr>
          <w:lang w:val="ru-RU"/>
        </w:rPr>
        <w:t>,п</w:t>
      </w:r>
      <w:proofErr w:type="spellEnd"/>
      <w:proofErr w:type="gramEnd"/>
      <w:r w:rsidRPr="006D0601">
        <w:rPr>
          <w:lang w:val="ru-RU"/>
        </w:rPr>
        <w:t xml:space="preserve">, к району, +0,2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ЧР и -6,3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РФ.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знаний</w:t>
      </w:r>
      <w:proofErr w:type="spellEnd"/>
      <w:r>
        <w:t xml:space="preserve"> — 34,5%; успеваемость — </w:t>
      </w:r>
      <w:r>
        <w:t>86,2%. Заданий ниже 50% — 2 из 10, ниже 30% — 1.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8412480" cy="3878448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j_РУ_6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387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>Рисунок. 6 класс, Русский язык: выполнение заданий</w:t>
      </w:r>
    </w:p>
    <w:p w:rsidR="0070134D" w:rsidRDefault="000B6168">
      <w:pPr>
        <w:pStyle w:val="21"/>
      </w:pPr>
      <w:proofErr w:type="spellStart"/>
      <w:r>
        <w:t>Наиболее</w:t>
      </w:r>
      <w:proofErr w:type="spellEnd"/>
      <w:r>
        <w:t xml:space="preserve"> </w:t>
      </w:r>
      <w:proofErr w:type="spellStart"/>
      <w:r>
        <w:t>успешные</w:t>
      </w:r>
      <w:proofErr w:type="spellEnd"/>
      <w:r>
        <w:t xml:space="preserve"> </w:t>
      </w:r>
      <w:proofErr w:type="spellStart"/>
      <w:r>
        <w:t>задания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1247"/>
        <w:gridCol w:w="567"/>
        <w:gridCol w:w="850"/>
        <w:gridCol w:w="850"/>
        <w:gridCol w:w="7370"/>
      </w:tblGrid>
      <w:tr w:rsidR="0070134D">
        <w:trPr>
          <w:tblHeader/>
          <w:jc w:val="center"/>
        </w:trPr>
        <w:tc>
          <w:tcPr>
            <w:tcW w:w="124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Задание</w:t>
            </w:r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Школа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Район</w:t>
            </w:r>
          </w:p>
        </w:tc>
        <w:tc>
          <w:tcPr>
            <w:tcW w:w="737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Проверяемое умение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4.1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93,1%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69,4%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1. Владеть различными видами чтения: просмотровым, </w:t>
            </w:r>
            <w:r w:rsidRPr="006D0601">
              <w:rPr>
                <w:sz w:val="17"/>
                <w:lang w:val="ru-RU"/>
              </w:rPr>
              <w:t>ознакомительным, изучающим, поисковым; распознавать и адекватно формулировать лексическое значение многозначного слова с опорой на контекст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1K1 (4б)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73,3%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60,5%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7"/>
                <w:lang w:val="ru-RU"/>
              </w:rPr>
              <w:t>Соблюдать на письме нормы современного русского литературного языка, в том числе во время сп</w:t>
            </w:r>
            <w:r w:rsidRPr="006D0601">
              <w:rPr>
                <w:sz w:val="17"/>
                <w:lang w:val="ru-RU"/>
              </w:rPr>
              <w:t xml:space="preserve">исывания текста объемом 100–110 слов, составленного с учетом ранее изученных правил правописания (в том числе содержащего </w:t>
            </w:r>
            <w:proofErr w:type="spellStart"/>
            <w:r w:rsidRPr="006D0601">
              <w:rPr>
                <w:sz w:val="17"/>
                <w:lang w:val="ru-RU"/>
              </w:rPr>
              <w:t>изуче</w:t>
            </w:r>
            <w:proofErr w:type="spellEnd"/>
            <w:r w:rsidRPr="006D0601">
              <w:rPr>
                <w:sz w:val="17"/>
                <w:lang w:val="ru-RU"/>
              </w:rPr>
              <w:t>…</w:t>
            </w:r>
            <w:proofErr w:type="gramEnd"/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1K3 (2б)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67,2%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83,5%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7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</w:t>
            </w:r>
            <w:r w:rsidRPr="006D0601">
              <w:rPr>
                <w:sz w:val="17"/>
                <w:lang w:val="ru-RU"/>
              </w:rPr>
              <w:t xml:space="preserve">текста объемом 100–110 слов, составленного с учетом ранее изученных правил правописания (в том числе содержащего </w:t>
            </w:r>
            <w:proofErr w:type="spellStart"/>
            <w:r w:rsidRPr="006D0601">
              <w:rPr>
                <w:sz w:val="17"/>
                <w:lang w:val="ru-RU"/>
              </w:rPr>
              <w:t>изуче</w:t>
            </w:r>
            <w:proofErr w:type="spellEnd"/>
            <w:r w:rsidRPr="006D0601">
              <w:rPr>
                <w:sz w:val="17"/>
                <w:lang w:val="ru-RU"/>
              </w:rPr>
              <w:t>…</w:t>
            </w:r>
            <w:proofErr w:type="gramEnd"/>
          </w:p>
        </w:tc>
      </w:tr>
      <w:tr w:rsidR="0070134D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2K1 (3б)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65,5%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77,1%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Проводить морфемный анализ слова</w:t>
            </w:r>
          </w:p>
        </w:tc>
      </w:tr>
      <w:tr w:rsidR="0070134D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lastRenderedPageBreak/>
              <w:t>2K2 (3б)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65,5%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63,4%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Проводить словообразовательный анализ слова</w:t>
            </w:r>
          </w:p>
        </w:tc>
      </w:tr>
    </w:tbl>
    <w:p w:rsidR="0070134D" w:rsidRDefault="0070134D">
      <w:pPr>
        <w:spacing w:after="0"/>
      </w:pP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 xml:space="preserve">Наиболее </w:t>
      </w:r>
      <w:r w:rsidRPr="006D0601">
        <w:rPr>
          <w:lang w:val="ru-RU"/>
        </w:rPr>
        <w:t>сложные задания и адресные меры</w:t>
      </w:r>
    </w:p>
    <w:tbl>
      <w:tblPr>
        <w:tblStyle w:val="aff0"/>
        <w:tblW w:w="0" w:type="auto"/>
        <w:jc w:val="center"/>
        <w:tblLook w:val="04A0"/>
      </w:tblPr>
      <w:tblGrid>
        <w:gridCol w:w="964"/>
        <w:gridCol w:w="454"/>
        <w:gridCol w:w="737"/>
        <w:gridCol w:w="737"/>
        <w:gridCol w:w="737"/>
        <w:gridCol w:w="4025"/>
        <w:gridCol w:w="4252"/>
      </w:tblGrid>
      <w:tr w:rsidR="0070134D">
        <w:trPr>
          <w:tblHeader/>
          <w:jc w:val="center"/>
        </w:trPr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Задание</w:t>
            </w:r>
            <w:proofErr w:type="spellEnd"/>
          </w:p>
        </w:tc>
        <w:tc>
          <w:tcPr>
            <w:tcW w:w="4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Ур.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Школа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Район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Δ</w:t>
            </w:r>
          </w:p>
        </w:tc>
        <w:tc>
          <w:tcPr>
            <w:tcW w:w="402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Проверяемое умение</w:t>
            </w:r>
          </w:p>
        </w:tc>
        <w:tc>
          <w:tcPr>
            <w:tcW w:w="425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25,9%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50,6%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-24,8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Распознавать случаи нарушения грамматических норм русского литературного языка в формах слов различных частей речи и </w:t>
            </w:r>
            <w:r w:rsidRPr="006D0601">
              <w:rPr>
                <w:sz w:val="15"/>
                <w:lang w:val="ru-RU"/>
              </w:rPr>
              <w:t>исправлять эти нарушения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ввести алгоритмы морфологического распознавания и таблицы грамматических признаков; проводить еженедельные мини-диагностики на классификацию частей речи.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4.2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44,8%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38,8%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+6,1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2. Использовать многозначное слово в другом</w:t>
            </w:r>
            <w:r w:rsidRPr="006D0601">
              <w:rPr>
                <w:sz w:val="15"/>
                <w:lang w:val="ru-RU"/>
              </w:rPr>
              <w:t xml:space="preserve"> значении в самостоятельно составленном и оформленном на письме речевом высказывании; определять стилистическую окраску слова и подбирать к слову…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отрабатывать смысловое чтение: тема, главная мысль, </w:t>
            </w:r>
            <w:proofErr w:type="spellStart"/>
            <w:r w:rsidRPr="006D0601">
              <w:rPr>
                <w:sz w:val="15"/>
                <w:lang w:val="ru-RU"/>
              </w:rPr>
              <w:t>микротемы</w:t>
            </w:r>
            <w:proofErr w:type="spellEnd"/>
            <w:r w:rsidRPr="006D0601">
              <w:rPr>
                <w:sz w:val="15"/>
                <w:lang w:val="ru-RU"/>
              </w:rPr>
              <w:t>, план и вопросы к тексту; использовать короткие</w:t>
            </w:r>
            <w:r w:rsidRPr="006D0601">
              <w:rPr>
                <w:sz w:val="15"/>
                <w:lang w:val="ru-RU"/>
              </w:rPr>
              <w:t xml:space="preserve"> тексты с обязательным письменным обоснованием ответа.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2K3 (3б)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54,0%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45,0%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+9,0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5"/>
              </w:rPr>
              <w:t>Проводить морфологический анализ слова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ввести алгоритмы морфологического распознавания и таблицы грамматических признаков; проводить еженедельные мини-диагностики на </w:t>
            </w:r>
            <w:r w:rsidRPr="006D0601">
              <w:rPr>
                <w:sz w:val="15"/>
                <w:lang w:val="ru-RU"/>
              </w:rPr>
              <w:t>классификацию частей речи.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1K2 (3б)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62,1%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63,1%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-1,0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Соблюдать на письме нормы современного русского литературного языка, в том числе во время списывания текста объемом 100–110 слов, составленного с учетом ранее изученных правил правописания…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организовать </w:t>
            </w:r>
            <w:proofErr w:type="spellStart"/>
            <w:r w:rsidRPr="006D0601">
              <w:rPr>
                <w:sz w:val="15"/>
                <w:lang w:val="ru-RU"/>
              </w:rPr>
              <w:t>орфографико-пунктуационный</w:t>
            </w:r>
            <w:proofErr w:type="spellEnd"/>
            <w:r w:rsidRPr="006D0601">
              <w:rPr>
                <w:sz w:val="15"/>
                <w:lang w:val="ru-RU"/>
              </w:rPr>
              <w:t xml:space="preserve"> практикум с комментированным письмом; вести индивидуальные карты типичных ошибок и повторную проверку через 7–10 дней.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2K1 (3б)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65,5%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77,1%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-11,6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5"/>
              </w:rPr>
              <w:t>Проводить морфемный анализ слова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отрабатывать морфемный разбор</w:t>
            </w:r>
            <w:r w:rsidRPr="006D0601">
              <w:rPr>
                <w:sz w:val="15"/>
                <w:lang w:val="ru-RU"/>
              </w:rPr>
              <w:t xml:space="preserve"> на группах однокоренных слов; сопоставлять словообразовательные модели и проверять объяснение выбора морфем.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2K2 (3б)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65,5%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63,4%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+2,2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5"/>
              </w:rPr>
              <w:t>Проводить словообразовательный анализ слова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включить задания аналогичного типа в текущее и тематическое </w:t>
            </w:r>
            <w:r w:rsidRPr="006D0601">
              <w:rPr>
                <w:sz w:val="15"/>
                <w:lang w:val="ru-RU"/>
              </w:rPr>
              <w:t>повторение; провести разбор типичных ошибок, затем повторное выполнение с фиксацией индивидуальной динамики.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65,5%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70,1%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-4,6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Владеть различными видами чтения: просмотровым, ознакомительным, изучающим, поисковым; осуществлять информационную </w:t>
            </w:r>
            <w:r w:rsidRPr="006D0601">
              <w:rPr>
                <w:sz w:val="15"/>
                <w:lang w:val="ru-RU"/>
              </w:rPr>
              <w:t>переработку прочитанного текста; понимать целостный смысл текста; находить…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отрабатывать смысловое чтение: тема, главная мысль, </w:t>
            </w:r>
            <w:proofErr w:type="spellStart"/>
            <w:r w:rsidRPr="006D0601">
              <w:rPr>
                <w:sz w:val="15"/>
                <w:lang w:val="ru-RU"/>
              </w:rPr>
              <w:t>микротемы</w:t>
            </w:r>
            <w:proofErr w:type="spellEnd"/>
            <w:r w:rsidRPr="006D0601">
              <w:rPr>
                <w:sz w:val="15"/>
                <w:lang w:val="ru-RU"/>
              </w:rPr>
              <w:t>, план и вопросы к тексту; использовать короткие тексты с обязательным письменным обоснованием ответа.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Рекомендации </w:t>
      </w:r>
      <w:r w:rsidRPr="006D0601">
        <w:rPr>
          <w:lang w:val="ru-RU"/>
        </w:rPr>
        <w:t>учителю: провести поэлементную диагностику по перечисленным умениям; распределить обучающихся на группы по типам ошибок; организовать краткий коррекционный модуль; после тренировки обеспечить самостоятельное повторное выполнение заданий без подсказки; резу</w:t>
      </w:r>
      <w:r w:rsidRPr="006D0601">
        <w:rPr>
          <w:lang w:val="ru-RU"/>
        </w:rPr>
        <w:t>льтаты занести в индивидуальные карты динамики. Задания повышенного уровня отрабатывать отдельно, с обязательным проговариванием стратегии и проверкой промежуточных действий.</w:t>
      </w:r>
    </w:p>
    <w:p w:rsidR="0070134D" w:rsidRPr="006D0601" w:rsidRDefault="000B6168">
      <w:pPr>
        <w:rPr>
          <w:lang w:val="ru-RU"/>
        </w:rPr>
      </w:pPr>
      <w:r w:rsidRPr="006D0601">
        <w:rPr>
          <w:lang w:val="ru-RU"/>
        </w:rPr>
        <w:br w:type="page"/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lastRenderedPageBreak/>
        <w:t>7 класс — География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Дата проведения: 20.04.2026. Максимальный первичный балл: 1</w:t>
      </w:r>
      <w:r w:rsidRPr="006D0601">
        <w:rPr>
          <w:lang w:val="ru-RU"/>
        </w:rPr>
        <w:t xml:space="preserve">9. В школе работу выполнили 23 </w:t>
      </w:r>
      <w:proofErr w:type="gramStart"/>
      <w:r w:rsidRPr="006D0601">
        <w:rPr>
          <w:lang w:val="ru-RU"/>
        </w:rPr>
        <w:t>обучающихся</w:t>
      </w:r>
      <w:proofErr w:type="gramEnd"/>
      <w:r w:rsidRPr="006D0601">
        <w:rPr>
          <w:lang w:val="ru-RU"/>
        </w:rPr>
        <w:t>. Уровень риска: умеренный.</w:t>
      </w:r>
    </w:p>
    <w:tbl>
      <w:tblPr>
        <w:tblStyle w:val="aff0"/>
        <w:tblW w:w="0" w:type="auto"/>
        <w:jc w:val="center"/>
        <w:tblLook w:val="04A0"/>
      </w:tblPr>
      <w:tblGrid>
        <w:gridCol w:w="1417"/>
        <w:gridCol w:w="907"/>
        <w:gridCol w:w="964"/>
        <w:gridCol w:w="964"/>
        <w:gridCol w:w="1020"/>
        <w:gridCol w:w="1191"/>
        <w:gridCol w:w="1020"/>
        <w:gridCol w:w="1191"/>
        <w:gridCol w:w="1020"/>
      </w:tblGrid>
      <w:tr w:rsidR="0070134D">
        <w:trPr>
          <w:tblHeader/>
          <w:jc w:val="center"/>
        </w:trPr>
        <w:tc>
          <w:tcPr>
            <w:tcW w:w="141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Уровень</w:t>
            </w:r>
            <w:proofErr w:type="spellEnd"/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отметка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Понизили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Подтвердили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Школа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23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95,7%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30,4%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3,26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51,9%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8,7%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91,3%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Район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204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93,6%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40,2%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3,37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55,1%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24,5%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74,0%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1,5%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ЧР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7 869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88,0%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40,9%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3,35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54,7%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29,5%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67,0%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3,6%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РФ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377 958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96,8%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56,4%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3,64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61,8%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25,1%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67,7%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7,2%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80"/>
        <w:ind w:firstLine="709"/>
        <w:jc w:val="both"/>
      </w:pPr>
      <w:r w:rsidRPr="006D0601">
        <w:rPr>
          <w:lang w:val="ru-RU"/>
        </w:rPr>
        <w:t xml:space="preserve">Средний результат школы — 51,9%: -3,2 </w:t>
      </w:r>
      <w:proofErr w:type="spellStart"/>
      <w:r w:rsidRPr="006D0601">
        <w:rPr>
          <w:lang w:val="ru-RU"/>
        </w:rPr>
        <w:t>п</w:t>
      </w:r>
      <w:proofErr w:type="gramStart"/>
      <w:r w:rsidRPr="006D0601">
        <w:rPr>
          <w:lang w:val="ru-RU"/>
        </w:rPr>
        <w:t>,п</w:t>
      </w:r>
      <w:proofErr w:type="spellEnd"/>
      <w:proofErr w:type="gramEnd"/>
      <w:r w:rsidRPr="006D0601">
        <w:rPr>
          <w:lang w:val="ru-RU"/>
        </w:rPr>
        <w:t xml:space="preserve">, к району, -2,8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ЧР и -9,9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РФ.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знаний</w:t>
      </w:r>
      <w:proofErr w:type="spellEnd"/>
      <w:r>
        <w:t xml:space="preserve"> — 30,4%; успеваемость — 95,7%. Заданий ниже 50% — </w:t>
      </w:r>
      <w:r>
        <w:t>8 из 17, ниже 30% — 5.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8412480" cy="3868439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j_ГГ_7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3868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>Рисунок. 7 класс, География: выполнение заданий</w:t>
      </w: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успешные задания</w:t>
      </w:r>
    </w:p>
    <w:tbl>
      <w:tblPr>
        <w:tblStyle w:val="aff0"/>
        <w:tblW w:w="0" w:type="auto"/>
        <w:jc w:val="center"/>
        <w:tblLook w:val="04A0"/>
      </w:tblPr>
      <w:tblGrid>
        <w:gridCol w:w="1247"/>
        <w:gridCol w:w="567"/>
        <w:gridCol w:w="850"/>
        <w:gridCol w:w="850"/>
        <w:gridCol w:w="7370"/>
      </w:tblGrid>
      <w:tr w:rsidR="0070134D">
        <w:trPr>
          <w:tblHeader/>
          <w:jc w:val="center"/>
        </w:trPr>
        <w:tc>
          <w:tcPr>
            <w:tcW w:w="124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Задание</w:t>
            </w:r>
            <w:proofErr w:type="spellEnd"/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Школа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Район</w:t>
            </w:r>
          </w:p>
        </w:tc>
        <w:tc>
          <w:tcPr>
            <w:tcW w:w="737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Проверяемое умение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92,7%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Описывать по географическим картам местоположение изученных географических объектов для </w:t>
            </w:r>
            <w:r w:rsidRPr="006D0601">
              <w:rPr>
                <w:sz w:val="17"/>
                <w:lang w:val="ru-RU"/>
              </w:rPr>
              <w:t>решения учебных и (или) практико-ориентированных задач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91,3%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72,1%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Определять природные зоны по их существенным признакам на основе интеграции и интерпретации информации об особенностях их природы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91,3%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75,5%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Распознавать проявления </w:t>
            </w:r>
            <w:r w:rsidRPr="006D0601">
              <w:rPr>
                <w:sz w:val="17"/>
                <w:lang w:val="ru-RU"/>
              </w:rPr>
              <w:t>изученных географических явлений, представляющие собой отражение таких свойств географической оболочки, как зональность (</w:t>
            </w:r>
            <w:proofErr w:type="spellStart"/>
            <w:r w:rsidRPr="006D0601">
              <w:rPr>
                <w:sz w:val="17"/>
                <w:lang w:val="ru-RU"/>
              </w:rPr>
              <w:t>азональность</w:t>
            </w:r>
            <w:proofErr w:type="spellEnd"/>
            <w:r w:rsidRPr="006D0601">
              <w:rPr>
                <w:sz w:val="17"/>
                <w:lang w:val="ru-RU"/>
              </w:rPr>
              <w:t>), ритмичность и целостность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82,6%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74,0%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Интегрировать и интерпретировать информацию об особенностях природы на </w:t>
            </w:r>
            <w:r w:rsidRPr="006D0601">
              <w:rPr>
                <w:sz w:val="17"/>
                <w:lang w:val="ru-RU"/>
              </w:rPr>
              <w:t>отдельных территориях, представленную в одном или нескольких источниках, для решения различных учебных и практико-ориентированных задач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lastRenderedPageBreak/>
              <w:t>2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73,9%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74,0%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Описывать по географическим картам местоположение изученных географических объектов для решения </w:t>
            </w:r>
            <w:r w:rsidRPr="006D0601">
              <w:rPr>
                <w:sz w:val="17"/>
                <w:lang w:val="ru-RU"/>
              </w:rPr>
              <w:t>учебных и (или) практико-ориентированных задач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сложные задания и адресные меры</w:t>
      </w:r>
    </w:p>
    <w:tbl>
      <w:tblPr>
        <w:tblStyle w:val="aff0"/>
        <w:tblW w:w="0" w:type="auto"/>
        <w:jc w:val="center"/>
        <w:tblLook w:val="04A0"/>
      </w:tblPr>
      <w:tblGrid>
        <w:gridCol w:w="964"/>
        <w:gridCol w:w="454"/>
        <w:gridCol w:w="737"/>
        <w:gridCol w:w="737"/>
        <w:gridCol w:w="737"/>
        <w:gridCol w:w="4025"/>
        <w:gridCol w:w="4252"/>
      </w:tblGrid>
      <w:tr w:rsidR="0070134D">
        <w:trPr>
          <w:tblHeader/>
          <w:jc w:val="center"/>
        </w:trPr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Задание</w:t>
            </w:r>
            <w:proofErr w:type="spellEnd"/>
          </w:p>
        </w:tc>
        <w:tc>
          <w:tcPr>
            <w:tcW w:w="4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Ур.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Школа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Район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Δ</w:t>
            </w:r>
          </w:p>
        </w:tc>
        <w:tc>
          <w:tcPr>
            <w:tcW w:w="402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Проверяемое умение</w:t>
            </w:r>
          </w:p>
        </w:tc>
        <w:tc>
          <w:tcPr>
            <w:tcW w:w="425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17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24,5%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-24,5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Выявлять взаимосвязи между компонентами природы в пределах </w:t>
            </w:r>
            <w:r w:rsidRPr="006D0601">
              <w:rPr>
                <w:sz w:val="15"/>
                <w:lang w:val="ru-RU"/>
              </w:rPr>
              <w:t>отдельных территорий с использованием различных источников географической информации; объяснять особенности природы, населения и х…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связывать понятия с картой, схемой и конкретным примером территории; использовать задания на сравнение объектов по нескольки</w:t>
            </w:r>
            <w:r w:rsidRPr="006D0601">
              <w:rPr>
                <w:sz w:val="15"/>
                <w:lang w:val="ru-RU"/>
              </w:rPr>
              <w:t>м признакам;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16 (1б)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4,3%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36,8%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-32,4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Различать изученные процессы и явления, происходящие в географической оболочке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связывать понятия с картой, </w:t>
            </w:r>
            <w:r w:rsidRPr="006D0601">
              <w:rPr>
                <w:sz w:val="15"/>
                <w:lang w:val="ru-RU"/>
              </w:rPr>
              <w:t>схемой и конкретным примером территории; использовать задания на сравнение объектов по нескольким признакам.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15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13,0%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44,6%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-31,6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Определять страны по их существенным признакам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связывать понятия с картой, схемой и конкретным примером </w:t>
            </w:r>
            <w:r w:rsidRPr="006D0601">
              <w:rPr>
                <w:sz w:val="15"/>
                <w:lang w:val="ru-RU"/>
              </w:rPr>
              <w:t>территории; использовать задания на сравнение объектов по нескольким признакам.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14 (1б)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17,4%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44,6%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-27,2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Применять понятие «плотность населения» для решения учебных и (или) практико-ориентированных задач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связывать понятия с картой, схемой и </w:t>
            </w:r>
            <w:r w:rsidRPr="006D0601">
              <w:rPr>
                <w:sz w:val="15"/>
                <w:lang w:val="ru-RU"/>
              </w:rPr>
              <w:t>конкретным примером территории; использовать задания на сравнение объектов по нескольким признакам.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9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26,1%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54,9%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-28,8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Различать изученные процессы и явления, происходящие в географической оболочке. Объяснять образование тропических муссонов,</w:t>
            </w:r>
            <w:r w:rsidRPr="006D0601">
              <w:rPr>
                <w:sz w:val="15"/>
                <w:lang w:val="ru-RU"/>
              </w:rPr>
              <w:t xml:space="preserve"> пассатов тропических широт, западных ветров; применять понятия «</w:t>
            </w:r>
            <w:proofErr w:type="gramStart"/>
            <w:r w:rsidRPr="006D0601">
              <w:rPr>
                <w:sz w:val="15"/>
                <w:lang w:val="ru-RU"/>
              </w:rPr>
              <w:t>в</w:t>
            </w:r>
            <w:proofErr w:type="gramEnd"/>
            <w:r w:rsidRPr="006D0601">
              <w:rPr>
                <w:sz w:val="15"/>
                <w:lang w:val="ru-RU"/>
              </w:rPr>
              <w:t>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связывать понятия с картой, схемой и конкретным примером территории; использовать задания на сравнение объектов по нескольким признакам.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13 (1б)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30,4%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55,4%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-25,0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Интегрировать и </w:t>
            </w:r>
            <w:r w:rsidRPr="006D0601">
              <w:rPr>
                <w:sz w:val="15"/>
                <w:lang w:val="ru-RU"/>
              </w:rPr>
              <w:t>интерпретировать информацию об особенностях населения, представленную в одном или нескольких источниках, для решения различных учебных и практико-ориентированных задач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связывать понятия с картой, схемой и конкретным примером территории; использовать задани</w:t>
            </w:r>
            <w:r w:rsidRPr="006D0601">
              <w:rPr>
                <w:sz w:val="15"/>
                <w:lang w:val="ru-RU"/>
              </w:rPr>
              <w:t>я на сравнение объектов по нескольким признакам.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47,8%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57,8%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-10,0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Интегрировать и интерпретировать информацию об особенностях природы на отдельных территориях, представленную в одном или нескольких источниках, для решения различных учебных </w:t>
            </w:r>
            <w:r w:rsidRPr="006D0601">
              <w:rPr>
                <w:sz w:val="15"/>
                <w:lang w:val="ru-RU"/>
              </w:rPr>
              <w:t xml:space="preserve">и </w:t>
            </w:r>
            <w:proofErr w:type="spellStart"/>
            <w:r w:rsidRPr="006D0601">
              <w:rPr>
                <w:sz w:val="15"/>
                <w:lang w:val="ru-RU"/>
              </w:rPr>
              <w:t>практико-орие</w:t>
            </w:r>
            <w:proofErr w:type="spellEnd"/>
            <w:r w:rsidRPr="006D0601">
              <w:rPr>
                <w:sz w:val="15"/>
                <w:lang w:val="ru-RU"/>
              </w:rPr>
              <w:t>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связывать понятия с картой, схемой и конкретным примером территории; использовать задания на сравнение объектов по нескольким признакам.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Рекомендации учителю: провести поэлементную диагностику по перечисленным умениям; распределить </w:t>
      </w:r>
      <w:r w:rsidRPr="006D0601">
        <w:rPr>
          <w:lang w:val="ru-RU"/>
        </w:rPr>
        <w:t>обучающихся на группы по типам ошибок; организовать краткий коррекционный модуль; после тренировки обеспечить самостоятельное повторное выполнение заданий без подсказки; результаты занести в индивидуальные карты динамики. Задания повышенного уровня отрабат</w:t>
      </w:r>
      <w:r w:rsidRPr="006D0601">
        <w:rPr>
          <w:lang w:val="ru-RU"/>
        </w:rPr>
        <w:t>ывать отдельно, с обязательным проговариванием стратегии и проверкой промежуточных действий.</w:t>
      </w:r>
    </w:p>
    <w:p w:rsidR="0070134D" w:rsidRPr="006D0601" w:rsidRDefault="000B6168">
      <w:pPr>
        <w:rPr>
          <w:lang w:val="ru-RU"/>
        </w:rPr>
      </w:pPr>
      <w:r w:rsidRPr="006D0601">
        <w:rPr>
          <w:lang w:val="ru-RU"/>
        </w:rPr>
        <w:lastRenderedPageBreak/>
        <w:br w:type="page"/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lastRenderedPageBreak/>
        <w:t>7 класс — Литература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Дата проведения: 20.04.2026. Максимальный первичный балл: 17. В школе работу выполнили 23 </w:t>
      </w:r>
      <w:proofErr w:type="gramStart"/>
      <w:r w:rsidRPr="006D0601">
        <w:rPr>
          <w:lang w:val="ru-RU"/>
        </w:rPr>
        <w:t>обучающихся</w:t>
      </w:r>
      <w:proofErr w:type="gramEnd"/>
      <w:r w:rsidRPr="006D0601">
        <w:rPr>
          <w:lang w:val="ru-RU"/>
        </w:rPr>
        <w:t>. Уровень риска: умеренный.</w:t>
      </w:r>
    </w:p>
    <w:tbl>
      <w:tblPr>
        <w:tblStyle w:val="aff0"/>
        <w:tblW w:w="0" w:type="auto"/>
        <w:jc w:val="center"/>
        <w:tblLook w:val="04A0"/>
      </w:tblPr>
      <w:tblGrid>
        <w:gridCol w:w="1417"/>
        <w:gridCol w:w="907"/>
        <w:gridCol w:w="964"/>
        <w:gridCol w:w="964"/>
        <w:gridCol w:w="1020"/>
        <w:gridCol w:w="1191"/>
        <w:gridCol w:w="1020"/>
        <w:gridCol w:w="1191"/>
        <w:gridCol w:w="1020"/>
      </w:tblGrid>
      <w:tr w:rsidR="0070134D">
        <w:trPr>
          <w:tblHeader/>
          <w:jc w:val="center"/>
        </w:trPr>
        <w:tc>
          <w:tcPr>
            <w:tcW w:w="141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Уровень</w:t>
            </w:r>
            <w:proofErr w:type="spellEnd"/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</w:t>
            </w:r>
            <w:r>
              <w:rPr>
                <w:b/>
                <w:color w:val="FFFFFF"/>
                <w:sz w:val="17"/>
              </w:rPr>
              <w:t>от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отметка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Понизили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Подтвердили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Школа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23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91,3%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30,4%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3,26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61,9%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8,7%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82,6%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8,7%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Район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275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92,0%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43,6%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3,43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64,8%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24,4%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74,1%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1,5%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ЧР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10 764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87,2%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41,2%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3,35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63,5%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29,6%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67,2%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3,2%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РФ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501 051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91,1%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55,9%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3,69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68,9%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26,9%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65,3%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7,8%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80"/>
        <w:ind w:firstLine="709"/>
        <w:jc w:val="both"/>
      </w:pPr>
      <w:r w:rsidRPr="006D0601">
        <w:rPr>
          <w:lang w:val="ru-RU"/>
        </w:rPr>
        <w:t xml:space="preserve">Средний результат школы — 61,9%: -2,9 </w:t>
      </w:r>
      <w:proofErr w:type="spellStart"/>
      <w:r w:rsidRPr="006D0601">
        <w:rPr>
          <w:lang w:val="ru-RU"/>
        </w:rPr>
        <w:t>п</w:t>
      </w:r>
      <w:proofErr w:type="gramStart"/>
      <w:r w:rsidRPr="006D0601">
        <w:rPr>
          <w:lang w:val="ru-RU"/>
        </w:rPr>
        <w:t>,п</w:t>
      </w:r>
      <w:proofErr w:type="spellEnd"/>
      <w:proofErr w:type="gramEnd"/>
      <w:r w:rsidRPr="006D0601">
        <w:rPr>
          <w:lang w:val="ru-RU"/>
        </w:rPr>
        <w:t xml:space="preserve">, к району, -1,6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ЧР и -7,0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РФ.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знаний</w:t>
      </w:r>
      <w:proofErr w:type="spellEnd"/>
      <w:r>
        <w:t xml:space="preserve"> — 30,4%; успеваемость — 91,3%. Заданий ниже 50% — 3 из 11, ниже 30% — 0.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8412480" cy="3876143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j_ЛИ_7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3876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>Рисунок. 7 класс, Литература: выполнение заданий</w:t>
      </w: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успешные задания</w:t>
      </w:r>
    </w:p>
    <w:tbl>
      <w:tblPr>
        <w:tblStyle w:val="aff0"/>
        <w:tblW w:w="0" w:type="auto"/>
        <w:jc w:val="center"/>
        <w:tblLook w:val="04A0"/>
      </w:tblPr>
      <w:tblGrid>
        <w:gridCol w:w="1247"/>
        <w:gridCol w:w="567"/>
        <w:gridCol w:w="850"/>
        <w:gridCol w:w="850"/>
        <w:gridCol w:w="7370"/>
      </w:tblGrid>
      <w:tr w:rsidR="0070134D">
        <w:trPr>
          <w:tblHeader/>
          <w:jc w:val="center"/>
        </w:trPr>
        <w:tc>
          <w:tcPr>
            <w:tcW w:w="124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Задание</w:t>
            </w:r>
            <w:proofErr w:type="spellEnd"/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Школа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Район</w:t>
            </w:r>
          </w:p>
        </w:tc>
        <w:tc>
          <w:tcPr>
            <w:tcW w:w="737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Проверяемое умение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96,4%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Понимать сущность и элементарные смысловые функции теоретико-литературных понятий и учиться </w:t>
            </w:r>
            <w:proofErr w:type="gramStart"/>
            <w:r w:rsidRPr="006D0601">
              <w:rPr>
                <w:sz w:val="17"/>
                <w:lang w:val="ru-RU"/>
              </w:rPr>
              <w:t>самостоятельно</w:t>
            </w:r>
            <w:proofErr w:type="gramEnd"/>
            <w:r w:rsidRPr="006D0601">
              <w:rPr>
                <w:sz w:val="17"/>
                <w:lang w:val="ru-RU"/>
              </w:rPr>
              <w:t xml:space="preserve"> использовать их в процессе анализа и интерпретации </w:t>
            </w:r>
            <w:r w:rsidRPr="006D0601">
              <w:rPr>
                <w:sz w:val="17"/>
                <w:lang w:val="ru-RU"/>
              </w:rPr>
              <w:t>произведений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95,3%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Понимать сущность и элементарные смысловые функции теоретико-литературных понятий и учиться </w:t>
            </w:r>
            <w:proofErr w:type="gramStart"/>
            <w:r w:rsidRPr="006D0601">
              <w:rPr>
                <w:sz w:val="17"/>
                <w:lang w:val="ru-RU"/>
              </w:rPr>
              <w:t>самостоятельно</w:t>
            </w:r>
            <w:proofErr w:type="gramEnd"/>
            <w:r w:rsidRPr="006D0601">
              <w:rPr>
                <w:sz w:val="17"/>
                <w:lang w:val="ru-RU"/>
              </w:rPr>
              <w:t xml:space="preserve"> использовать их в процессе анализа и интерпретации произведений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91,3%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96,4%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Проводить смысловой и </w:t>
            </w:r>
            <w:r w:rsidRPr="006D0601">
              <w:rPr>
                <w:sz w:val="17"/>
                <w:lang w:val="ru-RU"/>
              </w:rPr>
              <w:t xml:space="preserve">эстетический анализ произведений фольклора и художественной литературы; воспринимать </w:t>
            </w:r>
            <w:proofErr w:type="gramStart"/>
            <w:r w:rsidRPr="006D0601">
              <w:rPr>
                <w:sz w:val="17"/>
                <w:lang w:val="ru-RU"/>
              </w:rPr>
              <w:t>прочитанное</w:t>
            </w:r>
            <w:proofErr w:type="gramEnd"/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5К3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78,3%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85,5%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Создавать письменные высказывания разных жанров объёмом не менее 40 слов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6К4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П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69,6%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44,7%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Создавать письменные высказывания </w:t>
            </w:r>
            <w:r w:rsidRPr="006D0601">
              <w:rPr>
                <w:sz w:val="17"/>
                <w:lang w:val="ru-RU"/>
              </w:rPr>
              <w:t>разных жанров объёмом не менее 70 слов; писать сочинение-рассуждение по заданной теме с опорой на прочитанные произведения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lastRenderedPageBreak/>
        <w:t>Наиболее сложные задания и адресные меры</w:t>
      </w:r>
    </w:p>
    <w:tbl>
      <w:tblPr>
        <w:tblStyle w:val="aff0"/>
        <w:tblW w:w="0" w:type="auto"/>
        <w:jc w:val="center"/>
        <w:tblLook w:val="04A0"/>
      </w:tblPr>
      <w:tblGrid>
        <w:gridCol w:w="964"/>
        <w:gridCol w:w="454"/>
        <w:gridCol w:w="737"/>
        <w:gridCol w:w="737"/>
        <w:gridCol w:w="737"/>
        <w:gridCol w:w="4025"/>
        <w:gridCol w:w="4252"/>
      </w:tblGrid>
      <w:tr w:rsidR="0070134D">
        <w:trPr>
          <w:tblHeader/>
          <w:jc w:val="center"/>
        </w:trPr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Задание</w:t>
            </w:r>
            <w:proofErr w:type="spellEnd"/>
          </w:p>
        </w:tc>
        <w:tc>
          <w:tcPr>
            <w:tcW w:w="4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Ур.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Школа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Район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Δ</w:t>
            </w:r>
          </w:p>
        </w:tc>
        <w:tc>
          <w:tcPr>
            <w:tcW w:w="402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Проверяемое умение</w:t>
            </w:r>
          </w:p>
        </w:tc>
        <w:tc>
          <w:tcPr>
            <w:tcW w:w="425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5К1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45,6%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75,3%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-29,6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Анализировать произведение в единстве формы и содержания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учить сопоставлять поступок героя, авторскую позицию и художественную деталь; использовать вопросы высокого уровня и письменное доказательство цитатой.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5К2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47,8%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68,5%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-20,7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Писать сочинение-рассуждение по заданной теме с опорой на прочитанные произведения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отрабатывать структуру письменного ответа: тезис — доказательство — пример — вывод; проводить взаимопроверку по критериям и обязательное редактирование текста.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6К3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47,8%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33,1%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+14,7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Анализировать произведение в единстве формы и содержания; выявлять позицию героя, рассказчика и авторскую позицию, учитывая художественные особенности произведения; объяснять своё понимание…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учить сопоставлять поступок героя, авторск</w:t>
            </w:r>
            <w:r w:rsidRPr="006D0601">
              <w:rPr>
                <w:sz w:val="15"/>
                <w:lang w:val="ru-RU"/>
              </w:rPr>
              <w:t xml:space="preserve">ую позицию и художественную деталь; использовать вопросы высокого уровня и письменное доказательство цитатой; отдельно отрабатывать многошаговые задания повышенного уровня с комментированием стратегии </w:t>
            </w:r>
            <w:proofErr w:type="spellStart"/>
            <w:r w:rsidRPr="006D0601">
              <w:rPr>
                <w:sz w:val="15"/>
                <w:lang w:val="ru-RU"/>
              </w:rPr>
              <w:t>решени</w:t>
            </w:r>
            <w:proofErr w:type="spellEnd"/>
            <w:r w:rsidRPr="006D0601">
              <w:rPr>
                <w:sz w:val="15"/>
                <w:lang w:val="ru-RU"/>
              </w:rPr>
              <w:t>…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6К1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50,0%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47,3%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+2,7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5"/>
                <w:lang w:val="ru-RU"/>
              </w:rPr>
              <w:t xml:space="preserve">Понимать </w:t>
            </w:r>
            <w:r w:rsidRPr="006D0601">
              <w:rPr>
                <w:sz w:val="15"/>
                <w:lang w:val="ru-RU"/>
              </w:rPr>
              <w:t xml:space="preserve">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впечатлений. </w:t>
            </w:r>
            <w:proofErr w:type="spellStart"/>
            <w:r>
              <w:rPr>
                <w:sz w:val="15"/>
              </w:rPr>
              <w:t>Выя</w:t>
            </w:r>
            <w:proofErr w:type="spellEnd"/>
            <w:r>
              <w:rPr>
                <w:sz w:val="15"/>
              </w:rPr>
              <w:t>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учить сопоставлять поступок героя, авторскую позицию и художественную дета</w:t>
            </w:r>
            <w:r w:rsidRPr="006D0601">
              <w:rPr>
                <w:sz w:val="15"/>
                <w:lang w:val="ru-RU"/>
              </w:rPr>
              <w:t xml:space="preserve">ль; использовать вопросы высокого уровня и письменное доказательство цитатой; отдельно отрабатывать многошаговые задания повышенного уровня с комментированием стратегии </w:t>
            </w:r>
            <w:proofErr w:type="spellStart"/>
            <w:r w:rsidRPr="006D0601">
              <w:rPr>
                <w:sz w:val="15"/>
                <w:lang w:val="ru-RU"/>
              </w:rPr>
              <w:t>решени</w:t>
            </w:r>
            <w:proofErr w:type="spellEnd"/>
            <w:r w:rsidRPr="006D0601">
              <w:rPr>
                <w:sz w:val="15"/>
                <w:lang w:val="ru-RU"/>
              </w:rPr>
              <w:t>…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6К2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39,3%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+10,7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Писать сочинение-рассуждение по заданной </w:t>
            </w:r>
            <w:r w:rsidRPr="006D0601">
              <w:rPr>
                <w:sz w:val="15"/>
                <w:lang w:val="ru-RU"/>
              </w:rPr>
              <w:t>теме с опорой на прочитанные произведения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отрабатывать структуру письменного ответа: тезис — доказательство — пример — вывод; проводить взаимопроверку по критериям и обязательное редактирование текста; отдельно отрабатывать многошаговые задания повышенного</w:t>
            </w:r>
            <w:r w:rsidRPr="006D0601">
              <w:rPr>
                <w:sz w:val="15"/>
                <w:lang w:val="ru-RU"/>
              </w:rPr>
              <w:t xml:space="preserve"> уровня с комментированием стратеги…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65,2%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78,0%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-12,8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Выявлять основные особенности языка художественного произведения, поэтической и прозаической речи, находить основные изобразительно-выразительные средства, характерные для творческой </w:t>
            </w:r>
            <w:r w:rsidRPr="006D0601">
              <w:rPr>
                <w:sz w:val="15"/>
                <w:lang w:val="ru-RU"/>
              </w:rPr>
              <w:t>манеры…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учить сопоставлять поступок героя, авторскую позицию и художественную деталь; использовать вопросы высокого уровня и письменное доказательство цитатой.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6К4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69,6%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44,7%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+24,8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Создавать письменные высказывания разных жанров объёмом не </w:t>
            </w:r>
            <w:r w:rsidRPr="006D0601">
              <w:rPr>
                <w:sz w:val="15"/>
                <w:lang w:val="ru-RU"/>
              </w:rPr>
              <w:t>менее 70 слов; писать сочинение-рассуждение по заданной теме с опорой на прочитанные произведения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отрабатывать структуру письменного ответа: тезис — доказательство — пример — вывод; проводить взаимопроверку по критериям и обязательное редактирование текста</w:t>
            </w:r>
            <w:r w:rsidRPr="006D0601">
              <w:rPr>
                <w:sz w:val="15"/>
                <w:lang w:val="ru-RU"/>
              </w:rPr>
              <w:t>; отдельно отрабатывать многошаговые задания повышенного уровня с комментированием стратеги…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Рекомендации учителю: провести поэлементную диагностику по перечисленным умениям; распределить обучающихся на группы по типам ошибок; организовать краткий </w:t>
      </w:r>
      <w:r w:rsidRPr="006D0601">
        <w:rPr>
          <w:lang w:val="ru-RU"/>
        </w:rPr>
        <w:t>коррекционный модуль; после тренировки обеспечить самостоятельное повторное выполнение заданий без подсказки; результаты занести в индивидуальные карты динамики. Задания повышенного уровня отрабатывать отдельно, с обязательным проговариванием стратегии и п</w:t>
      </w:r>
      <w:r w:rsidRPr="006D0601">
        <w:rPr>
          <w:lang w:val="ru-RU"/>
        </w:rPr>
        <w:t>роверкой промежуточных действий.</w:t>
      </w:r>
    </w:p>
    <w:p w:rsidR="0070134D" w:rsidRPr="006D0601" w:rsidRDefault="000B6168">
      <w:pPr>
        <w:rPr>
          <w:lang w:val="ru-RU"/>
        </w:rPr>
      </w:pPr>
      <w:r w:rsidRPr="006D0601">
        <w:rPr>
          <w:lang w:val="ru-RU"/>
        </w:rPr>
        <w:br w:type="page"/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lastRenderedPageBreak/>
        <w:t>7 класс — Математика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Дата проведения: 20.04.2026. Максимальный первичный балл: 25. В школе работу выполнили 23 </w:t>
      </w:r>
      <w:proofErr w:type="gramStart"/>
      <w:r w:rsidRPr="006D0601">
        <w:rPr>
          <w:lang w:val="ru-RU"/>
        </w:rPr>
        <w:t>обучающихся</w:t>
      </w:r>
      <w:proofErr w:type="gramEnd"/>
      <w:r w:rsidRPr="006D0601">
        <w:rPr>
          <w:lang w:val="ru-RU"/>
        </w:rPr>
        <w:t>. Уровень риска: высокий.</w:t>
      </w:r>
    </w:p>
    <w:tbl>
      <w:tblPr>
        <w:tblStyle w:val="aff0"/>
        <w:tblW w:w="0" w:type="auto"/>
        <w:jc w:val="center"/>
        <w:tblLook w:val="04A0"/>
      </w:tblPr>
      <w:tblGrid>
        <w:gridCol w:w="1417"/>
        <w:gridCol w:w="907"/>
        <w:gridCol w:w="964"/>
        <w:gridCol w:w="964"/>
        <w:gridCol w:w="1020"/>
        <w:gridCol w:w="1191"/>
        <w:gridCol w:w="1020"/>
        <w:gridCol w:w="1191"/>
        <w:gridCol w:w="1020"/>
      </w:tblGrid>
      <w:tr w:rsidR="0070134D">
        <w:trPr>
          <w:tblHeader/>
          <w:jc w:val="center"/>
        </w:trPr>
        <w:tc>
          <w:tcPr>
            <w:tcW w:w="141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Уровень</w:t>
            </w:r>
            <w:proofErr w:type="spellEnd"/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отметка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Понизили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Подтверд</w:t>
            </w:r>
            <w:r>
              <w:rPr>
                <w:b/>
                <w:color w:val="FFFFFF"/>
                <w:sz w:val="17"/>
              </w:rPr>
              <w:t>или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Школа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23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87,0%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39,1%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3,26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45,9%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72,7%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27,3%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Район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822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88,7%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42,9%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3,37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48,0%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23,8%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72,3%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3,9%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ЧР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31 169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86,3%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39,8%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3,31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45,7%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22,9%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72,7%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4,4%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РФ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1 544 895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92,3%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43,9%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3,45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47,5%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19,1%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72,9%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8,0%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80"/>
        <w:ind w:firstLine="709"/>
        <w:jc w:val="both"/>
      </w:pPr>
      <w:r w:rsidRPr="006D0601">
        <w:rPr>
          <w:lang w:val="ru-RU"/>
        </w:rPr>
        <w:t xml:space="preserve">Средний результат школы — 45,9%: </w:t>
      </w:r>
      <w:r w:rsidRPr="006D0601">
        <w:rPr>
          <w:lang w:val="ru-RU"/>
        </w:rPr>
        <w:t xml:space="preserve">-2,1 </w:t>
      </w:r>
      <w:proofErr w:type="spellStart"/>
      <w:r w:rsidRPr="006D0601">
        <w:rPr>
          <w:lang w:val="ru-RU"/>
        </w:rPr>
        <w:t>п</w:t>
      </w:r>
      <w:proofErr w:type="gramStart"/>
      <w:r w:rsidRPr="006D0601">
        <w:rPr>
          <w:lang w:val="ru-RU"/>
        </w:rPr>
        <w:t>,п</w:t>
      </w:r>
      <w:proofErr w:type="spellEnd"/>
      <w:proofErr w:type="gramEnd"/>
      <w:r w:rsidRPr="006D0601">
        <w:rPr>
          <w:lang w:val="ru-RU"/>
        </w:rPr>
        <w:t xml:space="preserve">, к району, +0,3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ЧР и -1,6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РФ.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знаний</w:t>
      </w:r>
      <w:proofErr w:type="spellEnd"/>
      <w:r>
        <w:t xml:space="preserve"> — 39,1%; успеваемость — 87,0%. Заданий ниже 50% — 8 из 19, ниже 30% — 5.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8412480" cy="3878448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j_МА_7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387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>Рисунок. 7 класс, Математика: выполнение заданий</w:t>
      </w: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успешные задания</w:t>
      </w:r>
    </w:p>
    <w:tbl>
      <w:tblPr>
        <w:tblStyle w:val="aff0"/>
        <w:tblW w:w="0" w:type="auto"/>
        <w:jc w:val="center"/>
        <w:tblLook w:val="04A0"/>
      </w:tblPr>
      <w:tblGrid>
        <w:gridCol w:w="1247"/>
        <w:gridCol w:w="567"/>
        <w:gridCol w:w="850"/>
        <w:gridCol w:w="850"/>
        <w:gridCol w:w="7370"/>
      </w:tblGrid>
      <w:tr w:rsidR="0070134D">
        <w:trPr>
          <w:tblHeader/>
          <w:jc w:val="center"/>
        </w:trPr>
        <w:tc>
          <w:tcPr>
            <w:tcW w:w="124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Задание</w:t>
            </w:r>
            <w:proofErr w:type="spellEnd"/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Школа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Район</w:t>
            </w:r>
          </w:p>
        </w:tc>
        <w:tc>
          <w:tcPr>
            <w:tcW w:w="737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Проверяемое у</w:t>
            </w:r>
            <w:r>
              <w:rPr>
                <w:b/>
                <w:color w:val="FFFFFF"/>
                <w:sz w:val="17"/>
              </w:rPr>
              <w:t>мение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85,0%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Выполнять, сочетая устные и письменные приемы, арифметические действия с рациональными числами. Находить значения числовых выражений; применять разнообразные способы и приемы вычисления значений дробных выражений, </w:t>
            </w:r>
            <w:proofErr w:type="spellStart"/>
            <w:r w:rsidRPr="006D0601">
              <w:rPr>
                <w:sz w:val="17"/>
                <w:lang w:val="ru-RU"/>
              </w:rPr>
              <w:t>содер</w:t>
            </w:r>
            <w:proofErr w:type="spellEnd"/>
            <w:r w:rsidRPr="006D0601">
              <w:rPr>
                <w:sz w:val="17"/>
                <w:lang w:val="ru-RU"/>
              </w:rPr>
              <w:t>…</w:t>
            </w:r>
          </w:p>
        </w:tc>
      </w:tr>
      <w:tr w:rsidR="0070134D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 xml:space="preserve">2.1 </w:t>
            </w:r>
            <w:r>
              <w:rPr>
                <w:sz w:val="17"/>
              </w:rPr>
              <w:t>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85,3%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7"/>
                <w:lang w:val="ru-RU"/>
              </w:rPr>
              <w:t xml:space="preserve">1. Читать информацию, представленную в таблицах, на диаграммах; представлять данные в виде таблиц; строить диаграммы (столбиковые (столбчатые) и круговые) по массивам значений. </w:t>
            </w:r>
            <w:proofErr w:type="spellStart"/>
            <w:r>
              <w:rPr>
                <w:sz w:val="17"/>
              </w:rPr>
              <w:t>Описывать</w:t>
            </w:r>
            <w:proofErr w:type="spellEnd"/>
            <w:r>
              <w:rPr>
                <w:sz w:val="17"/>
              </w:rPr>
              <w:t xml:space="preserve"> и </w:t>
            </w:r>
            <w:proofErr w:type="spellStart"/>
            <w:r>
              <w:rPr>
                <w:sz w:val="17"/>
              </w:rPr>
              <w:t>интерпретировать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реальные</w:t>
            </w:r>
            <w:proofErr w:type="spellEnd"/>
            <w:r>
              <w:rPr>
                <w:sz w:val="17"/>
              </w:rPr>
              <w:t xml:space="preserve"> числ…</w:t>
            </w:r>
          </w:p>
        </w:tc>
      </w:tr>
      <w:tr w:rsidR="0070134D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2.2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71,7%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7"/>
                <w:lang w:val="ru-RU"/>
              </w:rPr>
              <w:t xml:space="preserve">2. Читать информацию, представленную в таблицах, на диаграммах; представлять данные в виде таблиц; строить диаграммы (столбиковые (столбчатые) и круговые) по массивам значений. </w:t>
            </w:r>
            <w:proofErr w:type="spellStart"/>
            <w:r>
              <w:rPr>
                <w:sz w:val="17"/>
              </w:rPr>
              <w:t>Описывать</w:t>
            </w:r>
            <w:proofErr w:type="spellEnd"/>
            <w:r>
              <w:rPr>
                <w:sz w:val="17"/>
              </w:rPr>
              <w:t xml:space="preserve"> и </w:t>
            </w:r>
            <w:proofErr w:type="spellStart"/>
            <w:r>
              <w:rPr>
                <w:sz w:val="17"/>
              </w:rPr>
              <w:t>интерпретировать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реальные</w:t>
            </w:r>
            <w:proofErr w:type="spellEnd"/>
            <w:r>
              <w:rPr>
                <w:sz w:val="17"/>
              </w:rPr>
              <w:t xml:space="preserve"> числ…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74,5%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Решать практико-ориентированные задачи, связанные с отношением величин, пропорциональностью величин, процентами; интерпретировать результаты решения задач с </w:t>
            </w:r>
            <w:r w:rsidRPr="006D0601">
              <w:rPr>
                <w:sz w:val="17"/>
                <w:lang w:val="ru-RU"/>
              </w:rPr>
              <w:lastRenderedPageBreak/>
              <w:t xml:space="preserve">учетом ограничений, связанных со свойствами рассматриваемых </w:t>
            </w:r>
            <w:proofErr w:type="gramStart"/>
            <w:r w:rsidRPr="006D0601">
              <w:rPr>
                <w:sz w:val="17"/>
                <w:lang w:val="ru-RU"/>
              </w:rPr>
              <w:t>об</w:t>
            </w:r>
            <w:proofErr w:type="gramEnd"/>
            <w:r w:rsidRPr="006D0601">
              <w:rPr>
                <w:sz w:val="17"/>
                <w:lang w:val="ru-RU"/>
              </w:rPr>
              <w:t>…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lastRenderedPageBreak/>
              <w:t>4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82,6%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78,0%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Описывать и </w:t>
            </w:r>
            <w:r w:rsidRPr="006D0601">
              <w:rPr>
                <w:sz w:val="17"/>
                <w:lang w:val="ru-RU"/>
              </w:rPr>
              <w:t>интерпретировать реальные числовые данные, представленные в таблицах, на диаграммах, графиках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сложные задания и адресные меры</w:t>
      </w:r>
    </w:p>
    <w:tbl>
      <w:tblPr>
        <w:tblStyle w:val="aff0"/>
        <w:tblW w:w="0" w:type="auto"/>
        <w:jc w:val="center"/>
        <w:tblLook w:val="04A0"/>
      </w:tblPr>
      <w:tblGrid>
        <w:gridCol w:w="964"/>
        <w:gridCol w:w="454"/>
        <w:gridCol w:w="737"/>
        <w:gridCol w:w="737"/>
        <w:gridCol w:w="737"/>
        <w:gridCol w:w="4025"/>
        <w:gridCol w:w="4252"/>
      </w:tblGrid>
      <w:tr w:rsidR="0070134D">
        <w:trPr>
          <w:tblHeader/>
          <w:jc w:val="center"/>
        </w:trPr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Задание</w:t>
            </w:r>
            <w:proofErr w:type="spellEnd"/>
          </w:p>
        </w:tc>
        <w:tc>
          <w:tcPr>
            <w:tcW w:w="4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Ур.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Школа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Район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Δ</w:t>
            </w:r>
          </w:p>
        </w:tc>
        <w:tc>
          <w:tcPr>
            <w:tcW w:w="402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Проверяемое умение</w:t>
            </w:r>
          </w:p>
        </w:tc>
        <w:tc>
          <w:tcPr>
            <w:tcW w:w="425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16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19,8%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-19,8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5"/>
                <w:lang w:val="ru-RU"/>
              </w:rPr>
              <w:t xml:space="preserve">Распознавать </w:t>
            </w:r>
            <w:r w:rsidRPr="006D0601">
              <w:rPr>
                <w:sz w:val="15"/>
                <w:lang w:val="ru-RU"/>
              </w:rPr>
              <w:t xml:space="preserve">изученные геометрические фигуры, определять их взаимное расположение, изображать геометрические фигуры, выполнять чертежи по условию задачи. </w:t>
            </w:r>
            <w:proofErr w:type="spellStart"/>
            <w:r>
              <w:rPr>
                <w:sz w:val="15"/>
              </w:rPr>
              <w:t>Измерять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линейные</w:t>
            </w:r>
            <w:proofErr w:type="spellEnd"/>
            <w:r>
              <w:rPr>
                <w:sz w:val="15"/>
              </w:rPr>
              <w:t xml:space="preserve"> и </w:t>
            </w:r>
            <w:proofErr w:type="spellStart"/>
            <w:r>
              <w:rPr>
                <w:sz w:val="15"/>
              </w:rPr>
              <w:t>угловые</w:t>
            </w:r>
            <w:proofErr w:type="spellEnd"/>
            <w:r>
              <w:rPr>
                <w:sz w:val="15"/>
              </w:rPr>
              <w:t xml:space="preserve"> величин…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учить переводить условие в схему, таблицу или краткую запись и проверять смысл</w:t>
            </w:r>
            <w:r w:rsidRPr="006D0601">
              <w:rPr>
                <w:sz w:val="15"/>
                <w:lang w:val="ru-RU"/>
              </w:rPr>
              <w:t xml:space="preserve"> полученного ответа; разбирать типичные ошибочные стратегии и давать аналогичное задание для повторного выполнения.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17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2,2%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13,9%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-11,8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включить задания аналогичного типа </w:t>
            </w:r>
            <w:r w:rsidRPr="006D0601">
              <w:rPr>
                <w:sz w:val="15"/>
                <w:lang w:val="ru-RU"/>
              </w:rPr>
              <w:t>в текущее и тематическое повторение; провести разбор типичных ошибок, затем повторное выполнение с фиксацией индивидуальной динамики; отдельно отрабатывать многошаговые задания повышенного уровня с комментированием…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15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4,3%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21,0%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-16,6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Решать </w:t>
            </w:r>
            <w:r w:rsidRPr="006D0601">
              <w:rPr>
                <w:sz w:val="15"/>
                <w:lang w:val="ru-RU"/>
              </w:rPr>
              <w:t xml:space="preserve">практико-ориентированные задачи, связанные с отношением величин, пропорциональностью величин, процентами; интерпретировать результаты решения задач с учетом ограничений, связанных </w:t>
            </w:r>
            <w:proofErr w:type="gramStart"/>
            <w:r w:rsidRPr="006D0601">
              <w:rPr>
                <w:sz w:val="15"/>
                <w:lang w:val="ru-RU"/>
              </w:rPr>
              <w:t>со</w:t>
            </w:r>
            <w:proofErr w:type="gramEnd"/>
            <w:r w:rsidRPr="006D0601">
              <w:rPr>
                <w:sz w:val="15"/>
                <w:lang w:val="ru-RU"/>
              </w:rPr>
              <w:t>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учить переводить условие в схему, таблицу или краткую запись и проверять</w:t>
            </w:r>
            <w:r w:rsidRPr="006D0601">
              <w:rPr>
                <w:sz w:val="15"/>
                <w:lang w:val="ru-RU"/>
              </w:rPr>
              <w:t xml:space="preserve"> смысл полученного ответа; разбирать типичные ошибочные стратегии и давать аналогичное задание для повторного выполнения; отдельно отрабатывать многошаговые задания повышенного…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14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6,5%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36,6%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-30,0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5"/>
                <w:lang w:val="ru-RU"/>
              </w:rPr>
              <w:t>Распознавать изученные геометрические фигуры,</w:t>
            </w:r>
            <w:r w:rsidRPr="006D0601">
              <w:rPr>
                <w:sz w:val="15"/>
                <w:lang w:val="ru-RU"/>
              </w:rPr>
              <w:t xml:space="preserve"> определять их взаимное расположение, изображать геометрические фигуры, выполнять чертежи по условию задачи. </w:t>
            </w:r>
            <w:proofErr w:type="spellStart"/>
            <w:r>
              <w:rPr>
                <w:sz w:val="15"/>
              </w:rPr>
              <w:t>Измерять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линейные</w:t>
            </w:r>
            <w:proofErr w:type="spellEnd"/>
            <w:r>
              <w:rPr>
                <w:sz w:val="15"/>
              </w:rPr>
              <w:t xml:space="preserve"> и </w:t>
            </w:r>
            <w:proofErr w:type="spellStart"/>
            <w:r>
              <w:rPr>
                <w:sz w:val="15"/>
              </w:rPr>
              <w:t>угловые</w:t>
            </w:r>
            <w:proofErr w:type="spellEnd"/>
            <w:r>
              <w:rPr>
                <w:sz w:val="15"/>
              </w:rPr>
              <w:t xml:space="preserve"> величин…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учить переводить условие в схему, таблицу или краткую запись и проверять смысл полученного ответа; разбирать т</w:t>
            </w:r>
            <w:r w:rsidRPr="006D0601">
              <w:rPr>
                <w:sz w:val="15"/>
                <w:lang w:val="ru-RU"/>
              </w:rPr>
              <w:t>ипичные ошибочные стратегии и давать аналогичное задание для повторного выполнения.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13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28,3%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40,8%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-12,6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Решать практико-ориентированные задачи, связанные с отношением величин, пропорциональностью величин, процентами; интерпретировать </w:t>
            </w:r>
            <w:r w:rsidRPr="006D0601">
              <w:rPr>
                <w:sz w:val="15"/>
                <w:lang w:val="ru-RU"/>
              </w:rPr>
              <w:t xml:space="preserve">результаты решения задач с учетом ограничений, связанных </w:t>
            </w:r>
            <w:proofErr w:type="gramStart"/>
            <w:r w:rsidRPr="006D0601">
              <w:rPr>
                <w:sz w:val="15"/>
                <w:lang w:val="ru-RU"/>
              </w:rPr>
              <w:t>со</w:t>
            </w:r>
            <w:proofErr w:type="gramEnd"/>
            <w:r w:rsidRPr="006D0601">
              <w:rPr>
                <w:sz w:val="15"/>
                <w:lang w:val="ru-RU"/>
              </w:rPr>
              <w:t>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учить переводить условие в схему, таблицу или краткую запись и проверять смысл полученного ответа; разбирать типичные ошибочные стратегии и давать аналогичное задание для повторного выполнения.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12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34,8%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40,4%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-5,6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закрепить алгоритмы преобразования выражений и решения уравнений; обязать обучающихся выполнять проверку подстановкой и проговаривать каждый </w:t>
            </w:r>
            <w:r w:rsidRPr="006D0601">
              <w:rPr>
                <w:sz w:val="15"/>
                <w:lang w:val="ru-RU"/>
              </w:rPr>
              <w:t>шаг.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10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43,5%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50,6%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-7,1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Находить значения буквенных выражений при заданных значениях переменных. Выполнять преобразования целого выражения в многочлен приведением подобных слагаемых, раскрытием скобок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закрепить алгоритмы преобразования </w:t>
            </w:r>
            <w:r w:rsidRPr="006D0601">
              <w:rPr>
                <w:sz w:val="15"/>
                <w:lang w:val="ru-RU"/>
              </w:rPr>
              <w:t>выражений и решения уравнений; обязать обучающихся выполнять проверку подстановкой и проговаривать каждый шаг.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Рекомендации учителю: провести поэлементную диагностику по перечисленным умениям; распределить обучающихся на группы по типам ошибок; организовать краткий коррекционный модуль; после тренировки обеспечить самостоятельное повторное выполнение заданий без по</w:t>
      </w:r>
      <w:r w:rsidRPr="006D0601">
        <w:rPr>
          <w:lang w:val="ru-RU"/>
        </w:rPr>
        <w:t xml:space="preserve">дсказки; результаты занести в индивидуальные </w:t>
      </w:r>
      <w:r w:rsidRPr="006D0601">
        <w:rPr>
          <w:lang w:val="ru-RU"/>
        </w:rPr>
        <w:lastRenderedPageBreak/>
        <w:t>карты динамики. Задания повышенного уровня отрабатывать отдельно, с обязательным проговариванием стратегии и проверкой промежуточных действий.</w:t>
      </w:r>
    </w:p>
    <w:p w:rsidR="0070134D" w:rsidRPr="006D0601" w:rsidRDefault="000B6168">
      <w:pPr>
        <w:rPr>
          <w:lang w:val="ru-RU"/>
        </w:rPr>
      </w:pPr>
      <w:r w:rsidRPr="006D0601">
        <w:rPr>
          <w:lang w:val="ru-RU"/>
        </w:rPr>
        <w:br w:type="page"/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lastRenderedPageBreak/>
        <w:t>7 класс — Русский язык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Дата проведения: 20.04.2026. Максимальный п</w:t>
      </w:r>
      <w:r w:rsidRPr="006D0601">
        <w:rPr>
          <w:lang w:val="ru-RU"/>
        </w:rPr>
        <w:t xml:space="preserve">ервичный балл: 23. В школе работу выполнили 23 </w:t>
      </w:r>
      <w:proofErr w:type="gramStart"/>
      <w:r w:rsidRPr="006D0601">
        <w:rPr>
          <w:lang w:val="ru-RU"/>
        </w:rPr>
        <w:t>обучающихся</w:t>
      </w:r>
      <w:proofErr w:type="gramEnd"/>
      <w:r w:rsidRPr="006D0601">
        <w:rPr>
          <w:lang w:val="ru-RU"/>
        </w:rPr>
        <w:t>. Уровень риска: высокий.</w:t>
      </w:r>
    </w:p>
    <w:tbl>
      <w:tblPr>
        <w:tblStyle w:val="aff0"/>
        <w:tblW w:w="0" w:type="auto"/>
        <w:jc w:val="center"/>
        <w:tblLook w:val="04A0"/>
      </w:tblPr>
      <w:tblGrid>
        <w:gridCol w:w="1417"/>
        <w:gridCol w:w="907"/>
        <w:gridCol w:w="964"/>
        <w:gridCol w:w="964"/>
        <w:gridCol w:w="1020"/>
        <w:gridCol w:w="1191"/>
        <w:gridCol w:w="1020"/>
        <w:gridCol w:w="1191"/>
        <w:gridCol w:w="1020"/>
      </w:tblGrid>
      <w:tr w:rsidR="0070134D">
        <w:trPr>
          <w:tblHeader/>
          <w:jc w:val="center"/>
        </w:trPr>
        <w:tc>
          <w:tcPr>
            <w:tcW w:w="141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Уровень</w:t>
            </w:r>
            <w:proofErr w:type="spellEnd"/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отметка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Понизили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Подтвердили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Школа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23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87,0%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30,4%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3,17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53,1%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17,4%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78,3%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4,3%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Район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822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88,8%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44,5%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3,40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57,9%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26,6%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70,3%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3,2%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ЧР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31 247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85,9%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40,5%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3,32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56,3%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26,1%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70,2%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3,7%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РФ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1 637 238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89,7%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51,4%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3,58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60,5%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18,7%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69,6%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11,7%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80"/>
        <w:ind w:firstLine="709"/>
        <w:jc w:val="both"/>
      </w:pPr>
      <w:r w:rsidRPr="006D0601">
        <w:rPr>
          <w:lang w:val="ru-RU"/>
        </w:rPr>
        <w:t xml:space="preserve">Средний результат школы — 53,1%: -4,8 </w:t>
      </w:r>
      <w:proofErr w:type="spellStart"/>
      <w:r w:rsidRPr="006D0601">
        <w:rPr>
          <w:lang w:val="ru-RU"/>
        </w:rPr>
        <w:t>п</w:t>
      </w:r>
      <w:proofErr w:type="gramStart"/>
      <w:r w:rsidRPr="006D0601">
        <w:rPr>
          <w:lang w:val="ru-RU"/>
        </w:rPr>
        <w:t>,п</w:t>
      </w:r>
      <w:proofErr w:type="spellEnd"/>
      <w:proofErr w:type="gramEnd"/>
      <w:r w:rsidRPr="006D0601">
        <w:rPr>
          <w:lang w:val="ru-RU"/>
        </w:rPr>
        <w:t xml:space="preserve">, к району, -3,2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ЧР и -7,4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РФ.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знаний</w:t>
      </w:r>
      <w:proofErr w:type="spellEnd"/>
      <w:r>
        <w:t xml:space="preserve"> — 30,4%; успеваемость — </w:t>
      </w:r>
      <w:r>
        <w:t>87,0%. Заданий ниже 50% — 6 из 13, ниже 30% — 1.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8412480" cy="3878448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j_РУ_7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387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>Рисунок. 7 класс, Русский язык: выполнение заданий</w:t>
      </w:r>
    </w:p>
    <w:p w:rsidR="0070134D" w:rsidRDefault="000B6168">
      <w:pPr>
        <w:pStyle w:val="21"/>
      </w:pPr>
      <w:proofErr w:type="spellStart"/>
      <w:r>
        <w:t>Наиболее</w:t>
      </w:r>
      <w:proofErr w:type="spellEnd"/>
      <w:r>
        <w:t xml:space="preserve"> </w:t>
      </w:r>
      <w:proofErr w:type="spellStart"/>
      <w:r>
        <w:t>успешные</w:t>
      </w:r>
      <w:proofErr w:type="spellEnd"/>
      <w:r>
        <w:t xml:space="preserve"> </w:t>
      </w:r>
      <w:proofErr w:type="spellStart"/>
      <w:r>
        <w:t>задания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1247"/>
        <w:gridCol w:w="567"/>
        <w:gridCol w:w="850"/>
        <w:gridCol w:w="850"/>
        <w:gridCol w:w="7370"/>
      </w:tblGrid>
      <w:tr w:rsidR="0070134D">
        <w:trPr>
          <w:tblHeader/>
          <w:jc w:val="center"/>
        </w:trPr>
        <w:tc>
          <w:tcPr>
            <w:tcW w:w="124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Задание</w:t>
            </w:r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Школа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Район</w:t>
            </w:r>
          </w:p>
        </w:tc>
        <w:tc>
          <w:tcPr>
            <w:tcW w:w="737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Проверяемое умение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3.1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78,3%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76,5%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1. Распознавать лексическое значение многозначного слова с </w:t>
            </w:r>
            <w:r w:rsidRPr="006D0601">
              <w:rPr>
                <w:sz w:val="17"/>
                <w:lang w:val="ru-RU"/>
              </w:rPr>
              <w:t>опорой на контекст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 (2б)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76,1%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71,5%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Работать с текстом: проводить смысловой анализ текста, использовать способы информационной переработки текста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1K3 (2б)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71,7%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78,6%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Соблюдать на письме нормы современного русского литературного языка во время </w:t>
            </w:r>
            <w:r w:rsidRPr="006D0601">
              <w:rPr>
                <w:sz w:val="17"/>
                <w:lang w:val="ru-RU"/>
              </w:rPr>
              <w:t>списывания текста объемом 110–120 слов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1K2 (3б)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62,3%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49,4%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7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объемом 110–120 слов, составленного с учетом ранее изученных правил правописания (в </w:t>
            </w:r>
            <w:r w:rsidRPr="006D0601">
              <w:rPr>
                <w:sz w:val="17"/>
                <w:lang w:val="ru-RU"/>
              </w:rPr>
              <w:t xml:space="preserve">том числе содержащего </w:t>
            </w:r>
            <w:proofErr w:type="spellStart"/>
            <w:r w:rsidRPr="006D0601">
              <w:rPr>
                <w:sz w:val="17"/>
                <w:lang w:val="ru-RU"/>
              </w:rPr>
              <w:t>изуче</w:t>
            </w:r>
            <w:proofErr w:type="spellEnd"/>
            <w:r w:rsidRPr="006D0601">
              <w:rPr>
                <w:sz w:val="17"/>
                <w:lang w:val="ru-RU"/>
              </w:rPr>
              <w:t>…</w:t>
            </w:r>
            <w:proofErr w:type="gramEnd"/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1K1 (4б)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60,9%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57,1%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7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объемом 110–120 слов, составленного с учетом ранее изученных правил </w:t>
            </w:r>
            <w:r w:rsidRPr="006D0601">
              <w:rPr>
                <w:sz w:val="17"/>
                <w:lang w:val="ru-RU"/>
              </w:rPr>
              <w:lastRenderedPageBreak/>
              <w:t xml:space="preserve">правописания (в том числе </w:t>
            </w:r>
            <w:r w:rsidRPr="006D0601">
              <w:rPr>
                <w:sz w:val="17"/>
                <w:lang w:val="ru-RU"/>
              </w:rPr>
              <w:t xml:space="preserve">содержащего </w:t>
            </w:r>
            <w:proofErr w:type="spellStart"/>
            <w:r w:rsidRPr="006D0601">
              <w:rPr>
                <w:sz w:val="17"/>
                <w:lang w:val="ru-RU"/>
              </w:rPr>
              <w:t>изуче</w:t>
            </w:r>
            <w:proofErr w:type="spellEnd"/>
            <w:r w:rsidRPr="006D0601">
              <w:rPr>
                <w:sz w:val="17"/>
                <w:lang w:val="ru-RU"/>
              </w:rPr>
              <w:t>…</w:t>
            </w:r>
            <w:proofErr w:type="gramEnd"/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сложные задания и адресные меры</w:t>
      </w:r>
    </w:p>
    <w:tbl>
      <w:tblPr>
        <w:tblStyle w:val="aff0"/>
        <w:tblW w:w="0" w:type="auto"/>
        <w:jc w:val="center"/>
        <w:tblLook w:val="04A0"/>
      </w:tblPr>
      <w:tblGrid>
        <w:gridCol w:w="964"/>
        <w:gridCol w:w="454"/>
        <w:gridCol w:w="737"/>
        <w:gridCol w:w="737"/>
        <w:gridCol w:w="737"/>
        <w:gridCol w:w="4025"/>
        <w:gridCol w:w="4252"/>
      </w:tblGrid>
      <w:tr w:rsidR="0070134D">
        <w:trPr>
          <w:tblHeader/>
          <w:jc w:val="center"/>
        </w:trPr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Задание</w:t>
            </w:r>
            <w:proofErr w:type="spellEnd"/>
          </w:p>
        </w:tc>
        <w:tc>
          <w:tcPr>
            <w:tcW w:w="4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Ур.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Школа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Район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Δ</w:t>
            </w:r>
          </w:p>
        </w:tc>
        <w:tc>
          <w:tcPr>
            <w:tcW w:w="402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Проверяемое умение</w:t>
            </w:r>
          </w:p>
        </w:tc>
        <w:tc>
          <w:tcPr>
            <w:tcW w:w="425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 (3б)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27,5%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44,4%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-16,8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Проводить морфологический анализ причастий, деепричастий, наречий, предлогов, союзов, частиц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ввести алгоритмы морфологического распознавания и таблицы грамматических признаков; проводить еженедельные мини-диагностики на классификацию частей речи.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7.1 (1б)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30,4%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65,6%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-35,1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1. Правильно расставлять знаки препинания в предложениях с </w:t>
            </w:r>
            <w:r w:rsidRPr="006D0601">
              <w:rPr>
                <w:sz w:val="15"/>
                <w:lang w:val="ru-RU"/>
              </w:rPr>
              <w:t>причастным оборотом, правильно расставлять знаки препинания в предложениях с одиночным деепричастием и деепричастным оборотом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ввести алгоритмы морфологического распознавания и таблицы грамматических признаков; проводить еженедельные мини-диагностики на кла</w:t>
            </w:r>
            <w:r w:rsidRPr="006D0601">
              <w:rPr>
                <w:sz w:val="15"/>
                <w:lang w:val="ru-RU"/>
              </w:rPr>
              <w:t>ссификацию частей речи.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7.2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30,4%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42,8%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-12,4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2. Проводить пунктуационный анализ предложения с причастным оборотом (в рамках изученного), проводить пунктуационный анализ предложения с деепричастным оборотом (в рамках изученного)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организовать </w:t>
            </w:r>
            <w:proofErr w:type="spellStart"/>
            <w:r w:rsidRPr="006D0601">
              <w:rPr>
                <w:sz w:val="15"/>
                <w:lang w:val="ru-RU"/>
              </w:rPr>
              <w:t>орфографико-пунктуационный</w:t>
            </w:r>
            <w:proofErr w:type="spellEnd"/>
            <w:r w:rsidRPr="006D0601">
              <w:rPr>
                <w:sz w:val="15"/>
                <w:lang w:val="ru-RU"/>
              </w:rPr>
              <w:t xml:space="preserve"> практикум с комментированным письмом; вести индивидуальные карты типичных ошибок и повторную проверку через 7–10 дней.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6.2 (1б)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34,8%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56,6%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-21,8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5"/>
              </w:rPr>
              <w:t>2. Соблюдать правила правописания союзов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организовать </w:t>
            </w:r>
            <w:proofErr w:type="spellStart"/>
            <w:r w:rsidRPr="006D0601">
              <w:rPr>
                <w:sz w:val="15"/>
                <w:lang w:val="ru-RU"/>
              </w:rPr>
              <w:t>орфографико-пунктуационный</w:t>
            </w:r>
            <w:proofErr w:type="spellEnd"/>
            <w:r w:rsidRPr="006D0601">
              <w:rPr>
                <w:sz w:val="15"/>
                <w:lang w:val="ru-RU"/>
              </w:rPr>
              <w:t xml:space="preserve"> практикум с комментированным письмом; вести индивидуальные карты типичных ошибок и повторную проверку через 7–10 дней.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5.2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39,1%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55,6%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-16,5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2. Соблюдать правила правописания производных предлогов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организовать </w:t>
            </w:r>
            <w:proofErr w:type="spellStart"/>
            <w:r w:rsidRPr="006D0601">
              <w:rPr>
                <w:sz w:val="15"/>
                <w:lang w:val="ru-RU"/>
              </w:rPr>
              <w:t>орфографико-пунктуационный</w:t>
            </w:r>
            <w:proofErr w:type="spellEnd"/>
            <w:r w:rsidRPr="006D0601">
              <w:rPr>
                <w:sz w:val="15"/>
                <w:lang w:val="ru-RU"/>
              </w:rPr>
              <w:t xml:space="preserve"> практикум с комментированным письмом; вести индивидуальные карты типичных ошибок и повторную проверку через 7–10 дней.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6.1 (1б)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43,5%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66,9%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-23,4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1. Различать разряды союзов по значению, строению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включить задания </w:t>
            </w:r>
            <w:r w:rsidRPr="006D0601">
              <w:rPr>
                <w:sz w:val="15"/>
                <w:lang w:val="ru-RU"/>
              </w:rPr>
              <w:t>аналогичного типа в текущее и тематическое повторение; провести разбор типичных ошибок, затем повторное выполнение с фиксацией индивидуальной динамики.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3.2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46,6%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+3,4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2. Использовать многозначное слово в другом значении в самостоятельно </w:t>
            </w:r>
            <w:r w:rsidRPr="006D0601">
              <w:rPr>
                <w:sz w:val="15"/>
                <w:lang w:val="ru-RU"/>
              </w:rPr>
              <w:t>составленном и оформленном на письме речевом высказывании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отрабатывать морфемный разбор на группах однокоренных слов; сопоставлять словообразовательные модели и проверять объяснение выбора морфем.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Рекомендации учителю: провести поэлементную диагностику </w:t>
      </w:r>
      <w:r w:rsidRPr="006D0601">
        <w:rPr>
          <w:lang w:val="ru-RU"/>
        </w:rPr>
        <w:t>по перечисленным умениям; распределить обучающихся на группы по типам ошибок; организовать краткий коррекционный модуль; после тренировки обеспечить самостоятельное повторное выполнение заданий без подсказки; результаты занести в индивидуальные карты динам</w:t>
      </w:r>
      <w:r w:rsidRPr="006D0601">
        <w:rPr>
          <w:lang w:val="ru-RU"/>
        </w:rPr>
        <w:t>ики. Задания повышенного уровня отрабатывать отдельно, с обязательным проговариванием стратегии и проверкой промежуточных действий.</w:t>
      </w:r>
    </w:p>
    <w:p w:rsidR="0070134D" w:rsidRPr="006D0601" w:rsidRDefault="000B6168">
      <w:pPr>
        <w:rPr>
          <w:lang w:val="ru-RU"/>
        </w:rPr>
      </w:pPr>
      <w:r w:rsidRPr="006D0601">
        <w:rPr>
          <w:lang w:val="ru-RU"/>
        </w:rPr>
        <w:br w:type="page"/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lastRenderedPageBreak/>
        <w:t>8 класс — Английский язык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Дата проведения: 20.04.2026. Максимальный первичный балл: 25. В школе работу выполнили 15 </w:t>
      </w:r>
      <w:proofErr w:type="gramStart"/>
      <w:r w:rsidRPr="006D0601">
        <w:rPr>
          <w:lang w:val="ru-RU"/>
        </w:rPr>
        <w:t>обучаю</w:t>
      </w:r>
      <w:r w:rsidRPr="006D0601">
        <w:rPr>
          <w:lang w:val="ru-RU"/>
        </w:rPr>
        <w:t>щихся</w:t>
      </w:r>
      <w:proofErr w:type="gramEnd"/>
      <w:r w:rsidRPr="006D0601">
        <w:rPr>
          <w:lang w:val="ru-RU"/>
        </w:rPr>
        <w:t>. Уровень риска: умеренный.</w:t>
      </w:r>
    </w:p>
    <w:tbl>
      <w:tblPr>
        <w:tblStyle w:val="aff0"/>
        <w:tblW w:w="0" w:type="auto"/>
        <w:jc w:val="center"/>
        <w:tblLook w:val="04A0"/>
      </w:tblPr>
      <w:tblGrid>
        <w:gridCol w:w="1417"/>
        <w:gridCol w:w="907"/>
        <w:gridCol w:w="964"/>
        <w:gridCol w:w="964"/>
        <w:gridCol w:w="1020"/>
        <w:gridCol w:w="1191"/>
        <w:gridCol w:w="1020"/>
        <w:gridCol w:w="1191"/>
        <w:gridCol w:w="1020"/>
      </w:tblGrid>
      <w:tr w:rsidR="0070134D">
        <w:trPr>
          <w:tblHeader/>
          <w:jc w:val="center"/>
        </w:trPr>
        <w:tc>
          <w:tcPr>
            <w:tcW w:w="141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Уровень</w:t>
            </w:r>
            <w:proofErr w:type="spellEnd"/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отметка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Понизили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Подтвердили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Школа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15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93,3%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33,3%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3,27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56,3%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Район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331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91,8%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43,5%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3,42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54,8%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24,7%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72,3%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3,0%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ЧР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7 996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87,4%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38,8%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3,31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54,1%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27,7%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68,8%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3,4%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РФ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350 804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92,7%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57,4%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3,68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62,8%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24,7%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67,0%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8,2%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80"/>
        <w:ind w:firstLine="709"/>
        <w:jc w:val="both"/>
      </w:pPr>
      <w:r w:rsidRPr="006D0601">
        <w:rPr>
          <w:lang w:val="ru-RU"/>
        </w:rPr>
        <w:t xml:space="preserve">Средний результат школы — 56,3%: +1,4 </w:t>
      </w:r>
      <w:proofErr w:type="spellStart"/>
      <w:r w:rsidRPr="006D0601">
        <w:rPr>
          <w:lang w:val="ru-RU"/>
        </w:rPr>
        <w:t>п</w:t>
      </w:r>
      <w:proofErr w:type="gramStart"/>
      <w:r w:rsidRPr="006D0601">
        <w:rPr>
          <w:lang w:val="ru-RU"/>
        </w:rPr>
        <w:t>,п</w:t>
      </w:r>
      <w:proofErr w:type="spellEnd"/>
      <w:proofErr w:type="gramEnd"/>
      <w:r w:rsidRPr="006D0601">
        <w:rPr>
          <w:lang w:val="ru-RU"/>
        </w:rPr>
        <w:t xml:space="preserve">, к району, +2,2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ЧР и -6,5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РФ.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знаний</w:t>
      </w:r>
      <w:proofErr w:type="spellEnd"/>
      <w:r>
        <w:t xml:space="preserve"> — 33,3%; успеваемость — 93,3%. Заданий ниже 50% — 2 из 7, ниже 30% — 0.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8412480" cy="3878448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j_АЯ_8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387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 xml:space="preserve">Рисунок. </w:t>
      </w:r>
      <w:r w:rsidRPr="006D0601">
        <w:rPr>
          <w:i/>
          <w:sz w:val="22"/>
          <w:lang w:val="ru-RU"/>
        </w:rPr>
        <w:t>8 класс, Английский язык: выполнение заданий</w:t>
      </w:r>
    </w:p>
    <w:p w:rsidR="0070134D" w:rsidRDefault="000B6168">
      <w:pPr>
        <w:pStyle w:val="21"/>
      </w:pPr>
      <w:proofErr w:type="spellStart"/>
      <w:r>
        <w:t>Наиболее</w:t>
      </w:r>
      <w:proofErr w:type="spellEnd"/>
      <w:r>
        <w:t xml:space="preserve"> </w:t>
      </w:r>
      <w:proofErr w:type="spellStart"/>
      <w:r>
        <w:t>успешные</w:t>
      </w:r>
      <w:proofErr w:type="spellEnd"/>
      <w:r>
        <w:t xml:space="preserve"> </w:t>
      </w:r>
      <w:proofErr w:type="spellStart"/>
      <w:r>
        <w:t>задания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1247"/>
        <w:gridCol w:w="567"/>
        <w:gridCol w:w="850"/>
        <w:gridCol w:w="850"/>
        <w:gridCol w:w="7370"/>
      </w:tblGrid>
      <w:tr w:rsidR="0070134D">
        <w:trPr>
          <w:tblHeader/>
          <w:jc w:val="center"/>
        </w:trPr>
        <w:tc>
          <w:tcPr>
            <w:tcW w:w="124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Задание</w:t>
            </w:r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Школа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Район</w:t>
            </w:r>
          </w:p>
        </w:tc>
        <w:tc>
          <w:tcPr>
            <w:tcW w:w="737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Проверяемое умение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4К1 (3б)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73,3%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45,8%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 (5б)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61,3%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67,2%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Воспринимать на слух и понимать несложные адаптированные аутентичные тексты, содержащие отдельные незнакомые слова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4К2 (2б)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44,1%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Правильно использовать средства логической связи; структурно оформлять текст в соответствии с </w:t>
            </w:r>
            <w:r w:rsidRPr="006D0601">
              <w:rPr>
                <w:sz w:val="17"/>
                <w:lang w:val="ru-RU"/>
              </w:rPr>
              <w:t>нормами письменного этикета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 (5б)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57,3%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66,5%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запрашиваемой информации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4К4 (2б)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31,7%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Владеть орфографическими </w:t>
            </w:r>
            <w:r w:rsidRPr="006D0601">
              <w:rPr>
                <w:sz w:val="17"/>
                <w:lang w:val="ru-RU"/>
              </w:rPr>
              <w:t>навыками: правильно писать изученные слова, пунктуационно правильно оформлять электронное сообщение личного характера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сложные задания и адресные меры</w:t>
      </w:r>
    </w:p>
    <w:tbl>
      <w:tblPr>
        <w:tblStyle w:val="aff0"/>
        <w:tblW w:w="0" w:type="auto"/>
        <w:jc w:val="center"/>
        <w:tblLook w:val="04A0"/>
      </w:tblPr>
      <w:tblGrid>
        <w:gridCol w:w="964"/>
        <w:gridCol w:w="454"/>
        <w:gridCol w:w="737"/>
        <w:gridCol w:w="737"/>
        <w:gridCol w:w="737"/>
        <w:gridCol w:w="4025"/>
        <w:gridCol w:w="4252"/>
      </w:tblGrid>
      <w:tr w:rsidR="0070134D">
        <w:trPr>
          <w:tblHeader/>
          <w:jc w:val="center"/>
        </w:trPr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Задание</w:t>
            </w:r>
            <w:proofErr w:type="spellEnd"/>
          </w:p>
        </w:tc>
        <w:tc>
          <w:tcPr>
            <w:tcW w:w="4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Ур.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Школа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Район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Δ</w:t>
            </w:r>
          </w:p>
        </w:tc>
        <w:tc>
          <w:tcPr>
            <w:tcW w:w="402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Проверяемое умение</w:t>
            </w:r>
          </w:p>
        </w:tc>
        <w:tc>
          <w:tcPr>
            <w:tcW w:w="425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4К3 (3б)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42,2%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30,8%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+11,4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Правильное лексико-грамматическое оформление текста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отрабатывать просмотровое и поисковое чтение, выделение ключевой информации; вводить задания на доказательство ответа фрагментом текста.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 (5б)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49,3%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64,1%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-14,8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Оперировать языковыми </w:t>
            </w:r>
            <w:r w:rsidRPr="006D0601">
              <w:rPr>
                <w:sz w:val="15"/>
                <w:lang w:val="ru-RU"/>
              </w:rPr>
              <w:t xml:space="preserve">средствами в </w:t>
            </w:r>
            <w:proofErr w:type="spellStart"/>
            <w:r w:rsidRPr="006D0601">
              <w:rPr>
                <w:sz w:val="15"/>
                <w:lang w:val="ru-RU"/>
              </w:rPr>
              <w:t>коммуникативно</w:t>
            </w:r>
            <w:proofErr w:type="spellEnd"/>
            <w:r w:rsidRPr="006D0601">
              <w:rPr>
                <w:sz w:val="15"/>
                <w:lang w:val="ru-RU"/>
              </w:rPr>
              <w:t xml:space="preserve"> значимом контексте: грамматические формы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отрабатывать просмотровое и поисковое чтение, выделение ключевой информации; вводить задания на доказательство ответа фрагментом текста.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4К4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31,7%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+18,3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Владеть </w:t>
            </w:r>
            <w:r w:rsidRPr="006D0601">
              <w:rPr>
                <w:sz w:val="15"/>
                <w:lang w:val="ru-RU"/>
              </w:rPr>
              <w:t>орфографическими навыками: правильно писать изученные слова, пунктуационно правильно оформлять электронное сообщение личного характера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включать задания данного формата в каждую тематическую работу; проводить коррекцию с повторной диагностикой через две нед</w:t>
            </w:r>
            <w:r w:rsidRPr="006D0601">
              <w:rPr>
                <w:sz w:val="15"/>
                <w:lang w:val="ru-RU"/>
              </w:rPr>
              <w:t>ели.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 (5б)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57,3%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66,5%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-9,2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запрашиваемой информации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отрабатывать просмотровое и поисковое чтение, выделение ключевой </w:t>
            </w:r>
            <w:r w:rsidRPr="006D0601">
              <w:rPr>
                <w:sz w:val="15"/>
                <w:lang w:val="ru-RU"/>
              </w:rPr>
              <w:t>информации; вводить задания на доказательство ответа фрагментом текста.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4К2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44,1%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+15,9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Правильно использовать средства логической связи; структурно оформлять текст в соответствии с нормами письменного этикета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отрабатывать просмотровое и</w:t>
            </w:r>
            <w:r w:rsidRPr="006D0601">
              <w:rPr>
                <w:sz w:val="15"/>
                <w:lang w:val="ru-RU"/>
              </w:rPr>
              <w:t xml:space="preserve"> поисковое чтение, выделение ключевой информации; вводить задания на доказательство ответа фрагментом текста.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 (5б)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61,3%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67,2%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-5,9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Воспринимать на слух и понимать несложные адаптированные аутентичные тексты, содержащие отдельные незнакомые слова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проводить короткие тренировки </w:t>
            </w:r>
            <w:proofErr w:type="spellStart"/>
            <w:r w:rsidRPr="006D0601">
              <w:rPr>
                <w:sz w:val="15"/>
                <w:lang w:val="ru-RU"/>
              </w:rPr>
              <w:t>аудирования</w:t>
            </w:r>
            <w:proofErr w:type="spellEnd"/>
            <w:r w:rsidRPr="006D0601">
              <w:rPr>
                <w:sz w:val="15"/>
                <w:lang w:val="ru-RU"/>
              </w:rPr>
              <w:t xml:space="preserve"> с двухэтапным прослушиванием; учить фиксировать ключевые слова и проверять ответ по контексту.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4К1 (3б)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73,3%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45,8%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+27,5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Писать электронное сообщение личного характера, соблюдая речевой этикет, принятый в</w:t>
            </w:r>
            <w:r w:rsidRPr="006D0601">
              <w:rPr>
                <w:sz w:val="15"/>
                <w:lang w:val="ru-RU"/>
              </w:rPr>
              <w:t xml:space="preserve"> стране (странах) изучаемого языка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включать задания данного формата в каждую тематическую работу; проводить коррекцию с повторной диагностикой через две недели.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Рекомендации учителю: провести поэлементную диагностику по перечисленным умениям; </w:t>
      </w:r>
      <w:r w:rsidRPr="006D0601">
        <w:rPr>
          <w:lang w:val="ru-RU"/>
        </w:rPr>
        <w:t>распределить обучающихся на группы по типам ошибок; организовать краткий коррекционный модуль; после тренировки обеспечить самостоятельное повторное выполнение заданий без подсказки; результаты занести в индивидуальные карты динамики. Задания повышенного у</w:t>
      </w:r>
      <w:r w:rsidRPr="006D0601">
        <w:rPr>
          <w:lang w:val="ru-RU"/>
        </w:rPr>
        <w:t>ровня отрабатывать отдельно, с обязательным проговариванием стратегии и проверкой промежуточных действий.</w:t>
      </w:r>
    </w:p>
    <w:p w:rsidR="0070134D" w:rsidRPr="006D0601" w:rsidRDefault="000B6168">
      <w:pPr>
        <w:rPr>
          <w:lang w:val="ru-RU"/>
        </w:rPr>
      </w:pPr>
      <w:r w:rsidRPr="006D0601">
        <w:rPr>
          <w:lang w:val="ru-RU"/>
        </w:rPr>
        <w:br w:type="page"/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lastRenderedPageBreak/>
        <w:t>8 класс — История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Дата проведения: 20.04.2026. Максимальный первичный балл: 18. В школе работу выполнили 17 </w:t>
      </w:r>
      <w:proofErr w:type="gramStart"/>
      <w:r w:rsidRPr="006D0601">
        <w:rPr>
          <w:lang w:val="ru-RU"/>
        </w:rPr>
        <w:t>обучающихся</w:t>
      </w:r>
      <w:proofErr w:type="gramEnd"/>
      <w:r w:rsidRPr="006D0601">
        <w:rPr>
          <w:lang w:val="ru-RU"/>
        </w:rPr>
        <w:t>. Уровень риска: умеренный.</w:t>
      </w:r>
    </w:p>
    <w:tbl>
      <w:tblPr>
        <w:tblStyle w:val="aff0"/>
        <w:tblW w:w="0" w:type="auto"/>
        <w:jc w:val="center"/>
        <w:tblLook w:val="04A0"/>
      </w:tblPr>
      <w:tblGrid>
        <w:gridCol w:w="1417"/>
        <w:gridCol w:w="907"/>
        <w:gridCol w:w="964"/>
        <w:gridCol w:w="964"/>
        <w:gridCol w:w="1020"/>
        <w:gridCol w:w="1191"/>
        <w:gridCol w:w="1020"/>
        <w:gridCol w:w="1191"/>
        <w:gridCol w:w="1020"/>
      </w:tblGrid>
      <w:tr w:rsidR="0070134D">
        <w:trPr>
          <w:tblHeader/>
          <w:jc w:val="center"/>
        </w:trPr>
        <w:tc>
          <w:tcPr>
            <w:tcW w:w="141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У</w:t>
            </w:r>
            <w:r>
              <w:rPr>
                <w:b/>
                <w:color w:val="FFFFFF"/>
                <w:sz w:val="17"/>
              </w:rPr>
              <w:t>ровень</w:t>
            </w:r>
            <w:proofErr w:type="spellEnd"/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отметка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Понизили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Подтвердили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Школа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17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41,2%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3,41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52,3%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64,7%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35,3%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Район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242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92,6%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47,1%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3,47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52,5%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28,9%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69,0%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2,1%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ЧР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8 024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87,9%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41,2%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3,34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49,4%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25,9%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70,2%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3,9%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РФ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352 969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96,9%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62,0%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3,75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59,4%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18,2%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69,3%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12,5%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80"/>
        <w:ind w:firstLine="709"/>
        <w:jc w:val="both"/>
      </w:pPr>
      <w:r w:rsidRPr="006D0601">
        <w:rPr>
          <w:lang w:val="ru-RU"/>
        </w:rPr>
        <w:t xml:space="preserve">Средний результат школы — 52,3%: -0,2 </w:t>
      </w:r>
      <w:proofErr w:type="spellStart"/>
      <w:r w:rsidRPr="006D0601">
        <w:rPr>
          <w:lang w:val="ru-RU"/>
        </w:rPr>
        <w:t>п</w:t>
      </w:r>
      <w:proofErr w:type="gramStart"/>
      <w:r w:rsidRPr="006D0601">
        <w:rPr>
          <w:lang w:val="ru-RU"/>
        </w:rPr>
        <w:t>,п</w:t>
      </w:r>
      <w:proofErr w:type="spellEnd"/>
      <w:proofErr w:type="gramEnd"/>
      <w:r w:rsidRPr="006D0601">
        <w:rPr>
          <w:lang w:val="ru-RU"/>
        </w:rPr>
        <w:t xml:space="preserve">, к району, +2,9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ЧР и -7,1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РФ.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знаний</w:t>
      </w:r>
      <w:proofErr w:type="spellEnd"/>
      <w:r>
        <w:t xml:space="preserve"> — 41,2%; успеваемость — 100,0%. Заданий ниже 50% — 3 из 10, ниже 30% — 2.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8412480" cy="3878448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j_ИС_8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387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 xml:space="preserve">Рисунок. 8 класс, История: выполнение </w:t>
      </w:r>
      <w:r w:rsidRPr="006D0601">
        <w:rPr>
          <w:i/>
          <w:sz w:val="22"/>
          <w:lang w:val="ru-RU"/>
        </w:rPr>
        <w:t>заданий</w:t>
      </w: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успешные задания</w:t>
      </w:r>
    </w:p>
    <w:tbl>
      <w:tblPr>
        <w:tblStyle w:val="aff0"/>
        <w:tblW w:w="0" w:type="auto"/>
        <w:jc w:val="center"/>
        <w:tblLook w:val="04A0"/>
      </w:tblPr>
      <w:tblGrid>
        <w:gridCol w:w="1247"/>
        <w:gridCol w:w="567"/>
        <w:gridCol w:w="850"/>
        <w:gridCol w:w="850"/>
        <w:gridCol w:w="7370"/>
      </w:tblGrid>
      <w:tr w:rsidR="0070134D">
        <w:trPr>
          <w:tblHeader/>
          <w:jc w:val="center"/>
        </w:trPr>
        <w:tc>
          <w:tcPr>
            <w:tcW w:w="124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Задание</w:t>
            </w:r>
            <w:proofErr w:type="spellEnd"/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Школа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Район</w:t>
            </w:r>
          </w:p>
        </w:tc>
        <w:tc>
          <w:tcPr>
            <w:tcW w:w="737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Проверяемое умение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86,8%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sz w:val="17"/>
              </w:rPr>
              <w:t>XVIII</w:t>
            </w:r>
            <w:r w:rsidRPr="006D0601">
              <w:rPr>
                <w:sz w:val="17"/>
                <w:lang w:val="ru-RU"/>
              </w:rPr>
              <w:t xml:space="preserve"> </w:t>
            </w:r>
            <w:proofErr w:type="gramStart"/>
            <w:r w:rsidRPr="006D0601">
              <w:rPr>
                <w:sz w:val="17"/>
                <w:lang w:val="ru-RU"/>
              </w:rPr>
              <w:t>в</w:t>
            </w:r>
            <w:proofErr w:type="gramEnd"/>
            <w:r w:rsidRPr="006D0601">
              <w:rPr>
                <w:sz w:val="17"/>
                <w:lang w:val="ru-RU"/>
              </w:rPr>
              <w:t>.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84,3%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Анализировать визуальные </w:t>
            </w:r>
            <w:r w:rsidRPr="006D0601">
              <w:rPr>
                <w:sz w:val="17"/>
                <w:lang w:val="ru-RU"/>
              </w:rPr>
              <w:t xml:space="preserve">источники исторической информации по отечественной истории </w:t>
            </w:r>
            <w:r>
              <w:rPr>
                <w:sz w:val="17"/>
              </w:rPr>
              <w:t>XVIII</w:t>
            </w:r>
            <w:r w:rsidRPr="006D0601">
              <w:rPr>
                <w:sz w:val="17"/>
                <w:lang w:val="ru-RU"/>
              </w:rPr>
              <w:t xml:space="preserve"> </w:t>
            </w:r>
            <w:proofErr w:type="gramStart"/>
            <w:r w:rsidRPr="006D0601">
              <w:rPr>
                <w:sz w:val="17"/>
                <w:lang w:val="ru-RU"/>
              </w:rPr>
              <w:t>в</w:t>
            </w:r>
            <w:proofErr w:type="gramEnd"/>
            <w:r w:rsidRPr="006D0601">
              <w:rPr>
                <w:sz w:val="17"/>
                <w:lang w:val="ru-RU"/>
              </w:rPr>
              <w:t>.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81,8%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</w:t>
            </w:r>
            <w:r w:rsidRPr="006D0601">
              <w:rPr>
                <w:sz w:val="17"/>
                <w:lang w:val="ru-RU"/>
              </w:rPr>
              <w:t xml:space="preserve">истории </w:t>
            </w:r>
            <w:r>
              <w:rPr>
                <w:sz w:val="17"/>
              </w:rPr>
              <w:t>XVIII</w:t>
            </w:r>
            <w:r w:rsidRPr="006D0601">
              <w:rPr>
                <w:sz w:val="17"/>
                <w:lang w:val="ru-RU"/>
              </w:rPr>
              <w:t xml:space="preserve"> </w:t>
            </w:r>
            <w:proofErr w:type="gramStart"/>
            <w:r w:rsidRPr="006D0601">
              <w:rPr>
                <w:sz w:val="17"/>
                <w:lang w:val="ru-RU"/>
              </w:rPr>
              <w:t>в</w:t>
            </w:r>
            <w:proofErr w:type="gramEnd"/>
            <w:r w:rsidRPr="006D0601">
              <w:rPr>
                <w:sz w:val="17"/>
                <w:lang w:val="ru-RU"/>
              </w:rPr>
              <w:t xml:space="preserve">.; характеризовать на основе </w:t>
            </w:r>
            <w:proofErr w:type="spellStart"/>
            <w:r w:rsidRPr="006D0601">
              <w:rPr>
                <w:sz w:val="17"/>
                <w:lang w:val="ru-RU"/>
              </w:rPr>
              <w:t>историческ</w:t>
            </w:r>
            <w:proofErr w:type="spellEnd"/>
            <w:r w:rsidRPr="006D0601">
              <w:rPr>
                <w:sz w:val="17"/>
                <w:lang w:val="ru-RU"/>
              </w:rPr>
              <w:t>…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 (2б)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70,6%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44,4%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7"/>
                <w:lang w:val="ru-RU"/>
              </w:rPr>
              <w:t xml:space="preserve">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sz w:val="17"/>
              </w:rPr>
              <w:t>XVIII</w:t>
            </w:r>
            <w:r w:rsidRPr="006D0601">
              <w:rPr>
                <w:sz w:val="17"/>
                <w:lang w:val="ru-RU"/>
              </w:rPr>
              <w:t xml:space="preserve"> в.; </w:t>
            </w:r>
            <w:r w:rsidRPr="006D0601">
              <w:rPr>
                <w:sz w:val="17"/>
                <w:lang w:val="ru-RU"/>
              </w:rPr>
              <w:t>характеризовать на основе исторической карты (с…</w:t>
            </w:r>
            <w:proofErr w:type="gramEnd"/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lastRenderedPageBreak/>
              <w:t>8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64,7%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68,2%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сложные задания и адресные меры</w:t>
      </w:r>
    </w:p>
    <w:tbl>
      <w:tblPr>
        <w:tblStyle w:val="aff0"/>
        <w:tblW w:w="0" w:type="auto"/>
        <w:jc w:val="center"/>
        <w:tblLook w:val="04A0"/>
      </w:tblPr>
      <w:tblGrid>
        <w:gridCol w:w="964"/>
        <w:gridCol w:w="454"/>
        <w:gridCol w:w="737"/>
        <w:gridCol w:w="737"/>
        <w:gridCol w:w="737"/>
        <w:gridCol w:w="4025"/>
        <w:gridCol w:w="4252"/>
      </w:tblGrid>
      <w:tr w:rsidR="0070134D">
        <w:trPr>
          <w:tblHeader/>
          <w:jc w:val="center"/>
        </w:trPr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Задание</w:t>
            </w:r>
            <w:proofErr w:type="spellEnd"/>
          </w:p>
        </w:tc>
        <w:tc>
          <w:tcPr>
            <w:tcW w:w="4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Ур.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Школа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Район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Δ</w:t>
            </w:r>
          </w:p>
        </w:tc>
        <w:tc>
          <w:tcPr>
            <w:tcW w:w="402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Проверяемое умение</w:t>
            </w:r>
          </w:p>
        </w:tc>
        <w:tc>
          <w:tcPr>
            <w:tcW w:w="425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 xml:space="preserve">Адресная </w:t>
            </w:r>
            <w:r>
              <w:rPr>
                <w:b/>
                <w:color w:val="FFFFFF"/>
                <w:sz w:val="15"/>
              </w:rPr>
              <w:t>рекомендация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10 (3б)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11,8%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34,0%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-22,3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Анализировать визуальные источники исторической информации; раскрывать существенные черты и характерные признаки исторических событий, явлений, процессов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учить выделять автора, время, позицию и фактические </w:t>
            </w:r>
            <w:r w:rsidRPr="006D0601">
              <w:rPr>
                <w:sz w:val="15"/>
                <w:lang w:val="ru-RU"/>
              </w:rPr>
              <w:t>сведения источника; требовать аргументацию ответа цитатой или конкретным фактом.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9 (3б)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23,5%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31,8%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-8,3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Аргументировать предложенную точку зрения на события и личностей отечественной и всеобщей истории </w:t>
            </w:r>
            <w:r>
              <w:rPr>
                <w:sz w:val="15"/>
              </w:rPr>
              <w:t>XVIII</w:t>
            </w:r>
            <w:r w:rsidRPr="006D0601">
              <w:rPr>
                <w:sz w:val="15"/>
                <w:lang w:val="ru-RU"/>
              </w:rPr>
              <w:t xml:space="preserve"> </w:t>
            </w:r>
            <w:proofErr w:type="gramStart"/>
            <w:r w:rsidRPr="006D0601">
              <w:rPr>
                <w:sz w:val="15"/>
                <w:lang w:val="ru-RU"/>
              </w:rPr>
              <w:t>в</w:t>
            </w:r>
            <w:proofErr w:type="gramEnd"/>
            <w:r w:rsidRPr="006D0601">
              <w:rPr>
                <w:sz w:val="15"/>
                <w:lang w:val="ru-RU"/>
              </w:rPr>
              <w:t>. с опорой на фактический материал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строить причинно-следственные цепочки и сравнительные таблицы; проводить устный разбор исторических понятий с примерами;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7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47,1%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52,5%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-5,4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sz w:val="15"/>
              </w:rPr>
              <w:t>XVIII</w:t>
            </w:r>
            <w:r w:rsidRPr="006D0601">
              <w:rPr>
                <w:sz w:val="15"/>
                <w:lang w:val="ru-RU"/>
              </w:rPr>
              <w:t xml:space="preserve"> </w:t>
            </w:r>
            <w:proofErr w:type="gramStart"/>
            <w:r w:rsidRPr="006D0601">
              <w:rPr>
                <w:sz w:val="15"/>
                <w:lang w:val="ru-RU"/>
              </w:rPr>
              <w:t>в</w:t>
            </w:r>
            <w:proofErr w:type="gramEnd"/>
            <w:r w:rsidRPr="006D0601">
              <w:rPr>
                <w:sz w:val="15"/>
                <w:lang w:val="ru-RU"/>
              </w:rPr>
              <w:t>.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строить причинно-следственные цепочки и сравнительные таблицы; проводить устный разбор исторических понятий с примерами.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55,9%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52,7%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+3,2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sz w:val="15"/>
              </w:rPr>
              <w:t>XVIII</w:t>
            </w:r>
            <w:r w:rsidRPr="006D0601">
              <w:rPr>
                <w:sz w:val="15"/>
                <w:lang w:val="ru-RU"/>
              </w:rPr>
              <w:t xml:space="preserve"> </w:t>
            </w:r>
            <w:proofErr w:type="gramStart"/>
            <w:r w:rsidRPr="006D0601">
              <w:rPr>
                <w:sz w:val="15"/>
                <w:lang w:val="ru-RU"/>
              </w:rPr>
              <w:t>в</w:t>
            </w:r>
            <w:proofErr w:type="gramEnd"/>
            <w:r w:rsidRPr="006D0601">
              <w:rPr>
                <w:sz w:val="15"/>
                <w:lang w:val="ru-RU"/>
              </w:rPr>
              <w:t>.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строить причинно-следственные цепочки и сравнительные таблицы; проводить устный разбор исторических понятий с примерами.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61,8%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63,8%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-2,1</w:t>
            </w:r>
            <w:r>
              <w:rPr>
                <w:sz w:val="15"/>
              </w:rPr>
              <w:t xml:space="preserve">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sz w:val="15"/>
              </w:rPr>
              <w:t>XVIII</w:t>
            </w:r>
            <w:r w:rsidRPr="006D0601">
              <w:rPr>
                <w:sz w:val="15"/>
                <w:lang w:val="ru-RU"/>
              </w:rPr>
              <w:t xml:space="preserve"> </w:t>
            </w:r>
            <w:proofErr w:type="gramStart"/>
            <w:r w:rsidRPr="006D0601">
              <w:rPr>
                <w:sz w:val="15"/>
                <w:lang w:val="ru-RU"/>
              </w:rPr>
              <w:t>в</w:t>
            </w:r>
            <w:proofErr w:type="gramEnd"/>
            <w:r w:rsidRPr="006D0601">
              <w:rPr>
                <w:sz w:val="15"/>
                <w:lang w:val="ru-RU"/>
              </w:rPr>
              <w:t>.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учить выделять автора, время, позицию и фактические сведения источника; требовать аргументацию ответа цитатой или конкретным фактом.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8 (1б)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64,7%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68,2%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-3,5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строить причинно-следственные цепочки и сравнительные таблицы; проводить устный разбор исторических понятий с примерами.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70,6%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44,4%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+26,2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sz w:val="15"/>
              </w:rPr>
              <w:t>XVIII</w:t>
            </w:r>
            <w:r w:rsidRPr="006D0601">
              <w:rPr>
                <w:sz w:val="15"/>
                <w:lang w:val="ru-RU"/>
              </w:rPr>
              <w:t xml:space="preserve"> в.; характеризовать н…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организовать историко-картографический пра</w:t>
            </w:r>
            <w:r w:rsidRPr="006D0601">
              <w:rPr>
                <w:sz w:val="15"/>
                <w:lang w:val="ru-RU"/>
              </w:rPr>
              <w:t>ктикум; отрабатывать локализацию событий и объяснение причин изменения границ.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Рекомендации учителю: провести поэлементную диагностику по перечисленным умениям; распределить обучающихся на группы по типам ошибок; организовать краткий коррекционный </w:t>
      </w:r>
      <w:r w:rsidRPr="006D0601">
        <w:rPr>
          <w:lang w:val="ru-RU"/>
        </w:rPr>
        <w:t>модуль; после тренировки обеспечить самостоятельное повторное выполнение заданий без подсказки; результаты занести в индивидуальные карты динамики. Задания повышенного уровня отрабатывать отдельно, с обязательным проговариванием стратегии и проверкой проме</w:t>
      </w:r>
      <w:r w:rsidRPr="006D0601">
        <w:rPr>
          <w:lang w:val="ru-RU"/>
        </w:rPr>
        <w:t>жуточных действий.</w:t>
      </w:r>
    </w:p>
    <w:p w:rsidR="0070134D" w:rsidRPr="006D0601" w:rsidRDefault="000B6168">
      <w:pPr>
        <w:rPr>
          <w:lang w:val="ru-RU"/>
        </w:rPr>
      </w:pPr>
      <w:r w:rsidRPr="006D0601">
        <w:rPr>
          <w:lang w:val="ru-RU"/>
        </w:rPr>
        <w:br w:type="page"/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lastRenderedPageBreak/>
        <w:t>8 класс — Математика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Дата проведения: 20.04.2026. Максимальный первичный балл: 24. В школе работу выполнили 32 </w:t>
      </w:r>
      <w:proofErr w:type="gramStart"/>
      <w:r w:rsidRPr="006D0601">
        <w:rPr>
          <w:lang w:val="ru-RU"/>
        </w:rPr>
        <w:t>обучающихся</w:t>
      </w:r>
      <w:proofErr w:type="gramEnd"/>
      <w:r w:rsidRPr="006D0601">
        <w:rPr>
          <w:lang w:val="ru-RU"/>
        </w:rPr>
        <w:t>. Уровень риска: высокий.</w:t>
      </w:r>
    </w:p>
    <w:tbl>
      <w:tblPr>
        <w:tblStyle w:val="aff0"/>
        <w:tblW w:w="0" w:type="auto"/>
        <w:jc w:val="center"/>
        <w:tblLook w:val="04A0"/>
      </w:tblPr>
      <w:tblGrid>
        <w:gridCol w:w="1417"/>
        <w:gridCol w:w="907"/>
        <w:gridCol w:w="964"/>
        <w:gridCol w:w="964"/>
        <w:gridCol w:w="1020"/>
        <w:gridCol w:w="1191"/>
        <w:gridCol w:w="1020"/>
        <w:gridCol w:w="1191"/>
        <w:gridCol w:w="1020"/>
      </w:tblGrid>
      <w:tr w:rsidR="0070134D">
        <w:trPr>
          <w:tblHeader/>
          <w:jc w:val="center"/>
        </w:trPr>
        <w:tc>
          <w:tcPr>
            <w:tcW w:w="141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Уровень</w:t>
            </w:r>
            <w:proofErr w:type="spellEnd"/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отметка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Понизили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Подтвердили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Школа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32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87,5%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37,5%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3,25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44,1%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21,9%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78,1%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Район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973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90,1%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42,9%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3,39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50,1%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21,6%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74,5%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3,9%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ЧР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32 457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86,6%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39,3%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3,31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47,6%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21,7%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73,1%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5,2%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РФ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1 435 612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92,9%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45,2%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3,47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50,8%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17,0%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73,2%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9,8%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80"/>
        <w:ind w:firstLine="709"/>
        <w:jc w:val="both"/>
      </w:pPr>
      <w:r w:rsidRPr="006D0601">
        <w:rPr>
          <w:lang w:val="ru-RU"/>
        </w:rPr>
        <w:t xml:space="preserve">Средний результат школы — 44,1%: -6,0 </w:t>
      </w:r>
      <w:proofErr w:type="spellStart"/>
      <w:r w:rsidRPr="006D0601">
        <w:rPr>
          <w:lang w:val="ru-RU"/>
        </w:rPr>
        <w:t>п</w:t>
      </w:r>
      <w:proofErr w:type="gramStart"/>
      <w:r w:rsidRPr="006D0601">
        <w:rPr>
          <w:lang w:val="ru-RU"/>
        </w:rPr>
        <w:t>,п</w:t>
      </w:r>
      <w:proofErr w:type="spellEnd"/>
      <w:proofErr w:type="gramEnd"/>
      <w:r w:rsidRPr="006D0601">
        <w:rPr>
          <w:lang w:val="ru-RU"/>
        </w:rPr>
        <w:t xml:space="preserve">, к </w:t>
      </w:r>
      <w:r w:rsidRPr="006D0601">
        <w:rPr>
          <w:lang w:val="ru-RU"/>
        </w:rPr>
        <w:t xml:space="preserve">району, -3,4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ЧР и -6,6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РФ.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знаний</w:t>
      </w:r>
      <w:proofErr w:type="spellEnd"/>
      <w:r>
        <w:t xml:space="preserve"> — 37,5%; успеваемость — 87,5%. Заданий ниже 50% — 5 из 18, ниже 30% — 4.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8412480" cy="3878448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j_МА_8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387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>Рисунок. 8 класс, Математика: выполнение заданий</w:t>
      </w: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успешные задания</w:t>
      </w:r>
    </w:p>
    <w:tbl>
      <w:tblPr>
        <w:tblStyle w:val="aff0"/>
        <w:tblW w:w="0" w:type="auto"/>
        <w:jc w:val="center"/>
        <w:tblLook w:val="04A0"/>
      </w:tblPr>
      <w:tblGrid>
        <w:gridCol w:w="1247"/>
        <w:gridCol w:w="567"/>
        <w:gridCol w:w="850"/>
        <w:gridCol w:w="850"/>
        <w:gridCol w:w="7370"/>
      </w:tblGrid>
      <w:tr w:rsidR="0070134D">
        <w:trPr>
          <w:tblHeader/>
          <w:jc w:val="center"/>
        </w:trPr>
        <w:tc>
          <w:tcPr>
            <w:tcW w:w="124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Задание</w:t>
            </w:r>
            <w:proofErr w:type="spellEnd"/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Школа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Район</w:t>
            </w:r>
          </w:p>
        </w:tc>
        <w:tc>
          <w:tcPr>
            <w:tcW w:w="737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Проверяемое умение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 (1б</w:t>
            </w:r>
            <w:r>
              <w:rPr>
                <w:sz w:val="17"/>
              </w:rPr>
              <w:t>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90,6%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81,2%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87,5%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77,3%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Переходить от словесной формулировки задачи к ее алгебраической модели с помощью составления </w:t>
            </w:r>
            <w:r w:rsidRPr="006D0601">
              <w:rPr>
                <w:sz w:val="17"/>
                <w:lang w:val="ru-RU"/>
              </w:rPr>
              <w:t>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84,4%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66,2%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Использовать начальные представления о множестве действительных чисел для сравнения, округления и вычислений; изображать </w:t>
            </w:r>
            <w:r w:rsidRPr="006D0601">
              <w:rPr>
                <w:sz w:val="17"/>
                <w:lang w:val="ru-RU"/>
              </w:rPr>
              <w:t xml:space="preserve">действительные числа точками </w:t>
            </w:r>
            <w:proofErr w:type="gramStart"/>
            <w:r w:rsidRPr="006D0601">
              <w:rPr>
                <w:sz w:val="17"/>
                <w:lang w:val="ru-RU"/>
              </w:rPr>
              <w:t>на</w:t>
            </w:r>
            <w:proofErr w:type="gramEnd"/>
            <w:r w:rsidRPr="006D0601">
              <w:rPr>
                <w:sz w:val="17"/>
                <w:lang w:val="ru-RU"/>
              </w:rPr>
              <w:t xml:space="preserve"> координатной прямой</w:t>
            </w:r>
          </w:p>
        </w:tc>
      </w:tr>
      <w:tr w:rsidR="0070134D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84,4%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55,8%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7"/>
                <w:lang w:val="ru-RU"/>
              </w:rPr>
              <w:t xml:space="preserve">Пользоваться теоремой Пифагора для решения геометрических и практических задач. Строить математическую модель в практических задачах, самостоятельно делать чертеж и находить </w:t>
            </w:r>
            <w:r w:rsidRPr="006D0601">
              <w:rPr>
                <w:sz w:val="17"/>
                <w:lang w:val="ru-RU"/>
              </w:rPr>
              <w:t xml:space="preserve">соответствующие длины. </w:t>
            </w:r>
            <w:proofErr w:type="spellStart"/>
            <w:r>
              <w:rPr>
                <w:sz w:val="17"/>
              </w:rPr>
              <w:t>Владеть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понятиями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сину</w:t>
            </w:r>
            <w:proofErr w:type="spellEnd"/>
            <w:r>
              <w:rPr>
                <w:sz w:val="17"/>
              </w:rPr>
              <w:t>…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lastRenderedPageBreak/>
              <w:t>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81,2%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85,9%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Использовать начальные представления о множестве действительных чисел для сравнения, округления и вычислений; изображать действительные числа точками </w:t>
            </w:r>
            <w:proofErr w:type="gramStart"/>
            <w:r w:rsidRPr="006D0601">
              <w:rPr>
                <w:sz w:val="17"/>
                <w:lang w:val="ru-RU"/>
              </w:rPr>
              <w:t>на</w:t>
            </w:r>
            <w:proofErr w:type="gramEnd"/>
            <w:r w:rsidRPr="006D0601">
              <w:rPr>
                <w:sz w:val="17"/>
                <w:lang w:val="ru-RU"/>
              </w:rPr>
              <w:t xml:space="preserve"> координатной прямой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 xml:space="preserve">Наиболее </w:t>
      </w:r>
      <w:r w:rsidRPr="006D0601">
        <w:rPr>
          <w:lang w:val="ru-RU"/>
        </w:rPr>
        <w:t>сложные задания и адресные меры</w:t>
      </w:r>
    </w:p>
    <w:tbl>
      <w:tblPr>
        <w:tblStyle w:val="aff0"/>
        <w:tblW w:w="0" w:type="auto"/>
        <w:jc w:val="center"/>
        <w:tblLook w:val="04A0"/>
      </w:tblPr>
      <w:tblGrid>
        <w:gridCol w:w="964"/>
        <w:gridCol w:w="454"/>
        <w:gridCol w:w="737"/>
        <w:gridCol w:w="737"/>
        <w:gridCol w:w="737"/>
        <w:gridCol w:w="4025"/>
        <w:gridCol w:w="4252"/>
      </w:tblGrid>
      <w:tr w:rsidR="0070134D">
        <w:trPr>
          <w:tblHeader/>
          <w:jc w:val="center"/>
        </w:trPr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Задание</w:t>
            </w:r>
            <w:proofErr w:type="spellEnd"/>
          </w:p>
        </w:tc>
        <w:tc>
          <w:tcPr>
            <w:tcW w:w="4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Ур.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Школа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Район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Δ</w:t>
            </w:r>
          </w:p>
        </w:tc>
        <w:tc>
          <w:tcPr>
            <w:tcW w:w="402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Проверяемое умение</w:t>
            </w:r>
          </w:p>
        </w:tc>
        <w:tc>
          <w:tcPr>
            <w:tcW w:w="425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16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3,1%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25,6%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-22,5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Находить вероятности случайных событий в опытах, зная вероятности элементарных событий, в том числе в опытах с </w:t>
            </w:r>
            <w:r w:rsidRPr="006D0601">
              <w:rPr>
                <w:sz w:val="15"/>
                <w:lang w:val="ru-RU"/>
              </w:rPr>
              <w:t>равновозможными элементарными событиями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повторное выполнение с фиксацией индивидуальной динамики; отдельно отрабатывать многошаговые задания повы</w:t>
            </w:r>
            <w:r w:rsidRPr="006D0601">
              <w:rPr>
                <w:sz w:val="15"/>
                <w:lang w:val="ru-RU"/>
              </w:rPr>
              <w:t>шенного уровня с комментированием…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17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4,7%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18,1%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-13,4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Применять понятие арифметического квадратного корня; находить квадратные корни, используя при необходимости калькулятор; выполнять преобразования выражений, содержащих квадратные корни, </w:t>
            </w:r>
            <w:proofErr w:type="gramStart"/>
            <w:r w:rsidRPr="006D0601">
              <w:rPr>
                <w:sz w:val="15"/>
                <w:lang w:val="ru-RU"/>
              </w:rPr>
              <w:t>исп</w:t>
            </w:r>
            <w:proofErr w:type="gramEnd"/>
            <w:r w:rsidRPr="006D0601">
              <w:rPr>
                <w:sz w:val="15"/>
                <w:lang w:val="ru-RU"/>
              </w:rPr>
              <w:t>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закрепить алгоритмы преобразования выражений и решения уравнений; обязать обучающихся выполнять проверку подстановкой и проговаривать каждый шаг;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 xml:space="preserve">18 </w:t>
            </w:r>
            <w:r>
              <w:rPr>
                <w:sz w:val="15"/>
              </w:rPr>
              <w:t>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4,7%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13,3%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-8,6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5"/>
                <w:lang w:val="ru-RU"/>
              </w:rPr>
              <w:t>Применять полученные знания на практике: строить математические модели для задач реальной жизни и проводить соответствующие вычисления с применением подобия и тригонометрии (пользуясь, где…</w:t>
            </w:r>
            <w:proofErr w:type="gramEnd"/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учить переводить условие в схему, </w:t>
            </w:r>
            <w:r w:rsidRPr="006D0601">
              <w:rPr>
                <w:sz w:val="15"/>
                <w:lang w:val="ru-RU"/>
              </w:rPr>
              <w:t>таблицу или краткую запись и проверять смысл полученного ответа; разбирать типичные ошибочные стратегии и давать аналогичное задание для повторного выполнения; отдельно отрабатывать многошаговые задания повышенного…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15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6,2%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31,7%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-25,5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Переходить от словесной формулировки задачи к ее алгебраической модели с помощью составления уравнения или системы уравнений, интерпретировать в соответствии с контекстом задачи </w:t>
            </w:r>
            <w:proofErr w:type="gramStart"/>
            <w:r w:rsidRPr="006D0601">
              <w:rPr>
                <w:sz w:val="15"/>
                <w:lang w:val="ru-RU"/>
              </w:rPr>
              <w:t>полученный</w:t>
            </w:r>
            <w:proofErr w:type="gramEnd"/>
            <w:r w:rsidRPr="006D0601">
              <w:rPr>
                <w:sz w:val="15"/>
                <w:lang w:val="ru-RU"/>
              </w:rPr>
              <w:t>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учить переводить условие в схему, таблицу или краткую запись и про</w:t>
            </w:r>
            <w:r w:rsidRPr="006D0601">
              <w:rPr>
                <w:sz w:val="15"/>
                <w:lang w:val="ru-RU"/>
              </w:rPr>
              <w:t>верять смысл полученного ответа; разбирать типичные ошибочные стратегии и давать аналогичное задание для повторного выполнения.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14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31,2%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58,2%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-27,0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Извлекать и преобразовывать информацию, представленную в виде таблиц, диаграмм, графиков; </w:t>
            </w:r>
            <w:r w:rsidRPr="006D0601">
              <w:rPr>
                <w:sz w:val="15"/>
                <w:lang w:val="ru-RU"/>
              </w:rPr>
              <w:t>представлять данные в виде таблиц, диаграмм, графиков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повторное выполнение с фиксацией индивидуальной динамики.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12 (1б)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50,0%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57,8%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-7,8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Распознавать основные виды четырехугольников, их элементы, пользоваться их свойствами при решении геометрических задач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учить переводить условие в схему, таблицу или краткую запись и проверять смысл полученного ответа; разбирать типичные ошибочные стратегии</w:t>
            </w:r>
            <w:r w:rsidRPr="006D0601">
              <w:rPr>
                <w:sz w:val="15"/>
                <w:lang w:val="ru-RU"/>
              </w:rPr>
              <w:t xml:space="preserve"> и давать аналогичное задание для повторного выполнения.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13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49,2%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+0,8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закрепить алгоритмы преобразования </w:t>
            </w:r>
            <w:r w:rsidRPr="006D0601">
              <w:rPr>
                <w:sz w:val="15"/>
                <w:lang w:val="ru-RU"/>
              </w:rPr>
              <w:t>выражений и решения уравнений; обязать обучающихся выполнять проверку подстановкой и проговаривать каждый шаг.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Рекомендации учителю: провести поэлементную диагностику по перечисленным умениям; распределить обучающихся на группы по типам ошибок; организовать краткий коррекционный модуль; после тренировки обеспечить самостоятельное повторное выполнение заданий без по</w:t>
      </w:r>
      <w:r w:rsidRPr="006D0601">
        <w:rPr>
          <w:lang w:val="ru-RU"/>
        </w:rPr>
        <w:t xml:space="preserve">дсказки; результаты занести в индивидуальные </w:t>
      </w:r>
      <w:r w:rsidRPr="006D0601">
        <w:rPr>
          <w:lang w:val="ru-RU"/>
        </w:rPr>
        <w:lastRenderedPageBreak/>
        <w:t>карты динамики. Задания повышенного уровня отрабатывать отдельно, с обязательным проговариванием стратегии и проверкой промежуточных действий.</w:t>
      </w:r>
    </w:p>
    <w:p w:rsidR="0070134D" w:rsidRPr="006D0601" w:rsidRDefault="000B6168">
      <w:pPr>
        <w:rPr>
          <w:lang w:val="ru-RU"/>
        </w:rPr>
      </w:pPr>
      <w:r w:rsidRPr="006D0601">
        <w:rPr>
          <w:lang w:val="ru-RU"/>
        </w:rPr>
        <w:br w:type="page"/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lastRenderedPageBreak/>
        <w:t>8 класс — Русский язык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Дата проведения: 20.04.2026. Максимальный п</w:t>
      </w:r>
      <w:r w:rsidRPr="006D0601">
        <w:rPr>
          <w:lang w:val="ru-RU"/>
        </w:rPr>
        <w:t xml:space="preserve">ервичный балл: 29. В школе работу выполнили 32 </w:t>
      </w:r>
      <w:proofErr w:type="gramStart"/>
      <w:r w:rsidRPr="006D0601">
        <w:rPr>
          <w:lang w:val="ru-RU"/>
        </w:rPr>
        <w:t>обучающихся</w:t>
      </w:r>
      <w:proofErr w:type="gramEnd"/>
      <w:r w:rsidRPr="006D0601">
        <w:rPr>
          <w:lang w:val="ru-RU"/>
        </w:rPr>
        <w:t>. Уровень риска: высокий.</w:t>
      </w:r>
    </w:p>
    <w:tbl>
      <w:tblPr>
        <w:tblStyle w:val="aff0"/>
        <w:tblW w:w="0" w:type="auto"/>
        <w:jc w:val="center"/>
        <w:tblLook w:val="04A0"/>
      </w:tblPr>
      <w:tblGrid>
        <w:gridCol w:w="1417"/>
        <w:gridCol w:w="907"/>
        <w:gridCol w:w="964"/>
        <w:gridCol w:w="964"/>
        <w:gridCol w:w="1020"/>
        <w:gridCol w:w="1191"/>
        <w:gridCol w:w="1020"/>
        <w:gridCol w:w="1191"/>
        <w:gridCol w:w="1020"/>
      </w:tblGrid>
      <w:tr w:rsidR="0070134D">
        <w:trPr>
          <w:tblHeader/>
          <w:jc w:val="center"/>
        </w:trPr>
        <w:tc>
          <w:tcPr>
            <w:tcW w:w="141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Уровень</w:t>
            </w:r>
            <w:proofErr w:type="spellEnd"/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отметка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Понизили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Подтвердили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Школа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32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87,5%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37,5%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3,25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60,9%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15,6%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84,4%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Район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974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89,2%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42,8%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3,38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61,1%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20,8%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75,5%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3,7%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ЧР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32 499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85,6%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39,6%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3,31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59,4%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25,9%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70,6%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3,6%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РФ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1 508 445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87,3%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46,6%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3,48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62,3%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21,6%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69,4%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9,1%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80"/>
        <w:ind w:firstLine="709"/>
        <w:jc w:val="both"/>
      </w:pPr>
      <w:r w:rsidRPr="006D0601">
        <w:rPr>
          <w:lang w:val="ru-RU"/>
        </w:rPr>
        <w:t xml:space="preserve">Средний результат школы — 60,9%: -0,2 </w:t>
      </w:r>
      <w:proofErr w:type="spellStart"/>
      <w:r w:rsidRPr="006D0601">
        <w:rPr>
          <w:lang w:val="ru-RU"/>
        </w:rPr>
        <w:t>п</w:t>
      </w:r>
      <w:proofErr w:type="gramStart"/>
      <w:r w:rsidRPr="006D0601">
        <w:rPr>
          <w:lang w:val="ru-RU"/>
        </w:rPr>
        <w:t>,п</w:t>
      </w:r>
      <w:proofErr w:type="spellEnd"/>
      <w:proofErr w:type="gramEnd"/>
      <w:r w:rsidRPr="006D0601">
        <w:rPr>
          <w:lang w:val="ru-RU"/>
        </w:rPr>
        <w:t xml:space="preserve">, к району, +1,4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ЧР и -1,4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РФ.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знаний</w:t>
      </w:r>
      <w:proofErr w:type="spellEnd"/>
      <w:r>
        <w:t xml:space="preserve"> — 37,5%; успеваемость — 87,5%.</w:t>
      </w:r>
      <w:r>
        <w:t xml:space="preserve"> Заданий ниже 50% — 3 из 16, ниже 30% — 3.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8412480" cy="3878448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j_РУ_8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387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>Рисунок. 8 класс, Русский язык: выполнение заданий</w:t>
      </w:r>
    </w:p>
    <w:p w:rsidR="0070134D" w:rsidRDefault="000B6168">
      <w:pPr>
        <w:pStyle w:val="21"/>
      </w:pPr>
      <w:proofErr w:type="spellStart"/>
      <w:r>
        <w:t>Наиболее</w:t>
      </w:r>
      <w:proofErr w:type="spellEnd"/>
      <w:r>
        <w:t xml:space="preserve"> </w:t>
      </w:r>
      <w:proofErr w:type="spellStart"/>
      <w:r>
        <w:t>успешные</w:t>
      </w:r>
      <w:proofErr w:type="spellEnd"/>
      <w:r>
        <w:t xml:space="preserve"> </w:t>
      </w:r>
      <w:proofErr w:type="spellStart"/>
      <w:r>
        <w:t>задания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1247"/>
        <w:gridCol w:w="567"/>
        <w:gridCol w:w="850"/>
        <w:gridCol w:w="850"/>
        <w:gridCol w:w="7370"/>
      </w:tblGrid>
      <w:tr w:rsidR="0070134D">
        <w:trPr>
          <w:tblHeader/>
          <w:jc w:val="center"/>
        </w:trPr>
        <w:tc>
          <w:tcPr>
            <w:tcW w:w="124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Задание</w:t>
            </w:r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Школа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Район</w:t>
            </w:r>
          </w:p>
        </w:tc>
        <w:tc>
          <w:tcPr>
            <w:tcW w:w="737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Проверяемое умение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88,2%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Находить в предложении грамматическую основу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6.1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81,0%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1. Находить в ряду других предложение с обособленным согласованным определением, пунктуационным умением обосновывать условия обособления согласованного </w:t>
            </w:r>
            <w:proofErr w:type="spellStart"/>
            <w:proofErr w:type="gramStart"/>
            <w:r w:rsidRPr="006D0601">
              <w:rPr>
                <w:sz w:val="17"/>
                <w:lang w:val="ru-RU"/>
              </w:rPr>
              <w:t>опреде-ления</w:t>
            </w:r>
            <w:proofErr w:type="spellEnd"/>
            <w:proofErr w:type="gramEnd"/>
            <w:r w:rsidRPr="006D0601">
              <w:rPr>
                <w:sz w:val="17"/>
                <w:lang w:val="ru-RU"/>
              </w:rPr>
              <w:t>, в том числе с помощью графической схемы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96,9%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83,8%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Различать виды </w:t>
            </w:r>
            <w:r w:rsidRPr="006D0601">
              <w:rPr>
                <w:sz w:val="17"/>
                <w:lang w:val="ru-RU"/>
              </w:rPr>
              <w:t>односоставных предложений (назывное предложение, определенно-личное предложение, неопределенно-личное предложение, обобщенно-личное предложение, безличное предложение)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96,9%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88,2%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Распознавать по графической схеме простое предложение, осложненное</w:t>
            </w:r>
            <w:r w:rsidRPr="006D0601">
              <w:rPr>
                <w:sz w:val="17"/>
                <w:lang w:val="ru-RU"/>
              </w:rPr>
              <w:t xml:space="preserve"> однородными членами (главными и второстепенными); находить в ряду других предложений предложение с однородными членами с опорой на графическую схему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lastRenderedPageBreak/>
              <w:t>7.1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93,8%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83,6%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1. Находить в ряду других предложение с обособленным обстоятельством, </w:t>
            </w:r>
            <w:proofErr w:type="spellStart"/>
            <w:proofErr w:type="gramStart"/>
            <w:r w:rsidRPr="006D0601">
              <w:rPr>
                <w:sz w:val="17"/>
                <w:lang w:val="ru-RU"/>
              </w:rPr>
              <w:t>пунктуацион-ным</w:t>
            </w:r>
            <w:proofErr w:type="spellEnd"/>
            <w:proofErr w:type="gramEnd"/>
            <w:r w:rsidRPr="006D0601">
              <w:rPr>
                <w:sz w:val="17"/>
                <w:lang w:val="ru-RU"/>
              </w:rPr>
              <w:t xml:space="preserve"> умением обосновывать условия обособления обстоятельства, в том числе с помощью графической схемы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сложные задания и адресные меры</w:t>
      </w:r>
    </w:p>
    <w:tbl>
      <w:tblPr>
        <w:tblStyle w:val="aff0"/>
        <w:tblW w:w="0" w:type="auto"/>
        <w:jc w:val="center"/>
        <w:tblLook w:val="04A0"/>
      </w:tblPr>
      <w:tblGrid>
        <w:gridCol w:w="964"/>
        <w:gridCol w:w="454"/>
        <w:gridCol w:w="737"/>
        <w:gridCol w:w="737"/>
        <w:gridCol w:w="737"/>
        <w:gridCol w:w="4025"/>
        <w:gridCol w:w="4252"/>
      </w:tblGrid>
      <w:tr w:rsidR="0070134D">
        <w:trPr>
          <w:tblHeader/>
          <w:jc w:val="center"/>
        </w:trPr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Задание</w:t>
            </w:r>
            <w:proofErr w:type="spellEnd"/>
          </w:p>
        </w:tc>
        <w:tc>
          <w:tcPr>
            <w:tcW w:w="4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Ур.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Школа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Район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Δ</w:t>
            </w:r>
          </w:p>
        </w:tc>
        <w:tc>
          <w:tcPr>
            <w:tcW w:w="402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Проверяемое умение</w:t>
            </w:r>
          </w:p>
        </w:tc>
        <w:tc>
          <w:tcPr>
            <w:tcW w:w="425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10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1,6%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35,2%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-33,6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Распознавать случаи нарушения грамматических норм русского литературного языка в заданных предложениях и исправлять эти нарушения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ввести алгоритмы морфологического распознавания и таблицы грамматических признаков; проводить еженедельные мини-диагностики на</w:t>
            </w:r>
            <w:r w:rsidRPr="006D0601">
              <w:rPr>
                <w:sz w:val="15"/>
                <w:lang w:val="ru-RU"/>
              </w:rPr>
              <w:t xml:space="preserve"> классификацию частей речи.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9 (3б)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13,5%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30,7%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-17,2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5"/>
              </w:rPr>
              <w:t>Проводить синтаксический анализ предложения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включить задания аналогичного типа в текущее и тематическое повторение; провести разбор типичных ошибок, затем повторное выполнение с фиксацией </w:t>
            </w:r>
            <w:r w:rsidRPr="006D0601">
              <w:rPr>
                <w:sz w:val="15"/>
                <w:lang w:val="ru-RU"/>
              </w:rPr>
              <w:t>индивидуальной динамики.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8.2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25,0%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69,3%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-44,3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2. Находить в ряду других предложений предложение с вводным словом, подбирать к данному вводному слову синоним (из той же группы по значению)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включить задания аналогичного типа в текущее и </w:t>
            </w:r>
            <w:r w:rsidRPr="006D0601">
              <w:rPr>
                <w:sz w:val="15"/>
                <w:lang w:val="ru-RU"/>
              </w:rPr>
              <w:t>тематическое повторение; провести разбор типичных ошибок, затем повторное выполнение с фиксацией индивидуальной динамики.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6.2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51,6%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35,0%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+16,6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2. Находить в ряду других предложение с обособленным согласованным определением, пунктуационным </w:t>
            </w:r>
            <w:r w:rsidRPr="006D0601">
              <w:rPr>
                <w:sz w:val="15"/>
                <w:lang w:val="ru-RU"/>
              </w:rPr>
              <w:t>умением обосновывать условия обособления согласованного определения, в том числе с помощью гр…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организовать </w:t>
            </w:r>
            <w:proofErr w:type="spellStart"/>
            <w:r w:rsidRPr="006D0601">
              <w:rPr>
                <w:sz w:val="15"/>
                <w:lang w:val="ru-RU"/>
              </w:rPr>
              <w:t>орфографико-пунктуационный</w:t>
            </w:r>
            <w:proofErr w:type="spellEnd"/>
            <w:r w:rsidRPr="006D0601">
              <w:rPr>
                <w:sz w:val="15"/>
                <w:lang w:val="ru-RU"/>
              </w:rPr>
              <w:t xml:space="preserve"> практикум с комментированным письмом; вести индивидуальные карты типичных ошибок и повторную проверку через 7–10 дней.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7.2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59,4%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54,7%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+4,7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2. Находить в ряду других предложение с обособленным обстоятельством, </w:t>
            </w:r>
            <w:proofErr w:type="spellStart"/>
            <w:proofErr w:type="gramStart"/>
            <w:r w:rsidRPr="006D0601">
              <w:rPr>
                <w:sz w:val="15"/>
                <w:lang w:val="ru-RU"/>
              </w:rPr>
              <w:t>пунктуацион-ным</w:t>
            </w:r>
            <w:proofErr w:type="spellEnd"/>
            <w:proofErr w:type="gramEnd"/>
            <w:r w:rsidRPr="006D0601">
              <w:rPr>
                <w:sz w:val="15"/>
                <w:lang w:val="ru-RU"/>
              </w:rPr>
              <w:t xml:space="preserve"> умением обосновывать условия обособления обстоятельства, в том числе с помощью графической схемы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организовать </w:t>
            </w:r>
            <w:proofErr w:type="spellStart"/>
            <w:r w:rsidRPr="006D0601">
              <w:rPr>
                <w:sz w:val="15"/>
                <w:lang w:val="ru-RU"/>
              </w:rPr>
              <w:t>орфографико-пунктуационный</w:t>
            </w:r>
            <w:proofErr w:type="spellEnd"/>
            <w:r w:rsidRPr="006D0601">
              <w:rPr>
                <w:sz w:val="15"/>
                <w:lang w:val="ru-RU"/>
              </w:rPr>
              <w:t xml:space="preserve"> </w:t>
            </w:r>
            <w:r w:rsidRPr="006D0601">
              <w:rPr>
                <w:sz w:val="15"/>
                <w:lang w:val="ru-RU"/>
              </w:rPr>
              <w:t>практикум с комментированным письмом; вести индивидуальные карты типичных ошибок и повторную проверку через 7–10 дней.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1К3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60,9%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76,5%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-15,5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Владеть различными видами чтения: просмотровым, ознакомительным, изучающим, поисковым. Соблюдать на </w:t>
            </w:r>
            <w:r w:rsidRPr="006D0601">
              <w:rPr>
                <w:sz w:val="15"/>
                <w:lang w:val="ru-RU"/>
              </w:rPr>
              <w:t xml:space="preserve">письме нормы современного русского литературного языка, в том числе во время списывания </w:t>
            </w:r>
            <w:proofErr w:type="gramStart"/>
            <w:r w:rsidRPr="006D0601">
              <w:rPr>
                <w:sz w:val="15"/>
                <w:lang w:val="ru-RU"/>
              </w:rPr>
              <w:t>т</w:t>
            </w:r>
            <w:proofErr w:type="gramEnd"/>
            <w:r w:rsidRPr="006D0601">
              <w:rPr>
                <w:sz w:val="15"/>
                <w:lang w:val="ru-RU"/>
              </w:rPr>
              <w:t>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отрабатывать смысловое чтение: тема, главная мысль, </w:t>
            </w:r>
            <w:proofErr w:type="spellStart"/>
            <w:r w:rsidRPr="006D0601">
              <w:rPr>
                <w:sz w:val="15"/>
                <w:lang w:val="ru-RU"/>
              </w:rPr>
              <w:t>микротемы</w:t>
            </w:r>
            <w:proofErr w:type="spellEnd"/>
            <w:r w:rsidRPr="006D0601">
              <w:rPr>
                <w:sz w:val="15"/>
                <w:lang w:val="ru-RU"/>
              </w:rPr>
              <w:t>, план и вопросы к тексту; использовать короткие тексты с обязательным письменным обоснованием ответа.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2.2 (3б)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63,5%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64,8%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-1,2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2. Определять типы подчинительной связи слов в словосочетании: согласование, управление, примыкание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повторное вы</w:t>
            </w:r>
            <w:r w:rsidRPr="006D0601">
              <w:rPr>
                <w:sz w:val="15"/>
                <w:lang w:val="ru-RU"/>
              </w:rPr>
              <w:t>полнение с фиксацией индивидуальной динамики.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Рекомендации учителю: провести поэлементную диагностику по перечисленным умениям; распределить обучающихся на группы по типам ошибок; организовать краткий коррекционный модуль; после тренировки обеспечить </w:t>
      </w:r>
      <w:r w:rsidRPr="006D0601">
        <w:rPr>
          <w:lang w:val="ru-RU"/>
        </w:rPr>
        <w:t>самостоятельное повторное выполнение заданий без подсказки; результаты занести в индивидуальные карты динамики. Задания повышенного уровня отрабатывать отдельно, с обязательным проговариванием стратегии и проверкой промежуточных действий.</w:t>
      </w:r>
    </w:p>
    <w:p w:rsidR="0070134D" w:rsidRPr="006D0601" w:rsidRDefault="000B6168">
      <w:pPr>
        <w:rPr>
          <w:lang w:val="ru-RU"/>
        </w:rPr>
      </w:pPr>
      <w:r w:rsidRPr="006D0601">
        <w:rPr>
          <w:lang w:val="ru-RU"/>
        </w:rPr>
        <w:lastRenderedPageBreak/>
        <w:br w:type="page"/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lastRenderedPageBreak/>
        <w:t>8 класс — Физик</w:t>
      </w:r>
      <w:r w:rsidRPr="006D0601">
        <w:rPr>
          <w:lang w:val="ru-RU"/>
        </w:rPr>
        <w:t>а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Дата проведения: 20.04.2026. Максимальный первичный балл: 18. В школе работу выполнили 15 </w:t>
      </w:r>
      <w:proofErr w:type="gramStart"/>
      <w:r w:rsidRPr="006D0601">
        <w:rPr>
          <w:lang w:val="ru-RU"/>
        </w:rPr>
        <w:t>обучающихся</w:t>
      </w:r>
      <w:proofErr w:type="gramEnd"/>
      <w:r w:rsidRPr="006D0601">
        <w:rPr>
          <w:lang w:val="ru-RU"/>
        </w:rPr>
        <w:t>. Уровень риска: высокий.</w:t>
      </w:r>
    </w:p>
    <w:tbl>
      <w:tblPr>
        <w:tblStyle w:val="aff0"/>
        <w:tblW w:w="0" w:type="auto"/>
        <w:jc w:val="center"/>
        <w:tblLook w:val="04A0"/>
      </w:tblPr>
      <w:tblGrid>
        <w:gridCol w:w="1417"/>
        <w:gridCol w:w="907"/>
        <w:gridCol w:w="964"/>
        <w:gridCol w:w="964"/>
        <w:gridCol w:w="1020"/>
        <w:gridCol w:w="1191"/>
        <w:gridCol w:w="1020"/>
        <w:gridCol w:w="1191"/>
        <w:gridCol w:w="1020"/>
      </w:tblGrid>
      <w:tr w:rsidR="0070134D">
        <w:trPr>
          <w:tblHeader/>
          <w:jc w:val="center"/>
        </w:trPr>
        <w:tc>
          <w:tcPr>
            <w:tcW w:w="141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Уровень</w:t>
            </w:r>
            <w:proofErr w:type="spellEnd"/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отметка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Понизили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Подтвердили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Школа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15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93,3%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33,3%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3,27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44,8%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6,7%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93,3%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Район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152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91,5%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42,8%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3,41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50,2%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21,1%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75,0%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4,0%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ЧР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6 413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87,5%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39,2%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3,31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47,4%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27,3%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68,3%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4,5%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РФ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278 862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95,1%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48,1%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3,54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52,1%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23,6%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69,9%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6,5%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80"/>
        <w:ind w:firstLine="709"/>
        <w:jc w:val="both"/>
      </w:pPr>
      <w:r w:rsidRPr="006D0601">
        <w:rPr>
          <w:lang w:val="ru-RU"/>
        </w:rPr>
        <w:t xml:space="preserve">Средний результат школы — 44,8%: -5,4 </w:t>
      </w:r>
      <w:proofErr w:type="spellStart"/>
      <w:r w:rsidRPr="006D0601">
        <w:rPr>
          <w:lang w:val="ru-RU"/>
        </w:rPr>
        <w:t>п</w:t>
      </w:r>
      <w:proofErr w:type="gramStart"/>
      <w:r w:rsidRPr="006D0601">
        <w:rPr>
          <w:lang w:val="ru-RU"/>
        </w:rPr>
        <w:t>,п</w:t>
      </w:r>
      <w:proofErr w:type="spellEnd"/>
      <w:proofErr w:type="gramEnd"/>
      <w:r w:rsidRPr="006D0601">
        <w:rPr>
          <w:lang w:val="ru-RU"/>
        </w:rPr>
        <w:t xml:space="preserve">, к району, -2,6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ЧР и -7,3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РФ.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знаний</w:t>
      </w:r>
      <w:proofErr w:type="spellEnd"/>
      <w:r>
        <w:t xml:space="preserve"> — 33,3%; успеваемость — 93,3%. Заданий ниже 50% — 5 из 10, ниже 30% — 2.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8412480" cy="3878448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j_ФИ_8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387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>Рисунок. 8 класс, Физика: выполнение заданий</w:t>
      </w: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успешные задания</w:t>
      </w:r>
    </w:p>
    <w:tbl>
      <w:tblPr>
        <w:tblStyle w:val="aff0"/>
        <w:tblW w:w="0" w:type="auto"/>
        <w:jc w:val="center"/>
        <w:tblLook w:val="04A0"/>
      </w:tblPr>
      <w:tblGrid>
        <w:gridCol w:w="1247"/>
        <w:gridCol w:w="567"/>
        <w:gridCol w:w="850"/>
        <w:gridCol w:w="850"/>
        <w:gridCol w:w="7370"/>
      </w:tblGrid>
      <w:tr w:rsidR="0070134D">
        <w:trPr>
          <w:tblHeader/>
          <w:jc w:val="center"/>
        </w:trPr>
        <w:tc>
          <w:tcPr>
            <w:tcW w:w="124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Задание</w:t>
            </w:r>
            <w:proofErr w:type="spellEnd"/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Школа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Район</w:t>
            </w:r>
          </w:p>
        </w:tc>
        <w:tc>
          <w:tcPr>
            <w:tcW w:w="737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Проверяемое умение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98,0%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7"/>
                <w:lang w:val="ru-RU"/>
              </w:rPr>
              <w:t xml:space="preserve">Решать задачи, используя </w:t>
            </w:r>
            <w:r w:rsidRPr="006D0601">
              <w:rPr>
                <w:sz w:val="17"/>
                <w:lang w:val="ru-RU"/>
              </w:rPr>
              <w:t>физические законы (закон Ома для участка цепи, закон Джоуля – Ленца) и формулы, связывающие физические величины (количество теплоты, температура, удельная теплоемкость вещества, удельная теплота…</w:t>
            </w:r>
            <w:proofErr w:type="gramEnd"/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93,3%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92,1%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7"/>
                <w:lang w:val="ru-RU"/>
              </w:rPr>
              <w:t>Решать задачи; выделять физические вел</w:t>
            </w:r>
            <w:r w:rsidRPr="006D0601">
              <w:rPr>
                <w:sz w:val="17"/>
                <w:lang w:val="ru-RU"/>
              </w:rPr>
              <w:t>ичины, законы (закон Ома для участка цепи, закон Джоуля – Ленца) и формулы, связывающие физические величины (сила тока, электрическое напряжение, электрическое сопротивление, работа…</w:t>
            </w:r>
            <w:proofErr w:type="gramEnd"/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86,7%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89,5%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Использовать при выполнении учебных задач </w:t>
            </w:r>
            <w:r w:rsidRPr="006D0601">
              <w:rPr>
                <w:sz w:val="17"/>
                <w:lang w:val="ru-RU"/>
              </w:rPr>
              <w:t xml:space="preserve">справочные материалы; делать выводы по результатам исследования; решать задачи, используя физические законы (закон Ома для участка цепи, закон Джоуля – Ленца) и формулы, </w:t>
            </w:r>
            <w:proofErr w:type="spellStart"/>
            <w:r w:rsidRPr="006D0601">
              <w:rPr>
                <w:sz w:val="17"/>
                <w:lang w:val="ru-RU"/>
              </w:rPr>
              <w:t>связыва</w:t>
            </w:r>
            <w:proofErr w:type="spellEnd"/>
            <w:r w:rsidRPr="006D0601">
              <w:rPr>
                <w:sz w:val="17"/>
                <w:lang w:val="ru-RU"/>
              </w:rPr>
              <w:t>…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80,0%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85,5%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7"/>
                <w:lang w:val="ru-RU"/>
              </w:rPr>
              <w:t xml:space="preserve">Проводить прямые измерения физических величин: время, масса тела, объем, сила, температура, атмосферное давление, напряжение, сила тока; использовать простейшие методы оценки </w:t>
            </w:r>
            <w:r w:rsidRPr="006D0601">
              <w:rPr>
                <w:sz w:val="17"/>
                <w:lang w:val="ru-RU"/>
              </w:rPr>
              <w:lastRenderedPageBreak/>
              <w:t>погрешностей измерений</w:t>
            </w:r>
            <w:proofErr w:type="gramEnd"/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lastRenderedPageBreak/>
              <w:t>4 (2б)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63,3%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62,2%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Распознавать электромагнитные </w:t>
            </w:r>
            <w:r w:rsidRPr="006D0601">
              <w:rPr>
                <w:sz w:val="17"/>
                <w:lang w:val="ru-RU"/>
              </w:rPr>
              <w:t>явления и объяснять на основе имеющихся знаний основные свойства или условия протекания этих явлений: взаимодействие магнитов, действие магнитного поля на проводник с током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сложные задания и адресные меры</w:t>
      </w:r>
    </w:p>
    <w:tbl>
      <w:tblPr>
        <w:tblStyle w:val="aff0"/>
        <w:tblW w:w="0" w:type="auto"/>
        <w:jc w:val="center"/>
        <w:tblLook w:val="04A0"/>
      </w:tblPr>
      <w:tblGrid>
        <w:gridCol w:w="964"/>
        <w:gridCol w:w="454"/>
        <w:gridCol w:w="737"/>
        <w:gridCol w:w="737"/>
        <w:gridCol w:w="737"/>
        <w:gridCol w:w="4025"/>
        <w:gridCol w:w="4252"/>
      </w:tblGrid>
      <w:tr w:rsidR="0070134D">
        <w:trPr>
          <w:tblHeader/>
          <w:jc w:val="center"/>
        </w:trPr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Задание</w:t>
            </w:r>
            <w:proofErr w:type="spellEnd"/>
          </w:p>
        </w:tc>
        <w:tc>
          <w:tcPr>
            <w:tcW w:w="4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Ур.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Школа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Район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Δ</w:t>
            </w:r>
          </w:p>
        </w:tc>
        <w:tc>
          <w:tcPr>
            <w:tcW w:w="402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 xml:space="preserve">Проверяемое </w:t>
            </w:r>
            <w:r>
              <w:rPr>
                <w:b/>
                <w:color w:val="FFFFFF"/>
                <w:sz w:val="15"/>
              </w:rPr>
              <w:t>умение</w:t>
            </w:r>
          </w:p>
        </w:tc>
        <w:tc>
          <w:tcPr>
            <w:tcW w:w="425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10 (4б)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8,3%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15,9%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-7,6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Анализировать отдельные этапы проведения исследований и интерпретировать результаты наблюдений и опытов; решать задачи, используя физические законы (закон сохранения энергии в тепловых </w:t>
            </w:r>
            <w:proofErr w:type="gramStart"/>
            <w:r w:rsidRPr="006D0601">
              <w:rPr>
                <w:sz w:val="15"/>
                <w:lang w:val="ru-RU"/>
              </w:rPr>
              <w:t>проц</w:t>
            </w:r>
            <w:proofErr w:type="gramEnd"/>
            <w:r w:rsidRPr="006D0601">
              <w:rPr>
                <w:sz w:val="15"/>
                <w:lang w:val="ru-RU"/>
              </w:rPr>
              <w:t>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отрабатывать цепочку «дано — перевод единиц — формула — вычисление — проверка размерности»; включить короткие расчетные тренировки с самопроверкой;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9 (1б)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26,7%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62,5%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-35,8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5"/>
                <w:lang w:val="ru-RU"/>
              </w:rPr>
              <w:t>Интерпретировать результаты наблюдений и опытов; решать задачи, используя формулы, связывающие физические величины (количество теплоты, температура, удельная теплоемкость вещества, удельная…</w:t>
            </w:r>
            <w:proofErr w:type="gramEnd"/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отрабатывать цепочку «дано — перевод еди</w:t>
            </w:r>
            <w:r w:rsidRPr="006D0601">
              <w:rPr>
                <w:sz w:val="15"/>
                <w:lang w:val="ru-RU"/>
              </w:rPr>
              <w:t>ниц — формула — вычисление — проверка размерности»; включить короткие расчетные тренировки с самопроверкой;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8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33,3%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72,4%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-39,0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5"/>
                <w:lang w:val="ru-RU"/>
              </w:rPr>
              <w:t xml:space="preserve">Решать задачи, </w:t>
            </w:r>
            <w:r w:rsidRPr="006D0601">
              <w:rPr>
                <w:sz w:val="15"/>
                <w:lang w:val="ru-RU"/>
              </w:rPr>
              <w:t xml:space="preserve">используя физические законы (закон Ома для участка цепи, закон Джоуля – Ленца) и формулы, связывающие физические величины (масса тела, плотность вещества, сила тока, </w:t>
            </w:r>
            <w:proofErr w:type="spellStart"/>
            <w:r w:rsidRPr="006D0601">
              <w:rPr>
                <w:sz w:val="15"/>
                <w:lang w:val="ru-RU"/>
              </w:rPr>
              <w:t>электрич</w:t>
            </w:r>
            <w:proofErr w:type="spellEnd"/>
            <w:r w:rsidRPr="006D0601">
              <w:rPr>
                <w:sz w:val="15"/>
                <w:lang w:val="ru-RU"/>
              </w:rPr>
              <w:t>…</w:t>
            </w:r>
            <w:proofErr w:type="gramEnd"/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отрабатывать цепочку «дано — перевод единиц — формула — вычисление — проверка ра</w:t>
            </w:r>
            <w:r w:rsidRPr="006D0601">
              <w:rPr>
                <w:sz w:val="15"/>
                <w:lang w:val="ru-RU"/>
              </w:rPr>
              <w:t>змерности»; включить короткие расчетные тренировки с самопроверкой.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 (4б)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36,7%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31,7%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+4,9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5"/>
                <w:lang w:val="ru-RU"/>
              </w:rPr>
              <w:t xml:space="preserve">Решать задачи, используя физические законы (закон сохранения энергии в тепловых процессах, закон Ома для участка цепи, закон Джоуля – Ленца) и формулы, </w:t>
            </w:r>
            <w:r w:rsidRPr="006D0601">
              <w:rPr>
                <w:sz w:val="15"/>
                <w:lang w:val="ru-RU"/>
              </w:rPr>
              <w:t>связывающие физические величины (масс…</w:t>
            </w:r>
            <w:proofErr w:type="gramEnd"/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отрабатывать цепочку «дано — перевод единиц — формула — вычисление — проверка размерности»; включить короткие расчетные тренировки с самопроверкой; отдельно отрабатывать многошаговые задания повышенного уровня с комме</w:t>
            </w:r>
            <w:r w:rsidRPr="006D0601">
              <w:rPr>
                <w:sz w:val="15"/>
                <w:lang w:val="ru-RU"/>
              </w:rPr>
              <w:t>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7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44,4%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-4,4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Распознавать тепловые явления и объяснять на базе имеющихся знаний основные свойства или условия протекания этих явлений: диффузия, изменение объема тел при нагревании (охлаждении), </w:t>
            </w:r>
            <w:proofErr w:type="spellStart"/>
            <w:r w:rsidRPr="006D0601">
              <w:rPr>
                <w:sz w:val="15"/>
                <w:lang w:val="ru-RU"/>
              </w:rPr>
              <w:t>теплово</w:t>
            </w:r>
            <w:proofErr w:type="spellEnd"/>
            <w:r w:rsidRPr="006D0601">
              <w:rPr>
                <w:sz w:val="15"/>
                <w:lang w:val="ru-RU"/>
              </w:rPr>
              <w:t>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повторное выполнение с фиксацией индивидуальной динамики.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63,3%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62,2%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+1,2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Распознавать электромагнитные явления и объяснять на </w:t>
            </w:r>
            <w:r w:rsidRPr="006D0601">
              <w:rPr>
                <w:sz w:val="15"/>
                <w:lang w:val="ru-RU"/>
              </w:rPr>
              <w:t xml:space="preserve">основе имеющихся знаний основные свойства или условия протекания этих явлений: взаимодействие магнитов, действие магнитного поля на </w:t>
            </w:r>
            <w:proofErr w:type="spellStart"/>
            <w:r w:rsidRPr="006D0601">
              <w:rPr>
                <w:sz w:val="15"/>
                <w:lang w:val="ru-RU"/>
              </w:rPr>
              <w:t>пров</w:t>
            </w:r>
            <w:proofErr w:type="spellEnd"/>
            <w:r w:rsidRPr="006D0601">
              <w:rPr>
                <w:sz w:val="15"/>
                <w:lang w:val="ru-RU"/>
              </w:rPr>
              <w:t>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</w:t>
            </w:r>
            <w:r w:rsidRPr="006D0601">
              <w:rPr>
                <w:sz w:val="15"/>
                <w:lang w:val="ru-RU"/>
              </w:rPr>
              <w:t>ое выполнение с фиксацией индивидуальной динамики.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80,0%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85,5%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-5,5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5"/>
                <w:lang w:val="ru-RU"/>
              </w:rPr>
              <w:t xml:space="preserve">Проводить прямые измерения физических величин: время, масса тела, объем, сила, температура, атмосферное давление, напряжение, сила тока; использовать простейшие методы </w:t>
            </w:r>
            <w:r w:rsidRPr="006D0601">
              <w:rPr>
                <w:sz w:val="15"/>
                <w:lang w:val="ru-RU"/>
              </w:rPr>
              <w:t>оценки погрешностей и…</w:t>
            </w:r>
            <w:proofErr w:type="gramEnd"/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повторное выполнение с фиксацией индивидуальной динамики.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Рекомендации учителю: провести поэлементную диагностику по перечисленным умениям; распределить обучающихся на группы по типам ошибок; организовать краткий коррекционный модуль; после тренировки </w:t>
      </w:r>
      <w:r w:rsidRPr="006D0601">
        <w:rPr>
          <w:lang w:val="ru-RU"/>
        </w:rPr>
        <w:lastRenderedPageBreak/>
        <w:t>обеспечить самостоятельное повторное выполнение заданий без по</w:t>
      </w:r>
      <w:r w:rsidRPr="006D0601">
        <w:rPr>
          <w:lang w:val="ru-RU"/>
        </w:rPr>
        <w:t>дсказки; результаты занести в индивидуальные карты динамики. Задания повышенного уровня отрабатывать отдельно, с обязательным проговариванием стратегии и проверкой промежуточных действий.</w:t>
      </w:r>
    </w:p>
    <w:p w:rsidR="0070134D" w:rsidRPr="006D0601" w:rsidRDefault="000B6168">
      <w:pPr>
        <w:rPr>
          <w:lang w:val="ru-RU"/>
        </w:rPr>
      </w:pPr>
      <w:r w:rsidRPr="006D0601">
        <w:rPr>
          <w:lang w:val="ru-RU"/>
        </w:rPr>
        <w:br w:type="page"/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lastRenderedPageBreak/>
        <w:t>8 класс — Химия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Дата проведения: 20.04.2026. Максимальный первичны</w:t>
      </w:r>
      <w:r w:rsidRPr="006D0601">
        <w:rPr>
          <w:lang w:val="ru-RU"/>
        </w:rPr>
        <w:t xml:space="preserve">й балл: 36. В школе работу выполнили 17 </w:t>
      </w:r>
      <w:proofErr w:type="gramStart"/>
      <w:r w:rsidRPr="006D0601">
        <w:rPr>
          <w:lang w:val="ru-RU"/>
        </w:rPr>
        <w:t>обучающихся</w:t>
      </w:r>
      <w:proofErr w:type="gramEnd"/>
      <w:r w:rsidRPr="006D0601">
        <w:rPr>
          <w:lang w:val="ru-RU"/>
        </w:rPr>
        <w:t>. Уровень риска: высокий.</w:t>
      </w:r>
    </w:p>
    <w:tbl>
      <w:tblPr>
        <w:tblStyle w:val="aff0"/>
        <w:tblW w:w="0" w:type="auto"/>
        <w:jc w:val="center"/>
        <w:tblLook w:val="04A0"/>
      </w:tblPr>
      <w:tblGrid>
        <w:gridCol w:w="1417"/>
        <w:gridCol w:w="907"/>
        <w:gridCol w:w="964"/>
        <w:gridCol w:w="964"/>
        <w:gridCol w:w="1020"/>
        <w:gridCol w:w="1191"/>
        <w:gridCol w:w="1020"/>
        <w:gridCol w:w="1191"/>
        <w:gridCol w:w="1020"/>
      </w:tblGrid>
      <w:tr w:rsidR="0070134D">
        <w:trPr>
          <w:tblHeader/>
          <w:jc w:val="center"/>
        </w:trPr>
        <w:tc>
          <w:tcPr>
            <w:tcW w:w="141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Уровень</w:t>
            </w:r>
            <w:proofErr w:type="spellEnd"/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отметка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Понизили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Подтвердили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Школа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17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94,1%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35,3%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3,29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51,0%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52,9%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47,1%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Район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171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91,2%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39,2%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3,34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56,1%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27,5%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68,4%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4,1%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ЧР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6 834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87,0%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38,3%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3,30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55,1%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25,4%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70,4%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4,2%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РФ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285 739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95,6%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58,2%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3,73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66,1%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13,6%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70,3%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16,1%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80"/>
        <w:ind w:firstLine="709"/>
        <w:jc w:val="both"/>
      </w:pPr>
      <w:r w:rsidRPr="006D0601">
        <w:rPr>
          <w:lang w:val="ru-RU"/>
        </w:rPr>
        <w:t xml:space="preserve">Средний результат школы — 51,0%: -5,1 </w:t>
      </w:r>
      <w:proofErr w:type="spellStart"/>
      <w:r w:rsidRPr="006D0601">
        <w:rPr>
          <w:lang w:val="ru-RU"/>
        </w:rPr>
        <w:t>п</w:t>
      </w:r>
      <w:proofErr w:type="gramStart"/>
      <w:r w:rsidRPr="006D0601">
        <w:rPr>
          <w:lang w:val="ru-RU"/>
        </w:rPr>
        <w:t>,п</w:t>
      </w:r>
      <w:proofErr w:type="spellEnd"/>
      <w:proofErr w:type="gramEnd"/>
      <w:r w:rsidRPr="006D0601">
        <w:rPr>
          <w:lang w:val="ru-RU"/>
        </w:rPr>
        <w:t xml:space="preserve">, к району, -4,1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ЧР и -15,2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РФ.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знаний</w:t>
      </w:r>
      <w:proofErr w:type="spellEnd"/>
      <w:r>
        <w:t xml:space="preserve"> — 35,3%; успеваемость — 94,1%. </w:t>
      </w:r>
      <w:r>
        <w:t>Заданий ниже 50% — 8 из 23, ниже 30% — 6.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8412480" cy="3878448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j_ХИ_8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387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>Рисунок. 8 класс, Химия: выполнение заданий</w:t>
      </w: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успешные задания</w:t>
      </w:r>
    </w:p>
    <w:tbl>
      <w:tblPr>
        <w:tblStyle w:val="aff0"/>
        <w:tblW w:w="0" w:type="auto"/>
        <w:jc w:val="center"/>
        <w:tblLook w:val="04A0"/>
      </w:tblPr>
      <w:tblGrid>
        <w:gridCol w:w="1247"/>
        <w:gridCol w:w="567"/>
        <w:gridCol w:w="850"/>
        <w:gridCol w:w="850"/>
        <w:gridCol w:w="7370"/>
      </w:tblGrid>
      <w:tr w:rsidR="0070134D">
        <w:trPr>
          <w:tblHeader/>
          <w:jc w:val="center"/>
        </w:trPr>
        <w:tc>
          <w:tcPr>
            <w:tcW w:w="124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Задание</w:t>
            </w:r>
            <w:proofErr w:type="spellEnd"/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Школа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Район</w:t>
            </w:r>
          </w:p>
        </w:tc>
        <w:tc>
          <w:tcPr>
            <w:tcW w:w="737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Проверяемое умение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1.1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86,0%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1. Раскрывать смысл понятий «смесь (однородная и неоднородная)», «простое </w:t>
            </w:r>
            <w:r w:rsidRPr="006D0601">
              <w:rPr>
                <w:sz w:val="17"/>
                <w:lang w:val="ru-RU"/>
              </w:rPr>
              <w:t>вещество», «сложное вещество»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2.2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67,8%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2. 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2.1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94,1%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80,1%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1. Раскрывать смысл понятия «химическая реакция»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 xml:space="preserve">1.2 </w:t>
            </w:r>
            <w:r>
              <w:rPr>
                <w:sz w:val="17"/>
              </w:rPr>
              <w:t>(3б)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80,4%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59,3%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2. Использовать химическую символику для составления формул веществ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5.1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76,5%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54,4%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1. Раскрывать смысл основных химических понятий: «раствор», «массовая доля вещества (процентная концентрация) в растворе»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lastRenderedPageBreak/>
        <w:t xml:space="preserve">Наиболее сложные </w:t>
      </w:r>
      <w:r w:rsidRPr="006D0601">
        <w:rPr>
          <w:lang w:val="ru-RU"/>
        </w:rPr>
        <w:t>задания и адресные меры</w:t>
      </w:r>
    </w:p>
    <w:tbl>
      <w:tblPr>
        <w:tblStyle w:val="aff0"/>
        <w:tblW w:w="0" w:type="auto"/>
        <w:jc w:val="center"/>
        <w:tblLook w:val="04A0"/>
      </w:tblPr>
      <w:tblGrid>
        <w:gridCol w:w="964"/>
        <w:gridCol w:w="454"/>
        <w:gridCol w:w="737"/>
        <w:gridCol w:w="737"/>
        <w:gridCol w:w="737"/>
        <w:gridCol w:w="4025"/>
        <w:gridCol w:w="4252"/>
      </w:tblGrid>
      <w:tr w:rsidR="0070134D">
        <w:trPr>
          <w:tblHeader/>
          <w:jc w:val="center"/>
        </w:trPr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Задание</w:t>
            </w:r>
            <w:proofErr w:type="spellEnd"/>
          </w:p>
        </w:tc>
        <w:tc>
          <w:tcPr>
            <w:tcW w:w="4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Ур.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Школа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Район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Δ</w:t>
            </w:r>
          </w:p>
        </w:tc>
        <w:tc>
          <w:tcPr>
            <w:tcW w:w="402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Проверяемое умение</w:t>
            </w:r>
          </w:p>
        </w:tc>
        <w:tc>
          <w:tcPr>
            <w:tcW w:w="425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7.3.2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37,4%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-37,4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3.2. Применять выявление причинно-следственных связей для изучения свойств веществ и химических реакций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систематизировать </w:t>
            </w:r>
            <w:r w:rsidRPr="006D0601">
              <w:rPr>
                <w:sz w:val="15"/>
                <w:lang w:val="ru-RU"/>
              </w:rPr>
              <w:t>признаки реакций и алгоритм составления уравнений; проводить химические диктанты и взаимопроверку коэффициентов.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8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0,0%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43,9%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-43,9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Прогнозировать свойства веществ в зависимости от их качественного состава, возможности протекания химических </w:t>
            </w:r>
            <w:r w:rsidRPr="006D0601">
              <w:rPr>
                <w:sz w:val="15"/>
                <w:lang w:val="ru-RU"/>
              </w:rPr>
              <w:t>превращений в различных условиях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сочетать понятийные задания с моделями частиц и демонстрационным опытом; организовать повторную диагностику после коррекционного модуля.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9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32,8%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-32,8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Следовать правилам пользования химической посудой и </w:t>
            </w:r>
            <w:r w:rsidRPr="006D0601">
              <w:rPr>
                <w:sz w:val="15"/>
                <w:lang w:val="ru-RU"/>
              </w:rPr>
              <w:t xml:space="preserve">лабораторным оборудованием, а также правилам обращения с веществами в соответствии с инструкциями по выполнению </w:t>
            </w:r>
            <w:proofErr w:type="gramStart"/>
            <w:r w:rsidRPr="006D0601">
              <w:rPr>
                <w:sz w:val="15"/>
                <w:lang w:val="ru-RU"/>
              </w:rPr>
              <w:t>лабораторных</w:t>
            </w:r>
            <w:proofErr w:type="gramEnd"/>
            <w:r w:rsidRPr="006D0601">
              <w:rPr>
                <w:sz w:val="15"/>
                <w:lang w:val="ru-RU"/>
              </w:rPr>
              <w:t xml:space="preserve"> химических о…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сочетать понятийные задания с моделями частиц и демонстрационным опытом; организовать повторную диагностику после кор</w:t>
            </w:r>
            <w:r w:rsidRPr="006D0601">
              <w:rPr>
                <w:sz w:val="15"/>
                <w:lang w:val="ru-RU"/>
              </w:rPr>
              <w:t>рекционного модуля.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7.3.1 (1б)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11,8%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46,2%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-34,4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3.1. 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</w:t>
            </w:r>
            <w:proofErr w:type="gramStart"/>
            <w:r w:rsidRPr="006D0601">
              <w:rPr>
                <w:sz w:val="15"/>
                <w:lang w:val="ru-RU"/>
              </w:rPr>
              <w:t>лабораторных</w:t>
            </w:r>
            <w:proofErr w:type="gramEnd"/>
            <w:r w:rsidRPr="006D0601">
              <w:rPr>
                <w:sz w:val="15"/>
                <w:lang w:val="ru-RU"/>
              </w:rPr>
              <w:t xml:space="preserve"> </w:t>
            </w:r>
            <w:proofErr w:type="spellStart"/>
            <w:r w:rsidRPr="006D0601">
              <w:rPr>
                <w:sz w:val="15"/>
                <w:lang w:val="ru-RU"/>
              </w:rPr>
              <w:t>химичес</w:t>
            </w:r>
            <w:proofErr w:type="spellEnd"/>
            <w:r w:rsidRPr="006D0601">
              <w:rPr>
                <w:sz w:val="15"/>
                <w:lang w:val="ru-RU"/>
              </w:rPr>
              <w:t>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сочетать</w:t>
            </w:r>
            <w:r w:rsidRPr="006D0601">
              <w:rPr>
                <w:sz w:val="15"/>
                <w:lang w:val="ru-RU"/>
              </w:rPr>
              <w:t xml:space="preserve"> понятийные задания с моделями частиц и демонстрационным опытом; организовать повторную диагностику после коррекционного модуля.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7.1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17,6%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35,1%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-17,4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1. Использовать химическую символику для составления уравнений химических реакций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систематизировать признаки реакций и алгоритм составления уравнений; проводить химические диктанты и взаимопроверку коэффициентов.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7.2 (1б)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23,5%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44,4%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-20,9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2. Классифицировать химические реакции по количеству и составу участвующих в реакции </w:t>
            </w:r>
            <w:r w:rsidRPr="006D0601">
              <w:rPr>
                <w:sz w:val="15"/>
                <w:lang w:val="ru-RU"/>
              </w:rPr>
              <w:t>веществ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систематизировать признаки реакций и алгоритм составления уравнений; проводить химические диктанты и взаимопроверку коэффициентов.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4.4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32,4%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44,4%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-12,1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4. Использовать химическую символику для составления формул веществ. </w:t>
            </w:r>
            <w:r w:rsidRPr="006D0601">
              <w:rPr>
                <w:sz w:val="15"/>
                <w:lang w:val="ru-RU"/>
              </w:rPr>
              <w:t>Демонстрировать понимание периодической зависимости свойств химических элементов от их положения в Периодической системе…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сочетать понятийные задания с моделями частиц и демонстрационным опытом; организовать повторную диагностику после коррекционного модул</w:t>
            </w:r>
            <w:r w:rsidRPr="006D0601">
              <w:rPr>
                <w:sz w:val="15"/>
                <w:lang w:val="ru-RU"/>
              </w:rPr>
              <w:t>я.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Рекомендации учителю: провести поэлементную диагностику по перечисленным умениям; распределить обучающихся на группы по типам ошибок; организовать краткий коррекционный модуль; после тренировки обеспечить самостоятельное повторное выполнение заданий </w:t>
      </w:r>
      <w:r w:rsidRPr="006D0601">
        <w:rPr>
          <w:lang w:val="ru-RU"/>
        </w:rPr>
        <w:t>без подсказки; результаты занести в индивидуальные карты динамики. Задания повышенного уровня отрабатывать отдельно, с обязательным проговариванием стратегии и проверкой промежуточных действий.</w:t>
      </w:r>
    </w:p>
    <w:p w:rsidR="0070134D" w:rsidRPr="006D0601" w:rsidRDefault="000B6168">
      <w:pPr>
        <w:rPr>
          <w:lang w:val="ru-RU"/>
        </w:rPr>
      </w:pPr>
      <w:r w:rsidRPr="006D0601">
        <w:rPr>
          <w:lang w:val="ru-RU"/>
        </w:rPr>
        <w:br w:type="page"/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lastRenderedPageBreak/>
        <w:t>10 класс — География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Дата проведения: 20.04.2026. </w:t>
      </w:r>
      <w:r w:rsidRPr="006D0601">
        <w:rPr>
          <w:lang w:val="ru-RU"/>
        </w:rPr>
        <w:t xml:space="preserve">Максимальный первичный балл: 23. В школе работу выполнили 10 </w:t>
      </w:r>
      <w:proofErr w:type="gramStart"/>
      <w:r w:rsidRPr="006D0601">
        <w:rPr>
          <w:lang w:val="ru-RU"/>
        </w:rPr>
        <w:t>обучающихся</w:t>
      </w:r>
      <w:proofErr w:type="gramEnd"/>
      <w:r w:rsidRPr="006D0601">
        <w:rPr>
          <w:lang w:val="ru-RU"/>
        </w:rPr>
        <w:t>. Уровень риска: высокий.</w:t>
      </w:r>
    </w:p>
    <w:tbl>
      <w:tblPr>
        <w:tblStyle w:val="aff0"/>
        <w:tblW w:w="0" w:type="auto"/>
        <w:jc w:val="center"/>
        <w:tblLook w:val="04A0"/>
      </w:tblPr>
      <w:tblGrid>
        <w:gridCol w:w="1417"/>
        <w:gridCol w:w="907"/>
        <w:gridCol w:w="964"/>
        <w:gridCol w:w="964"/>
        <w:gridCol w:w="1020"/>
        <w:gridCol w:w="1191"/>
        <w:gridCol w:w="1020"/>
        <w:gridCol w:w="1191"/>
        <w:gridCol w:w="1020"/>
      </w:tblGrid>
      <w:tr w:rsidR="0070134D">
        <w:trPr>
          <w:tblHeader/>
          <w:jc w:val="center"/>
        </w:trPr>
        <w:tc>
          <w:tcPr>
            <w:tcW w:w="141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Уровень</w:t>
            </w:r>
            <w:proofErr w:type="spellEnd"/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отметка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Понизили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Подтвердили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Школа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40,0%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3,40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49,6%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10,0%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90,0%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Район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63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93,7%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38,1%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3,35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53,8%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36,5%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63,5%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ЧР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2 233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90,1%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46,0%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3,44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56,1%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45,0%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53,4%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1,6%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РФ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147 115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99,0%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80,2%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4,07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72,1%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26,6%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64,7%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8,7%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80"/>
        <w:ind w:firstLine="709"/>
        <w:jc w:val="both"/>
      </w:pPr>
      <w:r w:rsidRPr="006D0601">
        <w:rPr>
          <w:lang w:val="ru-RU"/>
        </w:rPr>
        <w:t xml:space="preserve">Средний результат школы — 49,6%: -4,2 </w:t>
      </w:r>
      <w:proofErr w:type="spellStart"/>
      <w:r w:rsidRPr="006D0601">
        <w:rPr>
          <w:lang w:val="ru-RU"/>
        </w:rPr>
        <w:t>п</w:t>
      </w:r>
      <w:proofErr w:type="gramStart"/>
      <w:r w:rsidRPr="006D0601">
        <w:rPr>
          <w:lang w:val="ru-RU"/>
        </w:rPr>
        <w:t>,п</w:t>
      </w:r>
      <w:proofErr w:type="spellEnd"/>
      <w:proofErr w:type="gramEnd"/>
      <w:r w:rsidRPr="006D0601">
        <w:rPr>
          <w:lang w:val="ru-RU"/>
        </w:rPr>
        <w:t xml:space="preserve">, к району, -6,5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ЧР и -22,5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РФ.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знаний</w:t>
      </w:r>
      <w:proofErr w:type="spellEnd"/>
      <w:r>
        <w:t xml:space="preserve"> — 40,0%; </w:t>
      </w:r>
      <w:r>
        <w:t>успеваемость — 100,0%. Заданий ниже 50% — 8 из 18, ниже 30% — 6.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8412480" cy="3868439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j_ГГ_10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3868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>Рисунок. 10 класс, География: выполнение заданий</w:t>
      </w: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успешные задания</w:t>
      </w:r>
    </w:p>
    <w:tbl>
      <w:tblPr>
        <w:tblStyle w:val="aff0"/>
        <w:tblW w:w="0" w:type="auto"/>
        <w:jc w:val="center"/>
        <w:tblLook w:val="04A0"/>
      </w:tblPr>
      <w:tblGrid>
        <w:gridCol w:w="1247"/>
        <w:gridCol w:w="567"/>
        <w:gridCol w:w="850"/>
        <w:gridCol w:w="850"/>
        <w:gridCol w:w="7370"/>
      </w:tblGrid>
      <w:tr w:rsidR="0070134D">
        <w:trPr>
          <w:tblHeader/>
          <w:jc w:val="center"/>
        </w:trPr>
        <w:tc>
          <w:tcPr>
            <w:tcW w:w="124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Задание</w:t>
            </w:r>
            <w:proofErr w:type="spellEnd"/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Школа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Район</w:t>
            </w:r>
          </w:p>
        </w:tc>
        <w:tc>
          <w:tcPr>
            <w:tcW w:w="737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Проверяемое умение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88,9%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Использовать знания об основных географических </w:t>
            </w:r>
            <w:r w:rsidRPr="006D0601">
              <w:rPr>
                <w:sz w:val="17"/>
                <w:lang w:val="ru-RU"/>
              </w:rPr>
              <w:t>закономерностях для сравнения структуры экономики аграрных, индустриальных и постиндустриальных стран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85,7%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Владение географической терминологией и системой базовых географических понятий: применять понятие «</w:t>
            </w:r>
            <w:proofErr w:type="spellStart"/>
            <w:r w:rsidRPr="006D0601">
              <w:rPr>
                <w:sz w:val="17"/>
                <w:lang w:val="ru-RU"/>
              </w:rPr>
              <w:t>ресурсообеспеченность</w:t>
            </w:r>
            <w:proofErr w:type="spellEnd"/>
            <w:r w:rsidRPr="006D0601">
              <w:rPr>
                <w:sz w:val="17"/>
                <w:lang w:val="ru-RU"/>
              </w:rPr>
              <w:t>» для реше</w:t>
            </w:r>
            <w:r w:rsidRPr="006D0601">
              <w:rPr>
                <w:sz w:val="17"/>
                <w:lang w:val="ru-RU"/>
              </w:rPr>
              <w:t>ния учебных и (или) практико-ориентированных задач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82,5%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Владение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</w:t>
            </w:r>
            <w:r w:rsidRPr="006D0601">
              <w:rPr>
                <w:sz w:val="17"/>
                <w:lang w:val="ru-RU"/>
              </w:rPr>
              <w:t xml:space="preserve">географических объектов и явлений, отдельных </w:t>
            </w:r>
            <w:proofErr w:type="spellStart"/>
            <w:r w:rsidRPr="006D0601">
              <w:rPr>
                <w:sz w:val="17"/>
                <w:lang w:val="ru-RU"/>
              </w:rPr>
              <w:t>терри</w:t>
            </w:r>
            <w:proofErr w:type="spellEnd"/>
            <w:r w:rsidRPr="006D0601">
              <w:rPr>
                <w:sz w:val="17"/>
                <w:lang w:val="ru-RU"/>
              </w:rPr>
              <w:t>…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11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90,0%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84,1%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spellStart"/>
            <w:r w:rsidRPr="006D0601">
              <w:rPr>
                <w:sz w:val="17"/>
                <w:lang w:val="ru-RU"/>
              </w:rPr>
              <w:t>Сформированность</w:t>
            </w:r>
            <w:proofErr w:type="spellEnd"/>
            <w:r w:rsidRPr="006D0601">
              <w:rPr>
                <w:sz w:val="17"/>
                <w:lang w:val="ru-RU"/>
              </w:rPr>
              <w:t xml:space="preserve"> умений находить и использовать различные источники географической информации для решения учебных и (или) практико-ориентированных задач: выбирать и использовать </w:t>
            </w:r>
            <w:r w:rsidRPr="006D0601">
              <w:rPr>
                <w:sz w:val="17"/>
                <w:lang w:val="ru-RU"/>
              </w:rPr>
              <w:t xml:space="preserve">источники географической информации, </w:t>
            </w:r>
            <w:proofErr w:type="spellStart"/>
            <w:r w:rsidRPr="006D0601">
              <w:rPr>
                <w:sz w:val="17"/>
                <w:lang w:val="ru-RU"/>
              </w:rPr>
              <w:t>адек</w:t>
            </w:r>
            <w:proofErr w:type="spellEnd"/>
            <w:r w:rsidRPr="006D0601">
              <w:rPr>
                <w:sz w:val="17"/>
                <w:lang w:val="ru-RU"/>
              </w:rPr>
              <w:t>…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lastRenderedPageBreak/>
              <w:t>3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74,6%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spellStart"/>
            <w:r w:rsidRPr="006D0601">
              <w:rPr>
                <w:sz w:val="17"/>
                <w:lang w:val="ru-RU"/>
              </w:rPr>
              <w:t>Сформированность</w:t>
            </w:r>
            <w:proofErr w:type="spellEnd"/>
            <w:r w:rsidRPr="006D0601">
              <w:rPr>
                <w:sz w:val="17"/>
                <w:lang w:val="ru-RU"/>
              </w:rPr>
              <w:t xml:space="preserve"> системы комплексных социально ориентированных географических знаний о закономерностях развития природы, размещения населения и хозяйства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сложные задания и адресные</w:t>
      </w:r>
      <w:r w:rsidRPr="006D0601">
        <w:rPr>
          <w:lang w:val="ru-RU"/>
        </w:rPr>
        <w:t xml:space="preserve"> меры</w:t>
      </w:r>
    </w:p>
    <w:tbl>
      <w:tblPr>
        <w:tblStyle w:val="aff0"/>
        <w:tblW w:w="0" w:type="auto"/>
        <w:jc w:val="center"/>
        <w:tblLook w:val="04A0"/>
      </w:tblPr>
      <w:tblGrid>
        <w:gridCol w:w="964"/>
        <w:gridCol w:w="454"/>
        <w:gridCol w:w="737"/>
        <w:gridCol w:w="737"/>
        <w:gridCol w:w="737"/>
        <w:gridCol w:w="4025"/>
        <w:gridCol w:w="4252"/>
      </w:tblGrid>
      <w:tr w:rsidR="0070134D">
        <w:trPr>
          <w:tblHeader/>
          <w:jc w:val="center"/>
        </w:trPr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Задание</w:t>
            </w:r>
            <w:proofErr w:type="spellEnd"/>
          </w:p>
        </w:tc>
        <w:tc>
          <w:tcPr>
            <w:tcW w:w="4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Ур.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Школа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Район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Δ</w:t>
            </w:r>
          </w:p>
        </w:tc>
        <w:tc>
          <w:tcPr>
            <w:tcW w:w="402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Проверяемое умение</w:t>
            </w:r>
          </w:p>
        </w:tc>
        <w:tc>
          <w:tcPr>
            <w:tcW w:w="425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9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21,4%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-21,4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Владение умениями географического анализа и интерпретации информации из различных источников: формулировать выводы и заключения на основе анализа и </w:t>
            </w:r>
            <w:r w:rsidRPr="006D0601">
              <w:rPr>
                <w:sz w:val="15"/>
                <w:lang w:val="ru-RU"/>
              </w:rPr>
              <w:t xml:space="preserve">интерпретации информации из различных </w:t>
            </w:r>
            <w:proofErr w:type="gramStart"/>
            <w:r w:rsidRPr="006D0601">
              <w:rPr>
                <w:sz w:val="15"/>
                <w:lang w:val="ru-RU"/>
              </w:rPr>
              <w:t>ист</w:t>
            </w:r>
            <w:proofErr w:type="gramEnd"/>
            <w:r w:rsidRPr="006D0601">
              <w:rPr>
                <w:sz w:val="15"/>
                <w:lang w:val="ru-RU"/>
              </w:rPr>
              <w:t>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связывать понятия с картой, схемой и конкретным примером территории; использовать задания на сравнение объектов по нескольким признакам.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14 (1б)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0,0%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54,0%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-54,0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Освоение и применение знаний о размещении </w:t>
            </w:r>
            <w:r w:rsidRPr="006D0601">
              <w:rPr>
                <w:sz w:val="15"/>
                <w:lang w:val="ru-RU"/>
              </w:rPr>
              <w:t>основных географических объектов: выбирать и использовать источники географической информации для определения положения и взаиморасположения объект…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связывать понятия с картой, схемой и конкретным примером территории; использовать задания на сравнение объе</w:t>
            </w:r>
            <w:r w:rsidRPr="006D0601">
              <w:rPr>
                <w:sz w:val="15"/>
                <w:lang w:val="ru-RU"/>
              </w:rPr>
              <w:t>ктов по нескольким признакам.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17К1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18,2%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-18,2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spellStart"/>
            <w:r w:rsidRPr="006D0601">
              <w:rPr>
                <w:sz w:val="15"/>
                <w:lang w:val="ru-RU"/>
              </w:rPr>
              <w:t>Сформированность</w:t>
            </w:r>
            <w:proofErr w:type="spellEnd"/>
            <w:r w:rsidRPr="006D0601">
              <w:rPr>
                <w:sz w:val="15"/>
                <w:lang w:val="ru-RU"/>
              </w:rPr>
              <w:t xml:space="preserve"> умения применять географические знания для оценки разнообразных явлений и процессов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связывать понятия с картой, схемой и конкретным примером территории; использовать задания </w:t>
            </w:r>
            <w:r w:rsidRPr="006D0601">
              <w:rPr>
                <w:sz w:val="15"/>
                <w:lang w:val="ru-RU"/>
              </w:rPr>
              <w:t>на сравнение объектов по нескольким признакам;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17К2 (1б)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0,0%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19,1%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-19,1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spellStart"/>
            <w:r w:rsidRPr="006D0601">
              <w:rPr>
                <w:sz w:val="15"/>
                <w:lang w:val="ru-RU"/>
              </w:rPr>
              <w:t>Сформированность</w:t>
            </w:r>
            <w:proofErr w:type="spellEnd"/>
            <w:r w:rsidRPr="006D0601">
              <w:rPr>
                <w:sz w:val="15"/>
                <w:lang w:val="ru-RU"/>
              </w:rPr>
              <w:t xml:space="preserve"> умения применять географические знания для оценки </w:t>
            </w:r>
            <w:r w:rsidRPr="006D0601">
              <w:rPr>
                <w:sz w:val="15"/>
                <w:lang w:val="ru-RU"/>
              </w:rPr>
              <w:t>разнообразных явлений и процессов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связывать понятия с картой, схемой и конкретным примером территории; использовать задания на сравнение объектов по нескольким признакам; отдельно отрабатывать многошаговые задания повышенного уровня с комментированием стра</w:t>
            </w:r>
            <w:r w:rsidRPr="006D0601">
              <w:rPr>
                <w:sz w:val="15"/>
                <w:lang w:val="ru-RU"/>
              </w:rPr>
              <w:t>тегии решения.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15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46,0%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-36,0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Владение географической терминологией и системой базовых географических понятий: применять понятия: воспроизводство населения, демографическая политика, урбанизация, ложная урбанизация, </w:t>
            </w:r>
            <w:proofErr w:type="spellStart"/>
            <w:r w:rsidRPr="006D0601">
              <w:rPr>
                <w:sz w:val="15"/>
                <w:lang w:val="ru-RU"/>
              </w:rPr>
              <w:t>эне</w:t>
            </w:r>
            <w:proofErr w:type="spellEnd"/>
            <w:r w:rsidRPr="006D0601">
              <w:rPr>
                <w:sz w:val="15"/>
                <w:lang w:val="ru-RU"/>
              </w:rPr>
              <w:t>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связывать </w:t>
            </w:r>
            <w:r w:rsidRPr="006D0601">
              <w:rPr>
                <w:sz w:val="15"/>
                <w:lang w:val="ru-RU"/>
              </w:rPr>
              <w:t>понятия с картой, схемой и конкретным примером территории; использовать задания на сравнение объектов по нескольким признакам;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16 (1б)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20,0%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30,2%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 xml:space="preserve">-10,2 </w:t>
            </w:r>
            <w:r>
              <w:rPr>
                <w:sz w:val="15"/>
              </w:rPr>
              <w:t>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spellStart"/>
            <w:r w:rsidRPr="006D0601">
              <w:rPr>
                <w:sz w:val="15"/>
                <w:lang w:val="ru-RU"/>
              </w:rPr>
              <w:t>Сформированность</w:t>
            </w:r>
            <w:proofErr w:type="spellEnd"/>
            <w:r w:rsidRPr="006D0601">
              <w:rPr>
                <w:sz w:val="15"/>
                <w:lang w:val="ru-RU"/>
              </w:rPr>
              <w:t xml:space="preserve"> умения применять географические знания для объяснения изученных социально-экономических и </w:t>
            </w:r>
            <w:proofErr w:type="spellStart"/>
            <w:r w:rsidRPr="006D0601">
              <w:rPr>
                <w:sz w:val="15"/>
                <w:lang w:val="ru-RU"/>
              </w:rPr>
              <w:t>геоэкологических</w:t>
            </w:r>
            <w:proofErr w:type="spellEnd"/>
            <w:r w:rsidRPr="006D0601">
              <w:rPr>
                <w:sz w:val="15"/>
                <w:lang w:val="ru-RU"/>
              </w:rPr>
              <w:t xml:space="preserve"> процессов и явлений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связывать понятия с картой, схемой и конкретным примером территории; использовать задания на сравнение объе</w:t>
            </w:r>
            <w:r w:rsidRPr="006D0601">
              <w:rPr>
                <w:sz w:val="15"/>
                <w:lang w:val="ru-RU"/>
              </w:rPr>
              <w:t>ктов по нескольким признакам;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44,4%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-4,4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Владение географической терминологией и системой базовых географических понятий: различать </w:t>
            </w:r>
            <w:r w:rsidRPr="006D0601">
              <w:rPr>
                <w:sz w:val="15"/>
                <w:lang w:val="ru-RU"/>
              </w:rPr>
              <w:t xml:space="preserve">понятия воспроизводство населения, демографическая политика, урбанизация, ложная урбанизация, </w:t>
            </w:r>
            <w:proofErr w:type="spellStart"/>
            <w:r w:rsidRPr="006D0601">
              <w:rPr>
                <w:sz w:val="15"/>
                <w:lang w:val="ru-RU"/>
              </w:rPr>
              <w:t>энер</w:t>
            </w:r>
            <w:proofErr w:type="spellEnd"/>
            <w:r w:rsidRPr="006D0601">
              <w:rPr>
                <w:sz w:val="15"/>
                <w:lang w:val="ru-RU"/>
              </w:rPr>
              <w:t>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связывать понятия с картой, схемой и конкретным примером территории; использовать задания на сравнение объектов по нескольким признакам.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Рекомендации учителю: провести поэлементную диагностику по перечисленным умениям; распределить обучающихся на группы по типам ошибок; организовать краткий коррекционный модуль; после тренировки обеспечить самостоятельное повторное выполнение заданий без по</w:t>
      </w:r>
      <w:r w:rsidRPr="006D0601">
        <w:rPr>
          <w:lang w:val="ru-RU"/>
        </w:rPr>
        <w:t xml:space="preserve">дсказки; результаты занести в индивидуальные </w:t>
      </w:r>
      <w:r w:rsidRPr="006D0601">
        <w:rPr>
          <w:lang w:val="ru-RU"/>
        </w:rPr>
        <w:lastRenderedPageBreak/>
        <w:t>карты динамики. Задания повышенного уровня отрабатывать отдельно, с обязательным проговариванием стратегии и проверкой промежуточных действий.</w:t>
      </w:r>
    </w:p>
    <w:p w:rsidR="0070134D" w:rsidRPr="006D0601" w:rsidRDefault="000B6168">
      <w:pPr>
        <w:rPr>
          <w:lang w:val="ru-RU"/>
        </w:rPr>
      </w:pPr>
      <w:r w:rsidRPr="006D0601">
        <w:rPr>
          <w:lang w:val="ru-RU"/>
        </w:rPr>
        <w:br w:type="page"/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lastRenderedPageBreak/>
        <w:t>10 класс — Литература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Дата проведения: 20.04.2026. Максимальный пе</w:t>
      </w:r>
      <w:r w:rsidRPr="006D0601">
        <w:rPr>
          <w:lang w:val="ru-RU"/>
        </w:rPr>
        <w:t xml:space="preserve">рвичный балл: 29. В школе работу выполнили 10 </w:t>
      </w:r>
      <w:proofErr w:type="gramStart"/>
      <w:r w:rsidRPr="006D0601">
        <w:rPr>
          <w:lang w:val="ru-RU"/>
        </w:rPr>
        <w:t>обучающихся</w:t>
      </w:r>
      <w:proofErr w:type="gramEnd"/>
      <w:r w:rsidRPr="006D0601">
        <w:rPr>
          <w:lang w:val="ru-RU"/>
        </w:rPr>
        <w:t>. Уровень риска: критический.</w:t>
      </w:r>
    </w:p>
    <w:tbl>
      <w:tblPr>
        <w:tblStyle w:val="aff0"/>
        <w:tblW w:w="0" w:type="auto"/>
        <w:jc w:val="center"/>
        <w:tblLook w:val="04A0"/>
      </w:tblPr>
      <w:tblGrid>
        <w:gridCol w:w="1417"/>
        <w:gridCol w:w="907"/>
        <w:gridCol w:w="964"/>
        <w:gridCol w:w="964"/>
        <w:gridCol w:w="1020"/>
        <w:gridCol w:w="1191"/>
        <w:gridCol w:w="1020"/>
        <w:gridCol w:w="1191"/>
        <w:gridCol w:w="1020"/>
      </w:tblGrid>
      <w:tr w:rsidR="0070134D">
        <w:trPr>
          <w:tblHeader/>
          <w:jc w:val="center"/>
        </w:trPr>
        <w:tc>
          <w:tcPr>
            <w:tcW w:w="141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Уровень</w:t>
            </w:r>
            <w:proofErr w:type="spellEnd"/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отметка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Понизили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Подтвердили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Школа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2,00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42,1%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Район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130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76,2%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33,1%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3,14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60,3%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50,8%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47,7%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1,5%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ЧР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2 137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85,1%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41,8%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3,34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64,8%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34,5%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63,1%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2,4%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РФ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142 973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91,4%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62,5%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3,81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73,6%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29,9%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62,0%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8,1%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80"/>
        <w:ind w:firstLine="709"/>
        <w:jc w:val="both"/>
      </w:pPr>
      <w:r w:rsidRPr="006D0601">
        <w:rPr>
          <w:lang w:val="ru-RU"/>
        </w:rPr>
        <w:t xml:space="preserve">Средний результат школы — 42,1%: -18,2 </w:t>
      </w:r>
      <w:proofErr w:type="spellStart"/>
      <w:r w:rsidRPr="006D0601">
        <w:rPr>
          <w:lang w:val="ru-RU"/>
        </w:rPr>
        <w:t>п</w:t>
      </w:r>
      <w:proofErr w:type="gramStart"/>
      <w:r w:rsidRPr="006D0601">
        <w:rPr>
          <w:lang w:val="ru-RU"/>
        </w:rPr>
        <w:t>,п</w:t>
      </w:r>
      <w:proofErr w:type="spellEnd"/>
      <w:proofErr w:type="gramEnd"/>
      <w:r w:rsidRPr="006D0601">
        <w:rPr>
          <w:lang w:val="ru-RU"/>
        </w:rPr>
        <w:t xml:space="preserve">, к району, -22,8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ЧР и -31,5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РФ.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знаний</w:t>
      </w:r>
      <w:proofErr w:type="spellEnd"/>
      <w:r>
        <w:t xml:space="preserve"> — 0,0%; успеваемость — 0,0%. </w:t>
      </w:r>
      <w:r>
        <w:t>Заданий ниже 50% — 11 из 19, ниже 30% — 7.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8412480" cy="3878448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j_ЛИ_10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387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>Рисунок. 10 класс, Литература: выполнение заданий</w:t>
      </w: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успешные задания</w:t>
      </w:r>
    </w:p>
    <w:tbl>
      <w:tblPr>
        <w:tblStyle w:val="aff0"/>
        <w:tblW w:w="0" w:type="auto"/>
        <w:jc w:val="center"/>
        <w:tblLook w:val="04A0"/>
      </w:tblPr>
      <w:tblGrid>
        <w:gridCol w:w="1247"/>
        <w:gridCol w:w="567"/>
        <w:gridCol w:w="850"/>
        <w:gridCol w:w="850"/>
        <w:gridCol w:w="7370"/>
      </w:tblGrid>
      <w:tr w:rsidR="0070134D">
        <w:trPr>
          <w:tblHeader/>
          <w:jc w:val="center"/>
        </w:trPr>
        <w:tc>
          <w:tcPr>
            <w:tcW w:w="124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Задание</w:t>
            </w:r>
            <w:proofErr w:type="spellEnd"/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Школа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Район</w:t>
            </w:r>
          </w:p>
        </w:tc>
        <w:tc>
          <w:tcPr>
            <w:tcW w:w="737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Проверяемое умение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94,6%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Овладение умениями анализа и интерпретации художественных </w:t>
            </w:r>
            <w:r w:rsidRPr="006D0601">
              <w:rPr>
                <w:sz w:val="17"/>
                <w:lang w:val="ru-RU"/>
              </w:rPr>
              <w:t>произведений в единстве формы и содержания (с учетом неоднозначности заложенных в нем смыслов и наличия в нем подтекста) с использованием теоретико-литературных…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90,8%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Овладение умениями анализа и интерпретации художественных произведений </w:t>
            </w:r>
            <w:r w:rsidRPr="006D0601">
              <w:rPr>
                <w:sz w:val="17"/>
                <w:lang w:val="ru-RU"/>
              </w:rPr>
              <w:t>в единстве формы и содержания (с учетом неоднозначности заложенных в нем смыслов и наличия в нем подтекста) с использованием теоретико-литературных…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92,3%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Овладение умениями анализа и интерпретации художественных произведений в единстве </w:t>
            </w:r>
            <w:r w:rsidRPr="006D0601">
              <w:rPr>
                <w:sz w:val="17"/>
                <w:lang w:val="ru-RU"/>
              </w:rPr>
              <w:t>формы и содержания (с учетом неоднозначности заложенных в нем смыслов и наличия в нем подтекста) с использованием теоретико-литературных…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5К2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П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81,5%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spellStart"/>
            <w:r w:rsidRPr="006D0601">
              <w:rPr>
                <w:sz w:val="17"/>
                <w:lang w:val="ru-RU"/>
              </w:rPr>
              <w:t>Сформированность</w:t>
            </w:r>
            <w:proofErr w:type="spellEnd"/>
            <w:r w:rsidRPr="006D0601">
              <w:rPr>
                <w:sz w:val="17"/>
                <w:lang w:val="ru-RU"/>
              </w:rPr>
              <w:t xml:space="preserve"> умений определять и учитывать историко-культурный контекст и конте</w:t>
            </w:r>
            <w:proofErr w:type="gramStart"/>
            <w:r w:rsidRPr="006D0601">
              <w:rPr>
                <w:sz w:val="17"/>
                <w:lang w:val="ru-RU"/>
              </w:rPr>
              <w:t xml:space="preserve">кст </w:t>
            </w:r>
            <w:r w:rsidRPr="006D0601">
              <w:rPr>
                <w:sz w:val="17"/>
                <w:lang w:val="ru-RU"/>
              </w:rPr>
              <w:t>тв</w:t>
            </w:r>
            <w:proofErr w:type="gramEnd"/>
            <w:r w:rsidRPr="006D0601">
              <w:rPr>
                <w:sz w:val="17"/>
                <w:lang w:val="ru-RU"/>
              </w:rPr>
              <w:t>орчества писателя в процессе анализа художественных текстов; раскрывать конкретно-</w:t>
            </w:r>
            <w:r w:rsidRPr="006D0601">
              <w:rPr>
                <w:sz w:val="17"/>
                <w:lang w:val="ru-RU"/>
              </w:rPr>
              <w:lastRenderedPageBreak/>
              <w:t>историческое и общечеловеческое содержание литер…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lastRenderedPageBreak/>
              <w:t>4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89,2%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Овладение умениями анализа и интерпретации художественных произведений в единстве формы и содержания</w:t>
            </w:r>
            <w:r w:rsidRPr="006D0601">
              <w:rPr>
                <w:sz w:val="17"/>
                <w:lang w:val="ru-RU"/>
              </w:rPr>
              <w:t xml:space="preserve"> (с учетом неоднозначности заложенных в нем смыслов и наличия в нем подтекста) с использованием теоретико-литературных…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сложные задания и адресные меры</w:t>
      </w:r>
    </w:p>
    <w:tbl>
      <w:tblPr>
        <w:tblStyle w:val="aff0"/>
        <w:tblW w:w="0" w:type="auto"/>
        <w:jc w:val="center"/>
        <w:tblLook w:val="04A0"/>
      </w:tblPr>
      <w:tblGrid>
        <w:gridCol w:w="964"/>
        <w:gridCol w:w="454"/>
        <w:gridCol w:w="737"/>
        <w:gridCol w:w="737"/>
        <w:gridCol w:w="737"/>
        <w:gridCol w:w="4025"/>
        <w:gridCol w:w="4252"/>
      </w:tblGrid>
      <w:tr w:rsidR="0070134D">
        <w:trPr>
          <w:tblHeader/>
          <w:jc w:val="center"/>
        </w:trPr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Задание</w:t>
            </w:r>
            <w:proofErr w:type="spellEnd"/>
          </w:p>
        </w:tc>
        <w:tc>
          <w:tcPr>
            <w:tcW w:w="4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Ур.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Школа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Район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Δ</w:t>
            </w:r>
          </w:p>
        </w:tc>
        <w:tc>
          <w:tcPr>
            <w:tcW w:w="402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Проверяемое умение</w:t>
            </w:r>
          </w:p>
        </w:tc>
        <w:tc>
          <w:tcPr>
            <w:tcW w:w="425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9К3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32,3%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-32,3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Овладение умением самостоятельного истолкования прочитанного в устной и письменной формах; раскрывать конкретно-историческое и общечеловеческое содержание литературных произведений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отрабатывать структуру письменного ответа: тезис — доказательств</w:t>
            </w:r>
            <w:r w:rsidRPr="006D0601">
              <w:rPr>
                <w:sz w:val="15"/>
                <w:lang w:val="ru-RU"/>
              </w:rPr>
              <w:t>о — пример — вывод; проводить взаимопроверку по критериям и обязательное редактирование текста; отдельно отрабатывать многошаговые задания повышенного уровня с комментированием стратеги…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9К2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35,0%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-30,0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Осознанное умение внимательно </w:t>
            </w:r>
            <w:r w:rsidRPr="006D0601">
              <w:rPr>
                <w:sz w:val="15"/>
                <w:lang w:val="ru-RU"/>
              </w:rPr>
              <w:t xml:space="preserve">читать, понимать и самостоятельно интерпретировать художественный текст; овладение умением самостоятельного истолкования прочитанного в </w:t>
            </w:r>
            <w:proofErr w:type="gramStart"/>
            <w:r w:rsidRPr="006D0601">
              <w:rPr>
                <w:sz w:val="15"/>
                <w:lang w:val="ru-RU"/>
              </w:rPr>
              <w:t>устной</w:t>
            </w:r>
            <w:proofErr w:type="gramEnd"/>
            <w:r w:rsidRPr="006D0601">
              <w:rPr>
                <w:sz w:val="15"/>
                <w:lang w:val="ru-RU"/>
              </w:rPr>
              <w:t xml:space="preserve"> и письменной фор…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отрабатывать структуру письменного ответа: тезис — доказательство — пример — вывод; проводить в</w:t>
            </w:r>
            <w:r w:rsidRPr="006D0601">
              <w:rPr>
                <w:sz w:val="15"/>
                <w:lang w:val="ru-RU"/>
              </w:rPr>
              <w:t>заимопроверку по критериям и обязательное редактирование текста; отдельно отрабатывать многошаговые задания повышенного уровня с комментированием стратеги…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9К4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41,5%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-31,5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Овладение умением самостоятельного истолкования прочитанного в </w:t>
            </w:r>
            <w:r w:rsidRPr="006D0601">
              <w:rPr>
                <w:sz w:val="15"/>
                <w:lang w:val="ru-RU"/>
              </w:rPr>
              <w:t>устной и письменной формах; редактировать и совершенствовать собственные письменные высказывания с учетом норм русского литера…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отрабатывать структуру письменного ответа: тезис — доказательство — пример — вывод; проводить взаимопроверку по критериям и обяз</w:t>
            </w:r>
            <w:r w:rsidRPr="006D0601">
              <w:rPr>
                <w:sz w:val="15"/>
                <w:lang w:val="ru-RU"/>
              </w:rPr>
              <w:t>ательное редактирование текста; отдельно отрабатывать многошаговые задания повышенного уровня с комментированием стратеги…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8К2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20,0%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51,9%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-31,9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Умение эмоционально откликаться на прочитанное, выражать личное отношение к нему, передавать </w:t>
            </w:r>
            <w:r w:rsidRPr="006D0601">
              <w:rPr>
                <w:sz w:val="15"/>
                <w:lang w:val="ru-RU"/>
              </w:rPr>
              <w:t xml:space="preserve">читательские впечатления; овладение умением самостоятельного истолкования прочитанного в </w:t>
            </w:r>
            <w:proofErr w:type="gramStart"/>
            <w:r w:rsidRPr="006D0601">
              <w:rPr>
                <w:sz w:val="15"/>
                <w:lang w:val="ru-RU"/>
              </w:rPr>
              <w:t>устной</w:t>
            </w:r>
            <w:proofErr w:type="gramEnd"/>
            <w:r w:rsidRPr="006D0601">
              <w:rPr>
                <w:sz w:val="15"/>
                <w:lang w:val="ru-RU"/>
              </w:rPr>
              <w:t>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отрабатывать структуру письменного ответа: тезис — доказательство — пример — вывод; проводить взаимопроверку по критериям и обязательное редактирование текста.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8К3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69,2%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-49,2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Овладение умением самостоятельного истолкования прочитанного в устной и письменной формах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отрабатывать структуру письменного ответа: тезис — доказательство — пример — вывод; проводить взаимопроверку по критериям и </w:t>
            </w:r>
            <w:r w:rsidRPr="006D0601">
              <w:rPr>
                <w:sz w:val="15"/>
                <w:lang w:val="ru-RU"/>
              </w:rPr>
              <w:t>обязательное редактирование текста.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9К1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20,0%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45,8%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-25,8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spellStart"/>
            <w:r w:rsidRPr="006D0601">
              <w:rPr>
                <w:sz w:val="15"/>
                <w:lang w:val="ru-RU"/>
              </w:rPr>
              <w:t>Сформированность</w:t>
            </w:r>
            <w:proofErr w:type="spellEnd"/>
            <w:r w:rsidRPr="006D0601">
              <w:rPr>
                <w:sz w:val="15"/>
                <w:lang w:val="ru-RU"/>
              </w:rPr>
              <w:t xml:space="preserve"> устойчивого интереса к чтению как средству познания </w:t>
            </w:r>
            <w:proofErr w:type="gramStart"/>
            <w:r w:rsidRPr="006D0601">
              <w:rPr>
                <w:sz w:val="15"/>
                <w:lang w:val="ru-RU"/>
              </w:rPr>
              <w:t>отечественной</w:t>
            </w:r>
            <w:proofErr w:type="gramEnd"/>
            <w:r w:rsidRPr="006D0601">
              <w:rPr>
                <w:sz w:val="15"/>
                <w:lang w:val="ru-RU"/>
              </w:rPr>
              <w:t xml:space="preserve"> и других культур, уважительного отношения к ним; осознанное умение внимательно читать, понимать и </w:t>
            </w:r>
            <w:proofErr w:type="spellStart"/>
            <w:r w:rsidRPr="006D0601">
              <w:rPr>
                <w:sz w:val="15"/>
                <w:lang w:val="ru-RU"/>
              </w:rPr>
              <w:t>самостоя</w:t>
            </w:r>
            <w:proofErr w:type="spellEnd"/>
            <w:r w:rsidRPr="006D0601">
              <w:rPr>
                <w:sz w:val="15"/>
                <w:lang w:val="ru-RU"/>
              </w:rPr>
              <w:t>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ввести читательские дневники и задания на интерпретацию; проводить мини-сочинения по </w:t>
            </w:r>
            <w:proofErr w:type="gramStart"/>
            <w:r w:rsidRPr="006D0601">
              <w:rPr>
                <w:sz w:val="15"/>
                <w:lang w:val="ru-RU"/>
              </w:rPr>
              <w:t>прочитанному</w:t>
            </w:r>
            <w:proofErr w:type="gramEnd"/>
            <w:r w:rsidRPr="006D0601">
              <w:rPr>
                <w:sz w:val="15"/>
                <w:lang w:val="ru-RU"/>
              </w:rPr>
              <w:t xml:space="preserve"> с разбором образца;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5К5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25,0%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49,2%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-24,2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spellStart"/>
            <w:r w:rsidRPr="006D0601">
              <w:rPr>
                <w:sz w:val="15"/>
                <w:lang w:val="ru-RU"/>
              </w:rPr>
              <w:t>Сформированность</w:t>
            </w:r>
            <w:proofErr w:type="spellEnd"/>
            <w:r w:rsidRPr="006D0601">
              <w:rPr>
                <w:sz w:val="15"/>
                <w:lang w:val="ru-RU"/>
              </w:rPr>
              <w:t xml:space="preserve"> умений определять и учитывать историко-культурный контекст и контекст творчества писателя в процессе анализа художественных текстов; раскрывать </w:t>
            </w:r>
            <w:proofErr w:type="gramStart"/>
            <w:r w:rsidRPr="006D0601">
              <w:rPr>
                <w:sz w:val="15"/>
                <w:lang w:val="ru-RU"/>
              </w:rPr>
              <w:t>конкретно-историческое</w:t>
            </w:r>
            <w:proofErr w:type="gramEnd"/>
            <w:r w:rsidRPr="006D0601">
              <w:rPr>
                <w:sz w:val="15"/>
                <w:lang w:val="ru-RU"/>
              </w:rPr>
              <w:t xml:space="preserve"> и общ…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отрабатывать структуру письменного ответа: тезис — док</w:t>
            </w:r>
            <w:r w:rsidRPr="006D0601">
              <w:rPr>
                <w:sz w:val="15"/>
                <w:lang w:val="ru-RU"/>
              </w:rPr>
              <w:t>азательство — пример — вывод; проводить взаимопроверку по критериям и обязательное редактирование текста; отдельно отрабатывать многошаговые задания повышенного уровня с комментированием стратеги…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Рекомендации учителю: провести поэлементную диагностику по перечисленным умениям; распределить обучающихся на группы по типам ошибок; организовать краткий коррекционный модуль; после тренировки </w:t>
      </w:r>
      <w:r w:rsidRPr="006D0601">
        <w:rPr>
          <w:lang w:val="ru-RU"/>
        </w:rPr>
        <w:lastRenderedPageBreak/>
        <w:t>обеспечить самостоятельное повторное выполнение заданий без по</w:t>
      </w:r>
      <w:r w:rsidRPr="006D0601">
        <w:rPr>
          <w:lang w:val="ru-RU"/>
        </w:rPr>
        <w:t>дсказки; результаты занести в индивидуальные карты динамики. Задания повышенного уровня отрабатывать отдельно, с обязательным проговариванием стратегии и проверкой промежуточных действий.</w:t>
      </w:r>
    </w:p>
    <w:p w:rsidR="0070134D" w:rsidRPr="006D0601" w:rsidRDefault="000B6168">
      <w:pPr>
        <w:rPr>
          <w:lang w:val="ru-RU"/>
        </w:rPr>
      </w:pPr>
      <w:r w:rsidRPr="006D0601">
        <w:rPr>
          <w:lang w:val="ru-RU"/>
        </w:rPr>
        <w:br w:type="page"/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lastRenderedPageBreak/>
        <w:t>10 класс — Математика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Дата проведения: 20.04.2026. Максимальный пе</w:t>
      </w:r>
      <w:r w:rsidRPr="006D0601">
        <w:rPr>
          <w:lang w:val="ru-RU"/>
        </w:rPr>
        <w:t xml:space="preserve">рвичный балл: 22. В школе работу выполнили 10 </w:t>
      </w:r>
      <w:proofErr w:type="gramStart"/>
      <w:r w:rsidRPr="006D0601">
        <w:rPr>
          <w:lang w:val="ru-RU"/>
        </w:rPr>
        <w:t>обучающихся</w:t>
      </w:r>
      <w:proofErr w:type="gramEnd"/>
      <w:r w:rsidRPr="006D0601">
        <w:rPr>
          <w:lang w:val="ru-RU"/>
        </w:rPr>
        <w:t>. Уровень риска: высокий.</w:t>
      </w:r>
    </w:p>
    <w:tbl>
      <w:tblPr>
        <w:tblStyle w:val="aff0"/>
        <w:tblW w:w="0" w:type="auto"/>
        <w:jc w:val="center"/>
        <w:tblLook w:val="04A0"/>
      </w:tblPr>
      <w:tblGrid>
        <w:gridCol w:w="1417"/>
        <w:gridCol w:w="907"/>
        <w:gridCol w:w="964"/>
        <w:gridCol w:w="964"/>
        <w:gridCol w:w="1020"/>
        <w:gridCol w:w="1191"/>
        <w:gridCol w:w="1020"/>
        <w:gridCol w:w="1191"/>
        <w:gridCol w:w="1020"/>
      </w:tblGrid>
      <w:tr w:rsidR="0070134D">
        <w:trPr>
          <w:tblHeader/>
          <w:jc w:val="center"/>
        </w:trPr>
        <w:tc>
          <w:tcPr>
            <w:tcW w:w="141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Уровень</w:t>
            </w:r>
            <w:proofErr w:type="spellEnd"/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отметка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Понизили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Подтвердили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Школа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90,0%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40,0%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3,30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45,9%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20,0%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80,0%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Район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328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88,7%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43,0%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3,38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50,2%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36,7%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61,0%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2,3%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ЧР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9 005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87,1%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40,6%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3,34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48,0%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28,0%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67,9%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4,1%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РФ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600 465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95,6%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52,1%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3,56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52,8%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23,6%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68,4%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8,0%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80"/>
        <w:ind w:firstLine="709"/>
        <w:jc w:val="both"/>
      </w:pPr>
      <w:r w:rsidRPr="006D0601">
        <w:rPr>
          <w:lang w:val="ru-RU"/>
        </w:rPr>
        <w:t xml:space="preserve">Средний результат школы — 45,9%: -4,3 </w:t>
      </w:r>
      <w:proofErr w:type="spellStart"/>
      <w:r w:rsidRPr="006D0601">
        <w:rPr>
          <w:lang w:val="ru-RU"/>
        </w:rPr>
        <w:t>п</w:t>
      </w:r>
      <w:proofErr w:type="gramStart"/>
      <w:r w:rsidRPr="006D0601">
        <w:rPr>
          <w:lang w:val="ru-RU"/>
        </w:rPr>
        <w:t>,п</w:t>
      </w:r>
      <w:proofErr w:type="spellEnd"/>
      <w:proofErr w:type="gramEnd"/>
      <w:r w:rsidRPr="006D0601">
        <w:rPr>
          <w:lang w:val="ru-RU"/>
        </w:rPr>
        <w:t xml:space="preserve">, к району, -2,0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ЧР и -6,9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РФ.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знаний</w:t>
      </w:r>
      <w:proofErr w:type="spellEnd"/>
      <w:r>
        <w:t xml:space="preserve"> — 40,0%; успеваемость — 90,0%. </w:t>
      </w:r>
      <w:r>
        <w:t>Заданий ниже 50% — 8 из 17, ниже 30% — 4.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8412480" cy="3878448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j_МА_10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387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>Рисунок. 10 класс, Математика: выполнение заданий</w:t>
      </w: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успешные задания</w:t>
      </w:r>
    </w:p>
    <w:tbl>
      <w:tblPr>
        <w:tblStyle w:val="aff0"/>
        <w:tblW w:w="0" w:type="auto"/>
        <w:jc w:val="center"/>
        <w:tblLook w:val="04A0"/>
      </w:tblPr>
      <w:tblGrid>
        <w:gridCol w:w="1247"/>
        <w:gridCol w:w="567"/>
        <w:gridCol w:w="850"/>
        <w:gridCol w:w="850"/>
        <w:gridCol w:w="7370"/>
      </w:tblGrid>
      <w:tr w:rsidR="0070134D">
        <w:trPr>
          <w:tblHeader/>
          <w:jc w:val="center"/>
        </w:trPr>
        <w:tc>
          <w:tcPr>
            <w:tcW w:w="124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Задание</w:t>
            </w:r>
            <w:proofErr w:type="spellEnd"/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Школа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Район</w:t>
            </w:r>
          </w:p>
        </w:tc>
        <w:tc>
          <w:tcPr>
            <w:tcW w:w="737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Проверяемое умение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83,5%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Оперировать понятиями: рациональное и действительное число, </w:t>
            </w:r>
            <w:r w:rsidRPr="006D0601">
              <w:rPr>
                <w:sz w:val="17"/>
                <w:lang w:val="ru-RU"/>
              </w:rPr>
              <w:t>обыкновенная и десятичная дробь, проценты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79,3%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</w:t>
            </w:r>
            <w:r w:rsidRPr="006D0601">
              <w:rPr>
                <w:sz w:val="17"/>
                <w:lang w:val="ru-RU"/>
              </w:rPr>
              <w:t>ешения практических задач и…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81,7%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Оперировать понятиями: последовательность, арифметическая и геометрическая прогрессии. Оперировать понятиями: бесконечно убывающая геометрическая прогрессия, сумма бесконечно убывающей геометрической </w:t>
            </w:r>
            <w:r w:rsidRPr="006D0601">
              <w:rPr>
                <w:sz w:val="17"/>
                <w:lang w:val="ru-RU"/>
              </w:rPr>
              <w:t>прогрессии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90,0%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79,9%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lastRenderedPageBreak/>
              <w:t>6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76,8%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Оперировать понятиями: случайный эксперимент (опыт) </w:t>
            </w:r>
            <w:r w:rsidRPr="006D0601">
              <w:rPr>
                <w:sz w:val="17"/>
                <w:lang w:val="ru-RU"/>
              </w:rPr>
              <w:t xml:space="preserve">и случайное событие, элементарное событие (элементарный исход) случайного опыта; находить вероятности в опытах с равновозможными случайными событиями; находить и </w:t>
            </w:r>
            <w:proofErr w:type="gramStart"/>
            <w:r w:rsidRPr="006D0601">
              <w:rPr>
                <w:sz w:val="17"/>
                <w:lang w:val="ru-RU"/>
              </w:rPr>
              <w:t>сравн</w:t>
            </w:r>
            <w:proofErr w:type="gramEnd"/>
            <w:r w:rsidRPr="006D0601">
              <w:rPr>
                <w:sz w:val="17"/>
                <w:lang w:val="ru-RU"/>
              </w:rPr>
              <w:t>…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t>Наиболее сложные задания и адресные меры</w:t>
      </w:r>
    </w:p>
    <w:tbl>
      <w:tblPr>
        <w:tblStyle w:val="aff0"/>
        <w:tblW w:w="0" w:type="auto"/>
        <w:jc w:val="center"/>
        <w:tblLook w:val="04A0"/>
      </w:tblPr>
      <w:tblGrid>
        <w:gridCol w:w="964"/>
        <w:gridCol w:w="454"/>
        <w:gridCol w:w="737"/>
        <w:gridCol w:w="737"/>
        <w:gridCol w:w="737"/>
        <w:gridCol w:w="4025"/>
        <w:gridCol w:w="4252"/>
      </w:tblGrid>
      <w:tr w:rsidR="0070134D">
        <w:trPr>
          <w:tblHeader/>
          <w:jc w:val="center"/>
        </w:trPr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Задание</w:t>
            </w:r>
            <w:proofErr w:type="spellEnd"/>
          </w:p>
        </w:tc>
        <w:tc>
          <w:tcPr>
            <w:tcW w:w="4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Ур.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Школа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Район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Δ</w:t>
            </w:r>
          </w:p>
        </w:tc>
        <w:tc>
          <w:tcPr>
            <w:tcW w:w="402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Проверяемое умение</w:t>
            </w:r>
          </w:p>
        </w:tc>
        <w:tc>
          <w:tcPr>
            <w:tcW w:w="425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17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П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18,1%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-18,1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</w:t>
            </w:r>
            <w:proofErr w:type="gramStart"/>
            <w:r w:rsidRPr="006D0601">
              <w:rPr>
                <w:sz w:val="15"/>
                <w:lang w:val="ru-RU"/>
              </w:rPr>
              <w:t>с</w:t>
            </w:r>
            <w:proofErr w:type="gramEnd"/>
            <w:r w:rsidRPr="006D0601">
              <w:rPr>
                <w:sz w:val="15"/>
                <w:lang w:val="ru-RU"/>
              </w:rPr>
              <w:t xml:space="preserve"> равновозможными случайны…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учить </w:t>
            </w:r>
            <w:r w:rsidRPr="006D0601">
              <w:rPr>
                <w:sz w:val="15"/>
                <w:lang w:val="ru-RU"/>
              </w:rPr>
              <w:t>переводить условие в схему, таблицу или краткую запись и проверять смысл полученного ответа; разбирать типичные ошибочные стратегии и давать аналогичное задание для повторного выполнения; отдельно отрабатывать многошаговые задания повышенного…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16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10,0%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18,9%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-8,9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задач на вычисление расстояний…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учить переводить условие в схему, таблицу ил</w:t>
            </w:r>
            <w:r w:rsidRPr="006D0601">
              <w:rPr>
                <w:sz w:val="15"/>
                <w:lang w:val="ru-RU"/>
              </w:rPr>
              <w:t>и краткую запись и проверять смысл полученного ответа; разбирать типичные ошибочные стратегии и давать аналогичное задание для повторного выполнения.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11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55,5%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-35,5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Применять полученные знания на практике: анализировать реальные ситуации</w:t>
            </w:r>
            <w:r w:rsidRPr="006D0601">
              <w:rPr>
                <w:sz w:val="15"/>
                <w:lang w:val="ru-RU"/>
              </w:rPr>
              <w:t xml:space="preserve"> и применять изученные понятия в процессе поиска решения математически сформулированной проблемы; моделировать </w:t>
            </w:r>
            <w:proofErr w:type="spellStart"/>
            <w:r w:rsidRPr="006D0601">
              <w:rPr>
                <w:sz w:val="15"/>
                <w:lang w:val="ru-RU"/>
              </w:rPr>
              <w:t>реальн</w:t>
            </w:r>
            <w:proofErr w:type="spellEnd"/>
            <w:r w:rsidRPr="006D0601">
              <w:rPr>
                <w:sz w:val="15"/>
                <w:lang w:val="ru-RU"/>
              </w:rPr>
              <w:t>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учить переводить условие в схему, таблицу или краткую запись и проверять смысл полученного ответа; разбирать типичные ошибочные стратегии</w:t>
            </w:r>
            <w:r w:rsidRPr="006D0601">
              <w:rPr>
                <w:sz w:val="15"/>
                <w:lang w:val="ru-RU"/>
              </w:rPr>
              <w:t xml:space="preserve"> и давать аналогичное задание для повторного выполнения.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15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25,0%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20,3%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+4,7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Использовать графики функций для решения уравнений. Строить и читать графики линейной функции, квадратичной функции, степенной функции с целым показателем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закрепить </w:t>
            </w:r>
            <w:r w:rsidRPr="006D0601">
              <w:rPr>
                <w:sz w:val="15"/>
                <w:lang w:val="ru-RU"/>
              </w:rPr>
              <w:t>алгоритмы преобразования выражений и решения уравнений; обязать обучающихся выполнять проверку подстановкой и проговаривать каждый шаг.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10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60,1%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-30,1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Выполнять преобразования тригонометрических выражений и решать тригонометрические </w:t>
            </w:r>
            <w:r w:rsidRPr="006D0601">
              <w:rPr>
                <w:sz w:val="15"/>
                <w:lang w:val="ru-RU"/>
              </w:rPr>
              <w:t>уравнения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закрепить алгоритмы преобразования выражений и решения уравнений; обязать обучающихся выполнять проверку подстановкой и проговаривать каждый шаг.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14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30,0%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38,0%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-8,0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Выполнять преобразования целых, рациональных и иррациональных </w:t>
            </w:r>
            <w:r w:rsidRPr="006D0601">
              <w:rPr>
                <w:sz w:val="15"/>
                <w:lang w:val="ru-RU"/>
              </w:rPr>
              <w:t>выражений и решать основные типы целых, рациональных и иррациональных уравнений и неравенств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закрепить алгоритмы преобразования выражений и решения уравнений; обязать обучающихся выполнять проверку подстановкой и проговаривать каждый шаг.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13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35,0%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36,6%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-1,6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закрепить алгоритмы преобразования выражений и решения уравнений; обязать обучающихся выполнять проверку подстановкой и проговаривать каждый шаг.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Рекомендации учителю: провести поэлементную диагностику по перечисленным умениям; распределить обучающихся на группы по типам ошибок; организовать краткий коррекционный модуль; после тренировки обеспечить самостоятельное повторное выполнение заданий без по</w:t>
      </w:r>
      <w:r w:rsidRPr="006D0601">
        <w:rPr>
          <w:lang w:val="ru-RU"/>
        </w:rPr>
        <w:t>дсказки; результаты занести в индивидуальные карты динамики. Задания повышенного уровня отрабатывать отдельно, с обязательным проговариванием стратегии и проверкой промежуточных действий.</w:t>
      </w:r>
    </w:p>
    <w:p w:rsidR="0070134D" w:rsidRPr="006D0601" w:rsidRDefault="000B6168">
      <w:pPr>
        <w:rPr>
          <w:lang w:val="ru-RU"/>
        </w:rPr>
      </w:pPr>
      <w:r w:rsidRPr="006D0601">
        <w:rPr>
          <w:lang w:val="ru-RU"/>
        </w:rPr>
        <w:lastRenderedPageBreak/>
        <w:br w:type="page"/>
      </w: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lastRenderedPageBreak/>
        <w:t>10 класс — Русский язык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Дата проведения: 20.04.2026. Максимальный </w:t>
      </w:r>
      <w:r w:rsidRPr="006D0601">
        <w:rPr>
          <w:lang w:val="ru-RU"/>
        </w:rPr>
        <w:t xml:space="preserve">первичный балл: 20. В школе работу выполнили 10 </w:t>
      </w:r>
      <w:proofErr w:type="gramStart"/>
      <w:r w:rsidRPr="006D0601">
        <w:rPr>
          <w:lang w:val="ru-RU"/>
        </w:rPr>
        <w:t>обучающихся</w:t>
      </w:r>
      <w:proofErr w:type="gramEnd"/>
      <w:r w:rsidRPr="006D0601">
        <w:rPr>
          <w:lang w:val="ru-RU"/>
        </w:rPr>
        <w:t>. Уровень риска: стабильный.</w:t>
      </w:r>
    </w:p>
    <w:tbl>
      <w:tblPr>
        <w:tblStyle w:val="aff0"/>
        <w:tblW w:w="0" w:type="auto"/>
        <w:jc w:val="center"/>
        <w:tblLook w:val="04A0"/>
      </w:tblPr>
      <w:tblGrid>
        <w:gridCol w:w="1417"/>
        <w:gridCol w:w="907"/>
        <w:gridCol w:w="964"/>
        <w:gridCol w:w="964"/>
        <w:gridCol w:w="1020"/>
        <w:gridCol w:w="1191"/>
        <w:gridCol w:w="1020"/>
        <w:gridCol w:w="1191"/>
        <w:gridCol w:w="1020"/>
      </w:tblGrid>
      <w:tr w:rsidR="0070134D">
        <w:trPr>
          <w:tblHeader/>
          <w:jc w:val="center"/>
        </w:trPr>
        <w:tc>
          <w:tcPr>
            <w:tcW w:w="141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Уровень</w:t>
            </w:r>
            <w:proofErr w:type="spellEnd"/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Работ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Успев.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Качество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отметка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Ср. результат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Понизили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Подтвердили</w:t>
            </w:r>
          </w:p>
        </w:tc>
        <w:tc>
          <w:tcPr>
            <w:tcW w:w="10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Повысили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Школа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90,0%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40,0%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3,30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60,5%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10,0%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90,0%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0,0%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Район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333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87,7%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42,7%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3,37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60,0%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30,9%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66,4%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2,7%</w:t>
            </w:r>
          </w:p>
        </w:tc>
      </w:tr>
      <w:tr w:rsidR="0070134D">
        <w:trPr>
          <w:jc w:val="center"/>
        </w:trPr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ЧР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9 014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85,7%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41,7%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3,34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59,6%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28,0%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67,9%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4,1%</w:t>
            </w:r>
          </w:p>
        </w:tc>
      </w:tr>
      <w:tr w:rsidR="0070134D">
        <w:trPr>
          <w:jc w:val="center"/>
        </w:trPr>
        <w:tc>
          <w:tcPr>
            <w:tcW w:w="141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>РФ</w:t>
            </w:r>
          </w:p>
        </w:tc>
        <w:tc>
          <w:tcPr>
            <w:tcW w:w="90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629 103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93,5%</w:t>
            </w:r>
          </w:p>
        </w:tc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62,1%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3,72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66,9%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20,3%</w:t>
            </w:r>
          </w:p>
        </w:tc>
        <w:tc>
          <w:tcPr>
            <w:tcW w:w="1191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68,0%</w:t>
            </w:r>
          </w:p>
        </w:tc>
        <w:tc>
          <w:tcPr>
            <w:tcW w:w="102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11,7%</w:t>
            </w:r>
          </w:p>
        </w:tc>
      </w:tr>
    </w:tbl>
    <w:p w:rsidR="0070134D" w:rsidRDefault="0070134D">
      <w:pPr>
        <w:spacing w:after="0"/>
      </w:pPr>
    </w:p>
    <w:p w:rsidR="0070134D" w:rsidRDefault="000B6168">
      <w:pPr>
        <w:spacing w:after="80"/>
        <w:ind w:firstLine="709"/>
        <w:jc w:val="both"/>
      </w:pPr>
      <w:r w:rsidRPr="006D0601">
        <w:rPr>
          <w:lang w:val="ru-RU"/>
        </w:rPr>
        <w:t xml:space="preserve">Средний результат школы — 60,5%: +0,5 </w:t>
      </w:r>
      <w:proofErr w:type="spellStart"/>
      <w:r w:rsidRPr="006D0601">
        <w:rPr>
          <w:lang w:val="ru-RU"/>
        </w:rPr>
        <w:t>п</w:t>
      </w:r>
      <w:proofErr w:type="gramStart"/>
      <w:r w:rsidRPr="006D0601">
        <w:rPr>
          <w:lang w:val="ru-RU"/>
        </w:rPr>
        <w:t>,п</w:t>
      </w:r>
      <w:proofErr w:type="spellEnd"/>
      <w:proofErr w:type="gramEnd"/>
      <w:r w:rsidRPr="006D0601">
        <w:rPr>
          <w:lang w:val="ru-RU"/>
        </w:rPr>
        <w:t xml:space="preserve">, к району, +0,9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ЧР и -6,4 </w:t>
      </w:r>
      <w:proofErr w:type="spellStart"/>
      <w:r w:rsidRPr="006D0601">
        <w:rPr>
          <w:lang w:val="ru-RU"/>
        </w:rPr>
        <w:t>п,п</w:t>
      </w:r>
      <w:proofErr w:type="spellEnd"/>
      <w:r w:rsidRPr="006D0601">
        <w:rPr>
          <w:lang w:val="ru-RU"/>
        </w:rPr>
        <w:t xml:space="preserve">, к РФ.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знаний</w:t>
      </w:r>
      <w:proofErr w:type="spellEnd"/>
      <w:r>
        <w:t xml:space="preserve"> — 40,0%; успеваемость — </w:t>
      </w:r>
      <w:r>
        <w:t>90,0%. Заданий ниже 50% — 4 из 16, ниже 30% — 3.</w:t>
      </w:r>
    </w:p>
    <w:p w:rsidR="0070134D" w:rsidRDefault="000B6168">
      <w:pPr>
        <w:spacing w:after="4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8412480" cy="3878448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j_РУ_10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387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4D" w:rsidRPr="006D0601" w:rsidRDefault="000B6168">
      <w:pPr>
        <w:spacing w:after="120"/>
        <w:jc w:val="center"/>
        <w:rPr>
          <w:lang w:val="ru-RU"/>
        </w:rPr>
      </w:pPr>
      <w:r w:rsidRPr="006D0601">
        <w:rPr>
          <w:i/>
          <w:sz w:val="22"/>
          <w:lang w:val="ru-RU"/>
        </w:rPr>
        <w:t>Рисунок. 10 класс, Русский язык: выполнение заданий</w:t>
      </w:r>
    </w:p>
    <w:p w:rsidR="0070134D" w:rsidRDefault="000B6168">
      <w:pPr>
        <w:pStyle w:val="21"/>
      </w:pPr>
      <w:proofErr w:type="spellStart"/>
      <w:r>
        <w:t>Наиболее</w:t>
      </w:r>
      <w:proofErr w:type="spellEnd"/>
      <w:r>
        <w:t xml:space="preserve"> </w:t>
      </w:r>
      <w:proofErr w:type="spellStart"/>
      <w:r>
        <w:t>успешные</w:t>
      </w:r>
      <w:proofErr w:type="spellEnd"/>
      <w:r>
        <w:t xml:space="preserve"> </w:t>
      </w:r>
      <w:proofErr w:type="spellStart"/>
      <w:r>
        <w:t>задания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1247"/>
        <w:gridCol w:w="567"/>
        <w:gridCol w:w="850"/>
        <w:gridCol w:w="850"/>
        <w:gridCol w:w="7370"/>
      </w:tblGrid>
      <w:tr w:rsidR="0070134D">
        <w:trPr>
          <w:tblHeader/>
          <w:jc w:val="center"/>
        </w:trPr>
        <w:tc>
          <w:tcPr>
            <w:tcW w:w="124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Задание</w:t>
            </w:r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Школа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Район</w:t>
            </w:r>
          </w:p>
        </w:tc>
        <w:tc>
          <w:tcPr>
            <w:tcW w:w="737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7"/>
              </w:rPr>
              <w:t>Проверяемое умение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2К1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85,9%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Определять изобразительно-выразительные средства фонетики и</w:t>
            </w:r>
            <w:r w:rsidRPr="006D0601">
              <w:rPr>
                <w:sz w:val="17"/>
                <w:lang w:val="ru-RU"/>
              </w:rPr>
              <w:t xml:space="preserve"> лексики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3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87,7%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Соблюдать основные произносительные и акцентологические нормы современного русского литературного языка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5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81,7%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 xml:space="preserve">Анализировать и характеризовать высказывания с точки зрения соблюдения морфологических норм </w:t>
            </w:r>
            <w:r w:rsidRPr="006D0601">
              <w:rPr>
                <w:sz w:val="17"/>
                <w:lang w:val="ru-RU"/>
              </w:rPr>
              <w:t xml:space="preserve">современного русского литературного языка; соблюдать морфологические нормы; характеризовать и оценивать высказывания с точки </w:t>
            </w:r>
            <w:proofErr w:type="spellStart"/>
            <w:r w:rsidRPr="006D0601">
              <w:rPr>
                <w:sz w:val="17"/>
                <w:lang w:val="ru-RU"/>
              </w:rPr>
              <w:t>зр</w:t>
            </w:r>
            <w:proofErr w:type="spellEnd"/>
            <w:r w:rsidRPr="006D0601">
              <w:rPr>
                <w:sz w:val="17"/>
                <w:lang w:val="ru-RU"/>
              </w:rPr>
              <w:t>…</w:t>
            </w:r>
          </w:p>
        </w:tc>
      </w:tr>
      <w:tr w:rsidR="0070134D" w:rsidRPr="006D0601">
        <w:trPr>
          <w:jc w:val="center"/>
        </w:trPr>
        <w:tc>
          <w:tcPr>
            <w:tcW w:w="124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6К1 (1б)</w:t>
            </w:r>
          </w:p>
        </w:tc>
        <w:tc>
          <w:tcPr>
            <w:tcW w:w="56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100,0%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72,1%</w:t>
            </w:r>
          </w:p>
        </w:tc>
        <w:tc>
          <w:tcPr>
            <w:tcW w:w="737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7"/>
                <w:lang w:val="ru-RU"/>
              </w:rPr>
              <w:t>Соблюдать правила орфографии с учётом морфемного анализа слова</w:t>
            </w:r>
          </w:p>
        </w:tc>
      </w:tr>
      <w:tr w:rsidR="0070134D">
        <w:trPr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1 (1б)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90,0%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7"/>
              </w:rPr>
              <w:t>85,9%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7"/>
              </w:rPr>
              <w:t xml:space="preserve">Выполнять </w:t>
            </w:r>
            <w:r>
              <w:rPr>
                <w:sz w:val="17"/>
              </w:rPr>
              <w:t>лексический анализ слова</w:t>
            </w:r>
          </w:p>
        </w:tc>
      </w:tr>
    </w:tbl>
    <w:p w:rsidR="0070134D" w:rsidRDefault="0070134D">
      <w:pPr>
        <w:spacing w:after="0"/>
      </w:pPr>
    </w:p>
    <w:p w:rsidR="0070134D" w:rsidRPr="006D0601" w:rsidRDefault="000B6168">
      <w:pPr>
        <w:pStyle w:val="21"/>
        <w:rPr>
          <w:lang w:val="ru-RU"/>
        </w:rPr>
      </w:pPr>
      <w:r w:rsidRPr="006D0601">
        <w:rPr>
          <w:lang w:val="ru-RU"/>
        </w:rPr>
        <w:lastRenderedPageBreak/>
        <w:t>Наиболее сложные задания и адресные меры</w:t>
      </w:r>
    </w:p>
    <w:tbl>
      <w:tblPr>
        <w:tblStyle w:val="aff0"/>
        <w:tblW w:w="0" w:type="auto"/>
        <w:jc w:val="center"/>
        <w:tblLook w:val="04A0"/>
      </w:tblPr>
      <w:tblGrid>
        <w:gridCol w:w="964"/>
        <w:gridCol w:w="454"/>
        <w:gridCol w:w="737"/>
        <w:gridCol w:w="737"/>
        <w:gridCol w:w="737"/>
        <w:gridCol w:w="4025"/>
        <w:gridCol w:w="4252"/>
      </w:tblGrid>
      <w:tr w:rsidR="0070134D">
        <w:trPr>
          <w:tblHeader/>
          <w:jc w:val="center"/>
        </w:trPr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Задание</w:t>
            </w:r>
            <w:proofErr w:type="spellEnd"/>
          </w:p>
        </w:tc>
        <w:tc>
          <w:tcPr>
            <w:tcW w:w="45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Ур.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Школа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Район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Δ</w:t>
            </w:r>
          </w:p>
        </w:tc>
        <w:tc>
          <w:tcPr>
            <w:tcW w:w="402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Проверяемое умение</w:t>
            </w:r>
          </w:p>
        </w:tc>
        <w:tc>
          <w:tcPr>
            <w:tcW w:w="425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5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10К4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35,4%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-35,4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Понимать, анализировать и комментировать основную и дополнительную, явную и скрытую </w:t>
            </w:r>
            <w:r w:rsidRPr="006D0601">
              <w:rPr>
                <w:sz w:val="15"/>
                <w:lang w:val="ru-RU"/>
              </w:rPr>
              <w:t>(</w:t>
            </w:r>
            <w:proofErr w:type="spellStart"/>
            <w:r w:rsidRPr="006D0601">
              <w:rPr>
                <w:sz w:val="15"/>
                <w:lang w:val="ru-RU"/>
              </w:rPr>
              <w:t>подтекстовую</w:t>
            </w:r>
            <w:proofErr w:type="spellEnd"/>
            <w:r w:rsidRPr="006D0601">
              <w:rPr>
                <w:sz w:val="15"/>
                <w:lang w:val="ru-RU"/>
              </w:rPr>
              <w:t xml:space="preserve">) информацию текстов, воспринимаемых зрительно; создавать письменный текст в соответствии </w:t>
            </w:r>
            <w:proofErr w:type="gramStart"/>
            <w:r w:rsidRPr="006D0601">
              <w:rPr>
                <w:sz w:val="15"/>
                <w:lang w:val="ru-RU"/>
              </w:rPr>
              <w:t>с</w:t>
            </w:r>
            <w:proofErr w:type="gramEnd"/>
            <w:r w:rsidRPr="006D0601">
              <w:rPr>
                <w:sz w:val="15"/>
                <w:lang w:val="ru-RU"/>
              </w:rPr>
              <w:t>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отрабатывать смысловое чтение: тема, главная мысль, </w:t>
            </w:r>
            <w:proofErr w:type="spellStart"/>
            <w:r w:rsidRPr="006D0601">
              <w:rPr>
                <w:sz w:val="15"/>
                <w:lang w:val="ru-RU"/>
              </w:rPr>
              <w:t>микротемы</w:t>
            </w:r>
            <w:proofErr w:type="spellEnd"/>
            <w:r w:rsidRPr="006D0601">
              <w:rPr>
                <w:sz w:val="15"/>
                <w:lang w:val="ru-RU"/>
              </w:rPr>
              <w:t>, план и вопросы к тексту; использовать короткие тексты с обязательным письменным обоснов</w:t>
            </w:r>
            <w:r w:rsidRPr="006D0601">
              <w:rPr>
                <w:sz w:val="15"/>
                <w:lang w:val="ru-RU"/>
              </w:rPr>
              <w:t>анием ответа.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10К3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15,0%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30,6%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-15,6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Понимать, анализировать и комментировать основную и дополнительную, явную и скрытую (</w:t>
            </w:r>
            <w:proofErr w:type="spellStart"/>
            <w:r w:rsidRPr="006D0601">
              <w:rPr>
                <w:sz w:val="15"/>
                <w:lang w:val="ru-RU"/>
              </w:rPr>
              <w:t>подтекстовую</w:t>
            </w:r>
            <w:proofErr w:type="spellEnd"/>
            <w:r w:rsidRPr="006D0601">
              <w:rPr>
                <w:sz w:val="15"/>
                <w:lang w:val="ru-RU"/>
              </w:rPr>
              <w:t xml:space="preserve">) информацию текстов, воспринимаемых зрительно; создавать письменный текст в соответствии </w:t>
            </w:r>
            <w:proofErr w:type="gramStart"/>
            <w:r w:rsidRPr="006D0601">
              <w:rPr>
                <w:sz w:val="15"/>
                <w:lang w:val="ru-RU"/>
              </w:rPr>
              <w:t>с</w:t>
            </w:r>
            <w:proofErr w:type="gramEnd"/>
            <w:r w:rsidRPr="006D0601">
              <w:rPr>
                <w:sz w:val="15"/>
                <w:lang w:val="ru-RU"/>
              </w:rPr>
              <w:t>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отрабатывать </w:t>
            </w:r>
            <w:r w:rsidRPr="006D0601">
              <w:rPr>
                <w:sz w:val="15"/>
                <w:lang w:val="ru-RU"/>
              </w:rPr>
              <w:t xml:space="preserve">смысловое чтение: тема, главная мысль, </w:t>
            </w:r>
            <w:proofErr w:type="spellStart"/>
            <w:r w:rsidRPr="006D0601">
              <w:rPr>
                <w:sz w:val="15"/>
                <w:lang w:val="ru-RU"/>
              </w:rPr>
              <w:t>микротемы</w:t>
            </w:r>
            <w:proofErr w:type="spellEnd"/>
            <w:r w:rsidRPr="006D0601">
              <w:rPr>
                <w:sz w:val="15"/>
                <w:lang w:val="ru-RU"/>
              </w:rPr>
              <w:t>, план и вопросы к тексту; использовать короткие тексты с обязательным письменным обоснованием ответа.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10К2 (2б)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20,0%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33,9%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-13,9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Понимать, анализировать и комментировать основную и дополнительную, </w:t>
            </w:r>
            <w:r w:rsidRPr="006D0601">
              <w:rPr>
                <w:sz w:val="15"/>
                <w:lang w:val="ru-RU"/>
              </w:rPr>
              <w:t>явную и скрытую (</w:t>
            </w:r>
            <w:proofErr w:type="spellStart"/>
            <w:r w:rsidRPr="006D0601">
              <w:rPr>
                <w:sz w:val="15"/>
                <w:lang w:val="ru-RU"/>
              </w:rPr>
              <w:t>подтекстовую</w:t>
            </w:r>
            <w:proofErr w:type="spellEnd"/>
            <w:r w:rsidRPr="006D0601">
              <w:rPr>
                <w:sz w:val="15"/>
                <w:lang w:val="ru-RU"/>
              </w:rPr>
              <w:t xml:space="preserve">) информацию текстов, воспринимаемых зрительно; создавать письменный текст в соответствии </w:t>
            </w:r>
            <w:proofErr w:type="gramStart"/>
            <w:r w:rsidRPr="006D0601">
              <w:rPr>
                <w:sz w:val="15"/>
                <w:lang w:val="ru-RU"/>
              </w:rPr>
              <w:t>с</w:t>
            </w:r>
            <w:proofErr w:type="gramEnd"/>
            <w:r w:rsidRPr="006D0601">
              <w:rPr>
                <w:sz w:val="15"/>
                <w:lang w:val="ru-RU"/>
              </w:rPr>
              <w:t>…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отрабатывать смысловое чтение: тема, главная мысль, </w:t>
            </w:r>
            <w:proofErr w:type="spellStart"/>
            <w:r w:rsidRPr="006D0601">
              <w:rPr>
                <w:sz w:val="15"/>
                <w:lang w:val="ru-RU"/>
              </w:rPr>
              <w:t>микротемы</w:t>
            </w:r>
            <w:proofErr w:type="spellEnd"/>
            <w:r w:rsidRPr="006D0601">
              <w:rPr>
                <w:sz w:val="15"/>
                <w:lang w:val="ru-RU"/>
              </w:rPr>
              <w:t>, план и вопросы к тексту; использовать короткие тексты с обязательным пи</w:t>
            </w:r>
            <w:r w:rsidRPr="006D0601">
              <w:rPr>
                <w:sz w:val="15"/>
                <w:lang w:val="ru-RU"/>
              </w:rPr>
              <w:t>сьменным обоснованием ответа.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8 (2б)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45,0%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52,5%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-7,5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Применять знания о тексте, его основных признаках, структуре и видах представленной в нем информации в речевой практике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отрабатывать смысловое чтение: тема, главная мысль, </w:t>
            </w:r>
            <w:proofErr w:type="spellStart"/>
            <w:r w:rsidRPr="006D0601">
              <w:rPr>
                <w:sz w:val="15"/>
                <w:lang w:val="ru-RU"/>
              </w:rPr>
              <w:t>микротемы</w:t>
            </w:r>
            <w:proofErr w:type="spellEnd"/>
            <w:r w:rsidRPr="006D0601">
              <w:rPr>
                <w:sz w:val="15"/>
                <w:lang w:val="ru-RU"/>
              </w:rPr>
              <w:t xml:space="preserve">, план и </w:t>
            </w:r>
            <w:r w:rsidRPr="006D0601">
              <w:rPr>
                <w:sz w:val="15"/>
                <w:lang w:val="ru-RU"/>
              </w:rPr>
              <w:t>вопросы к тексту; использовать короткие тексты с обязательным письменным обоснованием ответа.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7К2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59,5%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-9,5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Соблюдать правила орфографии; выполнять морфологический анализ слова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организовать </w:t>
            </w:r>
            <w:proofErr w:type="spellStart"/>
            <w:r w:rsidRPr="006D0601">
              <w:rPr>
                <w:sz w:val="15"/>
                <w:lang w:val="ru-RU"/>
              </w:rPr>
              <w:t>орфографико-пунктуационный</w:t>
            </w:r>
            <w:proofErr w:type="spellEnd"/>
            <w:r w:rsidRPr="006D0601">
              <w:rPr>
                <w:sz w:val="15"/>
                <w:lang w:val="ru-RU"/>
              </w:rPr>
              <w:t xml:space="preserve"> практикум с </w:t>
            </w:r>
            <w:r w:rsidRPr="006D0601">
              <w:rPr>
                <w:sz w:val="15"/>
                <w:lang w:val="ru-RU"/>
              </w:rPr>
              <w:t>комментированным письмом; вести индивидуальные карты типичных ошибок и повторную проверку через 7–10 дней.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10К1 (1б)</w:t>
            </w:r>
          </w:p>
        </w:tc>
        <w:tc>
          <w:tcPr>
            <w:tcW w:w="45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50,0%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66,4%</w:t>
            </w:r>
          </w:p>
        </w:tc>
        <w:tc>
          <w:tcPr>
            <w:tcW w:w="73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-16,4 п,п,</w:t>
            </w:r>
          </w:p>
        </w:tc>
        <w:tc>
          <w:tcPr>
            <w:tcW w:w="402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Понимать, анализировать и комментировать основную и дополнительную, явную и скрытую (</w:t>
            </w:r>
            <w:proofErr w:type="spellStart"/>
            <w:r w:rsidRPr="006D0601">
              <w:rPr>
                <w:sz w:val="15"/>
                <w:lang w:val="ru-RU"/>
              </w:rPr>
              <w:t>подтекстовую</w:t>
            </w:r>
            <w:proofErr w:type="spellEnd"/>
            <w:r w:rsidRPr="006D0601">
              <w:rPr>
                <w:sz w:val="15"/>
                <w:lang w:val="ru-RU"/>
              </w:rPr>
              <w:t xml:space="preserve">) информацию </w:t>
            </w:r>
            <w:r w:rsidRPr="006D0601">
              <w:rPr>
                <w:sz w:val="15"/>
                <w:lang w:val="ru-RU"/>
              </w:rPr>
              <w:t xml:space="preserve">текстов, воспринимаемых зрительно; создавать письменный текст в соответствии </w:t>
            </w:r>
            <w:proofErr w:type="gramStart"/>
            <w:r w:rsidRPr="006D0601">
              <w:rPr>
                <w:sz w:val="15"/>
                <w:lang w:val="ru-RU"/>
              </w:rPr>
              <w:t>с</w:t>
            </w:r>
            <w:proofErr w:type="gramEnd"/>
            <w:r w:rsidRPr="006D0601">
              <w:rPr>
                <w:sz w:val="15"/>
                <w:lang w:val="ru-RU"/>
              </w:rPr>
              <w:t>…</w:t>
            </w:r>
          </w:p>
        </w:tc>
        <w:tc>
          <w:tcPr>
            <w:tcW w:w="425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отрабатывать смысловое чтение: тема, главная мысль, </w:t>
            </w:r>
            <w:proofErr w:type="spellStart"/>
            <w:r w:rsidRPr="006D0601">
              <w:rPr>
                <w:sz w:val="15"/>
                <w:lang w:val="ru-RU"/>
              </w:rPr>
              <w:t>микротемы</w:t>
            </w:r>
            <w:proofErr w:type="spellEnd"/>
            <w:r w:rsidRPr="006D0601">
              <w:rPr>
                <w:sz w:val="15"/>
                <w:lang w:val="ru-RU"/>
              </w:rPr>
              <w:t>, план и вопросы к тексту; использовать короткие тексты с обязательным письменным обоснованием ответа.</w:t>
            </w:r>
          </w:p>
        </w:tc>
      </w:tr>
      <w:tr w:rsidR="0070134D" w:rsidRPr="006D0601">
        <w:trPr>
          <w:jc w:val="center"/>
        </w:trPr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6К2 (1б)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Б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60,0%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63,7%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5"/>
              </w:rPr>
              <w:t>-3,7 п,п,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>Соблюдать правила орфографии с учётом морфемного анализа слова</w:t>
            </w:r>
          </w:p>
        </w:tc>
        <w:tc>
          <w:tcPr>
            <w:tcW w:w="42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5"/>
                <w:lang w:val="ru-RU"/>
              </w:rPr>
              <w:t xml:space="preserve">организовать </w:t>
            </w:r>
            <w:proofErr w:type="spellStart"/>
            <w:r w:rsidRPr="006D0601">
              <w:rPr>
                <w:sz w:val="15"/>
                <w:lang w:val="ru-RU"/>
              </w:rPr>
              <w:t>орфографико-пунктуационный</w:t>
            </w:r>
            <w:proofErr w:type="spellEnd"/>
            <w:r w:rsidRPr="006D0601">
              <w:rPr>
                <w:sz w:val="15"/>
                <w:lang w:val="ru-RU"/>
              </w:rPr>
              <w:t xml:space="preserve"> практикум с комментированным письмом; вести индивидуальные карты типичных ошибок и повторную проверку через 7–10 дней.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Рекомендации учителю: провести поэлементную диагностику по перечисленным умениям; распределить обучающихся на группы по типам ошибок; организовать краткий коррекционный модуль; после тренировки обеспечить самостоятельное повторное выполнение заданий без по</w:t>
      </w:r>
      <w:r w:rsidRPr="006D0601">
        <w:rPr>
          <w:lang w:val="ru-RU"/>
        </w:rPr>
        <w:t>дсказки; результаты занести в индивидуальные карты динамики. Задания повышенного уровня отрабатывать отдельно, с обязательным проговариванием стратегии и проверкой промежуточных действий.</w:t>
      </w:r>
    </w:p>
    <w:p w:rsidR="0070134D" w:rsidRPr="006D0601" w:rsidRDefault="0070134D">
      <w:pPr>
        <w:rPr>
          <w:lang w:val="ru-RU"/>
        </w:rPr>
        <w:sectPr w:rsidR="0070134D" w:rsidRPr="006D0601">
          <w:pgSz w:w="15840" w:h="12240" w:orient="landscape"/>
          <w:pgMar w:top="794" w:right="850" w:bottom="794" w:left="850" w:header="720" w:footer="720" w:gutter="0"/>
          <w:cols w:space="720"/>
          <w:titlePg/>
          <w:docGrid w:linePitch="360"/>
        </w:sectPr>
      </w:pP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lastRenderedPageBreak/>
        <w:t>ПРИЛОЖЕНИЕ 2. ПОЛНЫЙ ПЕРЕЧЕНЬ ЗАДАНИЙ С ВЫПОЛНЕНИЕМ</w:t>
      </w:r>
      <w:r w:rsidRPr="006D0601">
        <w:rPr>
          <w:lang w:val="ru-RU"/>
        </w:rPr>
        <w:t xml:space="preserve"> НИЖЕ 50</w:t>
      </w:r>
      <w:proofErr w:type="gramStart"/>
      <w:r w:rsidRPr="006D0601">
        <w:rPr>
          <w:lang w:val="ru-RU"/>
        </w:rPr>
        <w:t>% И</w:t>
      </w:r>
      <w:proofErr w:type="gramEnd"/>
      <w:r w:rsidRPr="006D0601">
        <w:rPr>
          <w:lang w:val="ru-RU"/>
        </w:rPr>
        <w:t xml:space="preserve"> АДРЕСНЫМИ РЕКОМЕНДАЦИЯМИ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В перечень включено 160 заданий. Задания с результатом ниже 30% выделены как критические и должны быть включены в первый цикл коррекционной работы.</w:t>
      </w:r>
    </w:p>
    <w:p w:rsidR="0070134D" w:rsidRDefault="000B6168">
      <w:pPr>
        <w:pStyle w:val="21"/>
      </w:pPr>
      <w:r>
        <w:t xml:space="preserve">4 </w:t>
      </w:r>
      <w:proofErr w:type="spellStart"/>
      <w:r>
        <w:t>класс</w:t>
      </w:r>
      <w:proofErr w:type="spellEnd"/>
    </w:p>
    <w:p w:rsidR="0070134D" w:rsidRDefault="000B6168">
      <w:pPr>
        <w:pStyle w:val="31"/>
      </w:pPr>
      <w:r>
        <w:t>Литературное чтение</w:t>
      </w:r>
    </w:p>
    <w:tbl>
      <w:tblPr>
        <w:tblStyle w:val="aff0"/>
        <w:tblW w:w="0" w:type="auto"/>
        <w:jc w:val="center"/>
        <w:tblLook w:val="04A0"/>
      </w:tblPr>
      <w:tblGrid>
        <w:gridCol w:w="850"/>
        <w:gridCol w:w="397"/>
        <w:gridCol w:w="938"/>
        <w:gridCol w:w="680"/>
        <w:gridCol w:w="680"/>
        <w:gridCol w:w="680"/>
        <w:gridCol w:w="680"/>
        <w:gridCol w:w="4082"/>
        <w:gridCol w:w="4762"/>
      </w:tblGrid>
      <w:tr w:rsidR="0070134D">
        <w:trPr>
          <w:tblHeader/>
          <w:jc w:val="center"/>
        </w:trPr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Задание</w:t>
            </w:r>
          </w:p>
        </w:tc>
        <w:tc>
          <w:tcPr>
            <w:tcW w:w="39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Дефицит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Школа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Район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ЧР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РФ</w:t>
            </w:r>
          </w:p>
        </w:tc>
        <w:tc>
          <w:tcPr>
            <w:tcW w:w="408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Проверяемое умение</w:t>
            </w:r>
          </w:p>
        </w:tc>
        <w:tc>
          <w:tcPr>
            <w:tcW w:w="476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14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6,2%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20,1%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19,9%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43,6%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Умения строить речевое высказывание в соответствии с поставленной задачей, создавать устные и письменные тексты (рассуждение)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отрабатывать структуру письменного ответа: </w:t>
            </w:r>
            <w:r w:rsidRPr="006D0601">
              <w:rPr>
                <w:sz w:val="14"/>
                <w:lang w:val="ru-RU"/>
              </w:rPr>
              <w:t>тезис — доказательство — пример — вывод; проводить взаимопроверку по критериям и обязательное редактирование текста;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6.2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21,9%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58,4%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54,9%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65,4%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2. Овладение начальными сведениями о творчестве изученных русских писателей и поэтов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ввести читательские дневники и задания на интерпретацию; проводить мини-сочинения по </w:t>
            </w:r>
            <w:proofErr w:type="gramStart"/>
            <w:r w:rsidRPr="006D0601">
              <w:rPr>
                <w:sz w:val="14"/>
                <w:lang w:val="ru-RU"/>
              </w:rPr>
              <w:t>прочитанному</w:t>
            </w:r>
            <w:proofErr w:type="gramEnd"/>
            <w:r w:rsidRPr="006D0601">
              <w:rPr>
                <w:sz w:val="14"/>
                <w:lang w:val="ru-RU"/>
              </w:rPr>
              <w:t xml:space="preserve"> с разбором образца.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13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25,0%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42,6%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40,8%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72,4%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Умение отвечать на вопросы по содержанию произведения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ввести читательские дневники и задания на интерпретацию; проводить мини-сочинения по </w:t>
            </w:r>
            <w:proofErr w:type="gramStart"/>
            <w:r w:rsidRPr="006D0601">
              <w:rPr>
                <w:sz w:val="14"/>
                <w:lang w:val="ru-RU"/>
              </w:rPr>
              <w:t>прочитанному</w:t>
            </w:r>
            <w:proofErr w:type="gramEnd"/>
            <w:r w:rsidRPr="006D0601">
              <w:rPr>
                <w:sz w:val="14"/>
                <w:lang w:val="ru-RU"/>
              </w:rPr>
              <w:t xml:space="preserve"> с разбором образца.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 (2б)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37,5%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34,3%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37,2%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44,2%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Умения: составлять письменные </w:t>
            </w:r>
            <w:r w:rsidRPr="006D0601">
              <w:rPr>
                <w:sz w:val="14"/>
                <w:lang w:val="ru-RU"/>
              </w:rPr>
              <w:t xml:space="preserve">высказывания на заданную тему – проблемный вопрос; </w:t>
            </w:r>
            <w:proofErr w:type="spellStart"/>
            <w:r w:rsidRPr="006D0601">
              <w:rPr>
                <w:sz w:val="14"/>
                <w:lang w:val="ru-RU"/>
              </w:rPr>
              <w:t>аргументированно</w:t>
            </w:r>
            <w:proofErr w:type="spellEnd"/>
            <w:r w:rsidRPr="006D0601">
              <w:rPr>
                <w:sz w:val="14"/>
                <w:lang w:val="ru-RU"/>
              </w:rPr>
              <w:t xml:space="preserve"> высказывать свое мнение, используя такой тип речи, как рассуждение; корректировать собственный текст с учетом правильности, выразительности письменной речи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отрабатывать структуру письменно</w:t>
            </w:r>
            <w:r w:rsidRPr="006D0601">
              <w:rPr>
                <w:sz w:val="14"/>
                <w:lang w:val="ru-RU"/>
              </w:rPr>
              <w:t>го ответа: тезис — доказательство — пример — вывод; проводить взаимопроверку по критериям и обязательное редактирование текста;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11 (2б)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37,5%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53,9%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51,9%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79,7%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Умение объяснить значение слова с опорой на конте</w:t>
            </w:r>
            <w:proofErr w:type="gramStart"/>
            <w:r w:rsidRPr="006D0601">
              <w:rPr>
                <w:sz w:val="14"/>
                <w:lang w:val="ru-RU"/>
              </w:rPr>
              <w:t>кст пр</w:t>
            </w:r>
            <w:proofErr w:type="gramEnd"/>
            <w:r w:rsidRPr="006D0601">
              <w:rPr>
                <w:sz w:val="14"/>
                <w:lang w:val="ru-RU"/>
              </w:rPr>
              <w:t>оизведения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ввести читательские дневники и задания на интерпретацию; проводить мини-сочинения по </w:t>
            </w:r>
            <w:proofErr w:type="gramStart"/>
            <w:r w:rsidRPr="006D0601">
              <w:rPr>
                <w:sz w:val="14"/>
                <w:lang w:val="ru-RU"/>
              </w:rPr>
              <w:t>прочитанному</w:t>
            </w:r>
            <w:proofErr w:type="gramEnd"/>
            <w:r w:rsidRPr="006D0601">
              <w:rPr>
                <w:sz w:val="14"/>
                <w:lang w:val="ru-RU"/>
              </w:rPr>
              <w:t xml:space="preserve"> с разбором образца.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9 (1б)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43,8%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56,8%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63,8%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74,1%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Умение </w:t>
            </w:r>
            <w:r w:rsidRPr="006D0601">
              <w:rPr>
                <w:sz w:val="14"/>
                <w:lang w:val="ru-RU"/>
              </w:rPr>
              <w:t>определять последовательность событий в произведении, выявлять связь событий, эпизодов текста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ввести читательские дневники и задания на интерпретацию; проводить мини-сочинения по </w:t>
            </w:r>
            <w:proofErr w:type="gramStart"/>
            <w:r w:rsidRPr="006D0601">
              <w:rPr>
                <w:sz w:val="14"/>
                <w:lang w:val="ru-RU"/>
              </w:rPr>
              <w:t>прочитанному</w:t>
            </w:r>
            <w:proofErr w:type="gramEnd"/>
            <w:r w:rsidRPr="006D0601">
              <w:rPr>
                <w:sz w:val="14"/>
                <w:lang w:val="ru-RU"/>
              </w:rPr>
              <w:t xml:space="preserve"> с разбором образца.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Default="000B6168">
      <w:pPr>
        <w:pStyle w:val="31"/>
      </w:pPr>
      <w:proofErr w:type="spellStart"/>
      <w:r>
        <w:t>Математика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850"/>
        <w:gridCol w:w="397"/>
        <w:gridCol w:w="938"/>
        <w:gridCol w:w="680"/>
        <w:gridCol w:w="680"/>
        <w:gridCol w:w="680"/>
        <w:gridCol w:w="680"/>
        <w:gridCol w:w="4082"/>
        <w:gridCol w:w="4762"/>
      </w:tblGrid>
      <w:tr w:rsidR="0070134D">
        <w:trPr>
          <w:tblHeader/>
          <w:jc w:val="center"/>
        </w:trPr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Задание</w:t>
            </w:r>
          </w:p>
        </w:tc>
        <w:tc>
          <w:tcPr>
            <w:tcW w:w="39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Дефицит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Школа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Район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ЧР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РФ</w:t>
            </w:r>
          </w:p>
        </w:tc>
        <w:tc>
          <w:tcPr>
            <w:tcW w:w="408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Проверяемое умение</w:t>
            </w:r>
          </w:p>
        </w:tc>
        <w:tc>
          <w:tcPr>
            <w:tcW w:w="476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11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3,3%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8,3%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8,5%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16,6%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Решать текстовые задачи в 1–3 действия, выполнять преобразование заданных величин, выбирать при решении подходящие способы вычисления, сочетая устные и письменные </w:t>
            </w:r>
            <w:r w:rsidRPr="006D0601">
              <w:rPr>
                <w:sz w:val="14"/>
                <w:lang w:val="ru-RU"/>
              </w:rPr>
              <w:t xml:space="preserve">вычисления и используя при необходимости вычислительные устройства; оценивать </w:t>
            </w:r>
            <w:proofErr w:type="gramStart"/>
            <w:r w:rsidRPr="006D0601">
              <w:rPr>
                <w:sz w:val="14"/>
                <w:lang w:val="ru-RU"/>
              </w:rPr>
              <w:t>полученный</w:t>
            </w:r>
            <w:proofErr w:type="gramEnd"/>
            <w:r w:rsidRPr="006D0601">
              <w:rPr>
                <w:sz w:val="14"/>
                <w:lang w:val="ru-RU"/>
              </w:rPr>
              <w:t xml:space="preserve"> </w:t>
            </w:r>
            <w:proofErr w:type="spellStart"/>
            <w:r w:rsidRPr="006D0601">
              <w:rPr>
                <w:sz w:val="14"/>
                <w:lang w:val="ru-RU"/>
              </w:rPr>
              <w:t>результ</w:t>
            </w:r>
            <w:proofErr w:type="spellEnd"/>
            <w:r w:rsidRPr="006D0601">
              <w:rPr>
                <w:sz w:val="14"/>
                <w:lang w:val="ru-RU"/>
              </w:rPr>
              <w:t>…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учить переводить условие в схему, таблицу или краткую запись и проверять смысл полученного ответа; разбирать типичные ошибочные стратегии и давать аналогичное</w:t>
            </w:r>
            <w:r w:rsidRPr="006D0601">
              <w:rPr>
                <w:sz w:val="14"/>
                <w:lang w:val="ru-RU"/>
              </w:rPr>
              <w:t xml:space="preserve"> задание для повторного выполнения;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8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8,3%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29,3%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30,7%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46,7%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4"/>
                <w:lang w:val="ru-RU"/>
              </w:rPr>
              <w:t xml:space="preserve">Использовать при решении задач единицы длины (миллиметр, сантиметр, </w:t>
            </w:r>
            <w:r w:rsidRPr="006D0601">
              <w:rPr>
                <w:sz w:val="14"/>
                <w:lang w:val="ru-RU"/>
              </w:rPr>
              <w:t xml:space="preserve">дециметр, метр, километр), массы (грамм, килограмм, центнер, тонна), времени (секунда, минута, час, сутки, неделя, </w:t>
            </w:r>
            <w:r w:rsidRPr="006D0601">
              <w:rPr>
                <w:sz w:val="14"/>
                <w:lang w:val="ru-RU"/>
              </w:rPr>
              <w:lastRenderedPageBreak/>
              <w:t>месяц, год), вместимости (литр), стоимости (копейка, рубль), площади (</w:t>
            </w:r>
            <w:proofErr w:type="spellStart"/>
            <w:r w:rsidRPr="006D0601">
              <w:rPr>
                <w:sz w:val="14"/>
                <w:lang w:val="ru-RU"/>
              </w:rPr>
              <w:t>квадра</w:t>
            </w:r>
            <w:proofErr w:type="spellEnd"/>
            <w:r w:rsidRPr="006D0601">
              <w:rPr>
                <w:sz w:val="14"/>
                <w:lang w:val="ru-RU"/>
              </w:rPr>
              <w:t>…</w:t>
            </w:r>
            <w:proofErr w:type="gramEnd"/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lastRenderedPageBreak/>
              <w:t xml:space="preserve">учить переводить условие в схему, таблицу или краткую запись и </w:t>
            </w:r>
            <w:r w:rsidRPr="006D0601">
              <w:rPr>
                <w:sz w:val="14"/>
                <w:lang w:val="ru-RU"/>
              </w:rPr>
              <w:t>проверять смысл полученного ответа; разбирать типичные ошибочные стратегии и давать аналогичное задание для повторного выполнения.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lastRenderedPageBreak/>
              <w:t>9.2 (1б)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13,3%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31,4%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27,2%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46,1%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2. Строить </w:t>
            </w:r>
            <w:proofErr w:type="gramStart"/>
            <w:r w:rsidRPr="006D0601">
              <w:rPr>
                <w:sz w:val="14"/>
                <w:lang w:val="ru-RU"/>
              </w:rPr>
              <w:t>логические рассуждения</w:t>
            </w:r>
            <w:proofErr w:type="gramEnd"/>
            <w:r w:rsidRPr="006D0601">
              <w:rPr>
                <w:sz w:val="14"/>
                <w:lang w:val="ru-RU"/>
              </w:rPr>
              <w:t xml:space="preserve"> (</w:t>
            </w:r>
            <w:proofErr w:type="spellStart"/>
            <w:r w:rsidRPr="006D0601">
              <w:rPr>
                <w:sz w:val="14"/>
                <w:lang w:val="ru-RU"/>
              </w:rPr>
              <w:t>двух-трехшаговые</w:t>
            </w:r>
            <w:proofErr w:type="spellEnd"/>
            <w:r w:rsidRPr="006D0601">
              <w:rPr>
                <w:sz w:val="14"/>
                <w:lang w:val="ru-RU"/>
              </w:rPr>
              <w:t>)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включить задания </w:t>
            </w:r>
            <w:r w:rsidRPr="006D0601">
              <w:rPr>
                <w:sz w:val="14"/>
                <w:lang w:val="ru-RU"/>
              </w:rPr>
              <w:t>аналогичного типа в текущее и тематическое повторение; провести разбор типичных ошибок, затем повторное выполнение с фиксацией индивидуальной динамики;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9.1</w:t>
            </w:r>
            <w:r>
              <w:rPr>
                <w:sz w:val="14"/>
              </w:rPr>
              <w:t xml:space="preserve"> (1б)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16,7%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38,0%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35,1%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51,6%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1. Формулировать утверждение (вывод), строить </w:t>
            </w:r>
            <w:proofErr w:type="gramStart"/>
            <w:r w:rsidRPr="006D0601">
              <w:rPr>
                <w:sz w:val="14"/>
                <w:lang w:val="ru-RU"/>
              </w:rPr>
              <w:t>логические рассуждения</w:t>
            </w:r>
            <w:proofErr w:type="gramEnd"/>
            <w:r w:rsidRPr="006D0601">
              <w:rPr>
                <w:sz w:val="14"/>
                <w:lang w:val="ru-RU"/>
              </w:rPr>
              <w:t xml:space="preserve"> (</w:t>
            </w:r>
            <w:proofErr w:type="spellStart"/>
            <w:r w:rsidRPr="006D0601">
              <w:rPr>
                <w:sz w:val="14"/>
                <w:lang w:val="ru-RU"/>
              </w:rPr>
              <w:t>двух-трехшаговые</w:t>
            </w:r>
            <w:proofErr w:type="spellEnd"/>
            <w:r w:rsidRPr="006D0601">
              <w:rPr>
                <w:sz w:val="14"/>
                <w:lang w:val="ru-RU"/>
              </w:rPr>
              <w:t>)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закрепить алгоритмы преобразования выражений и решения уравнений; обязать обучающихся выполнять проверку подстановкой и </w:t>
            </w:r>
            <w:r w:rsidRPr="006D0601">
              <w:rPr>
                <w:sz w:val="14"/>
                <w:lang w:val="ru-RU"/>
              </w:rPr>
              <w:t>проговаривать каждый шаг;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10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28,3%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29,4%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29,6%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66,0%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Различать изображения простейших пространственных фигур, распознавать в простейших </w:t>
            </w:r>
            <w:r w:rsidRPr="006D0601">
              <w:rPr>
                <w:sz w:val="14"/>
                <w:lang w:val="ru-RU"/>
              </w:rPr>
              <w:t>случаях проекции предметов окружающего мира на плоскость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включить геометрический практикум с чертежом, измерением и обоснованием формулы; отрабатывать чтение рисунка и пошаговую проверку вычислений; отдельно отрабатывать многошаговые задания повышенного ур</w:t>
            </w:r>
            <w:r w:rsidRPr="006D0601">
              <w:rPr>
                <w:sz w:val="14"/>
                <w:lang w:val="ru-RU"/>
              </w:rPr>
              <w:t>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5.2 (1б)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30,0%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47,2%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51,0%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58,2%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2. Выполнять разбиение простейшей составной фигуры на прямоугольники (квадраты)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включить геометрический практикум с чертежом, измерением и обоснованием формулы; </w:t>
            </w:r>
            <w:r w:rsidRPr="006D0601">
              <w:rPr>
                <w:sz w:val="14"/>
                <w:lang w:val="ru-RU"/>
              </w:rPr>
              <w:t>отрабатывать чтение рисунка и пошаговую проверку вычислений.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 (1б)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40,0%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50,0%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53,3%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64,3%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4"/>
                <w:lang w:val="ru-RU"/>
              </w:rPr>
              <w:t xml:space="preserve">Выполнять арифметические действия: сложение и вычитание с многозначными числами письменно (в пределах 100 устно); умножение и деление многозначного </w:t>
            </w:r>
            <w:r w:rsidRPr="006D0601">
              <w:rPr>
                <w:sz w:val="14"/>
                <w:lang w:val="ru-RU"/>
              </w:rPr>
              <w:t>числа на однозначное, двузначное числа письменно (в пределах 100 устно); деление с остатком (в пределах 1000 пи…</w:t>
            </w:r>
            <w:proofErr w:type="gramEnd"/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повторное выполнение с фиксацией</w:t>
            </w:r>
            <w:r w:rsidRPr="006D0601">
              <w:rPr>
                <w:sz w:val="14"/>
                <w:lang w:val="ru-RU"/>
              </w:rPr>
              <w:t xml:space="preserve"> индивидуальной динамики.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Default="000B6168">
      <w:pPr>
        <w:pStyle w:val="31"/>
      </w:pPr>
      <w:proofErr w:type="spellStart"/>
      <w:r>
        <w:t>Окружающий</w:t>
      </w:r>
      <w:proofErr w:type="spellEnd"/>
      <w:r>
        <w:t xml:space="preserve"> </w:t>
      </w:r>
      <w:proofErr w:type="spellStart"/>
      <w:r>
        <w:t>мир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850"/>
        <w:gridCol w:w="397"/>
        <w:gridCol w:w="938"/>
        <w:gridCol w:w="680"/>
        <w:gridCol w:w="680"/>
        <w:gridCol w:w="680"/>
        <w:gridCol w:w="680"/>
        <w:gridCol w:w="4082"/>
        <w:gridCol w:w="4762"/>
      </w:tblGrid>
      <w:tr w:rsidR="0070134D">
        <w:trPr>
          <w:tblHeader/>
          <w:jc w:val="center"/>
        </w:trPr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Задание</w:t>
            </w:r>
          </w:p>
        </w:tc>
        <w:tc>
          <w:tcPr>
            <w:tcW w:w="39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Дефицит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Школа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Район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ЧР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РФ</w:t>
            </w:r>
          </w:p>
        </w:tc>
        <w:tc>
          <w:tcPr>
            <w:tcW w:w="408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Проверяемое умение</w:t>
            </w:r>
          </w:p>
        </w:tc>
        <w:tc>
          <w:tcPr>
            <w:tcW w:w="476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6.3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17,1%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21,2%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35,3%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3. Проводить по предложенному (самостоятельно составленному) плану или выдвинутому </w:t>
            </w:r>
            <w:r w:rsidRPr="006D0601">
              <w:rPr>
                <w:sz w:val="14"/>
                <w:lang w:val="ru-RU"/>
              </w:rPr>
              <w:t>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труд…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включить задания аналогичного типа в текущее и тематическое повторение; провес</w:t>
            </w:r>
            <w:r w:rsidRPr="006D0601">
              <w:rPr>
                <w:sz w:val="14"/>
                <w:lang w:val="ru-RU"/>
              </w:rPr>
              <w:t>ти разбор типичных ошибок, затем повторное выполнение с фиксацией индивидуальной динамики;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10.2K3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12,4%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17,8%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38,4%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4"/>
                <w:lang w:val="ru-RU"/>
              </w:rPr>
              <w:t>2</w:t>
            </w:r>
            <w:r>
              <w:rPr>
                <w:sz w:val="14"/>
              </w:rPr>
              <w:t>K</w:t>
            </w:r>
            <w:r w:rsidRPr="006D0601">
              <w:rPr>
                <w:sz w:val="14"/>
                <w:lang w:val="ru-RU"/>
              </w:rPr>
              <w:t xml:space="preserve">3. </w:t>
            </w:r>
            <w:r w:rsidRPr="006D0601">
              <w:rPr>
                <w:sz w:val="14"/>
                <w:lang w:val="ru-RU"/>
              </w:rPr>
              <w:t xml:space="preserve"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края. </w:t>
            </w:r>
            <w:proofErr w:type="spellStart"/>
            <w:r>
              <w:rPr>
                <w:sz w:val="14"/>
              </w:rPr>
              <w:t>Описывать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основе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предложенного</w:t>
            </w:r>
            <w:proofErr w:type="spellEnd"/>
            <w:r>
              <w:rPr>
                <w:sz w:val="14"/>
              </w:rPr>
              <w:t xml:space="preserve"> плана…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</w:t>
            </w:r>
            <w:r w:rsidRPr="006D0601">
              <w:rPr>
                <w:sz w:val="14"/>
                <w:lang w:val="ru-RU"/>
              </w:rPr>
              <w:t>ключить задания аналогичного типа в текущее и тематическое повторение; провести разбор типичных ошибок, затем повторное выполнение с фиксацией индивидуальной динамики.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8K3 (1б)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7,1%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29,6%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32,6%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53,5%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Использовать различные источники </w:t>
            </w:r>
            <w:r w:rsidRPr="006D0601">
              <w:rPr>
                <w:sz w:val="14"/>
                <w:lang w:val="ru-RU"/>
              </w:rPr>
              <w:t>информации об обществе для поиска и извлечения информации, ответов на вопросы; создавать по заданному плану собственные развернутые высказывания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включить задания аналогичного типа в текущее и тематическое повторение; провести разбор типичных ошибок, затем </w:t>
            </w:r>
            <w:r w:rsidRPr="006D0601">
              <w:rPr>
                <w:sz w:val="14"/>
                <w:lang w:val="ru-RU"/>
              </w:rPr>
              <w:t>повторное выполнение с фиксацией индивидуальной динамики.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8K2 (1б)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21,4%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42,8%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48,7%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72,8%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</w:t>
            </w:r>
            <w:r w:rsidRPr="006D0601">
              <w:rPr>
                <w:sz w:val="14"/>
                <w:lang w:val="ru-RU"/>
              </w:rPr>
              <w:t>собственные развернутые высказывания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повторное выполнение с фиксацией индивидуальной динамики.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lastRenderedPageBreak/>
              <w:t>10.1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25,0%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67,5%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55,8%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83,4%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4"/>
                <w:lang w:val="ru-RU"/>
              </w:rPr>
              <w:t xml:space="preserve">1. 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края. </w:t>
            </w:r>
            <w:proofErr w:type="spellStart"/>
            <w:r>
              <w:rPr>
                <w:sz w:val="14"/>
              </w:rPr>
              <w:t>Описывать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основе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предложенного</w:t>
            </w:r>
            <w:proofErr w:type="spellEnd"/>
            <w:r>
              <w:rPr>
                <w:sz w:val="14"/>
              </w:rPr>
              <w:t xml:space="preserve"> плана</w:t>
            </w:r>
            <w:r>
              <w:rPr>
                <w:sz w:val="14"/>
              </w:rPr>
              <w:t xml:space="preserve"> го…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повторное выполнение с фиксацией индивидуальной динамики.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6.2 (1б)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28,6%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40,9%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41,7%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45,6%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2. Проводить по предложенному </w:t>
            </w:r>
            <w:r w:rsidRPr="006D0601">
              <w:rPr>
                <w:sz w:val="14"/>
                <w:lang w:val="ru-RU"/>
              </w:rPr>
              <w:t>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труд…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включить задания аналогич</w:t>
            </w:r>
            <w:r w:rsidRPr="006D0601">
              <w:rPr>
                <w:sz w:val="14"/>
                <w:lang w:val="ru-RU"/>
              </w:rPr>
              <w:t>ного типа в текущее и тематическое повторение; провести разбор типичных ошибок, затем повторное выполнение с фиксацией индивидуальной динамики;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9К3 (1б)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28,6%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31,5%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38,5%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60,0%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4"/>
                <w:lang w:val="ru-RU"/>
              </w:rPr>
              <w:t xml:space="preserve"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края. </w:t>
            </w:r>
            <w:proofErr w:type="spellStart"/>
            <w:r>
              <w:rPr>
                <w:sz w:val="14"/>
              </w:rPr>
              <w:t>Проявлять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уважение</w:t>
            </w:r>
            <w:proofErr w:type="spellEnd"/>
            <w:r>
              <w:rPr>
                <w:sz w:val="14"/>
              </w:rPr>
              <w:t xml:space="preserve"> к </w:t>
            </w:r>
            <w:proofErr w:type="spellStart"/>
            <w:r>
              <w:rPr>
                <w:sz w:val="14"/>
              </w:rPr>
              <w:t>семейным</w:t>
            </w:r>
            <w:proofErr w:type="spellEnd"/>
            <w:r>
              <w:rPr>
                <w:sz w:val="14"/>
              </w:rPr>
              <w:t xml:space="preserve"> ценностям и тра…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повторное выполнение с фиксацией индивидуальной динамики.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10.2K2 (1б)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28,6%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42,0%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41,1%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67,4%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4"/>
                <w:lang w:val="ru-RU"/>
              </w:rPr>
              <w:t>2</w:t>
            </w:r>
            <w:r>
              <w:rPr>
                <w:sz w:val="14"/>
              </w:rPr>
              <w:t>K</w:t>
            </w:r>
            <w:r w:rsidRPr="006D0601">
              <w:rPr>
                <w:sz w:val="14"/>
                <w:lang w:val="ru-RU"/>
              </w:rPr>
              <w:t xml:space="preserve">2. 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края. </w:t>
            </w:r>
            <w:proofErr w:type="spellStart"/>
            <w:r>
              <w:rPr>
                <w:sz w:val="14"/>
              </w:rPr>
              <w:t>Описывать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основе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предл</w:t>
            </w:r>
            <w:r>
              <w:rPr>
                <w:sz w:val="14"/>
              </w:rPr>
              <w:t>оженного</w:t>
            </w:r>
            <w:proofErr w:type="spellEnd"/>
            <w:r>
              <w:rPr>
                <w:sz w:val="14"/>
              </w:rPr>
              <w:t xml:space="preserve"> плана…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повторное выполнение с фиксацией индивидуальной динамики.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 (2б)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32,1%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70,2%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67,1%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77,2%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Распознавать изученные </w:t>
            </w:r>
            <w:r w:rsidRPr="006D0601">
              <w:rPr>
                <w:sz w:val="14"/>
                <w:lang w:val="ru-RU"/>
              </w:rPr>
              <w:t>объекты и явления живой и неживой природы по их описанию, рисункам и фотографиям, различать их в окружающем мире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учить извлекать признаки из рисунков, схем и таблиц по заданному алгоритму; требовать словесного объяснения выбранного ответа.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6.1 (1б)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</w:t>
            </w:r>
            <w:r>
              <w:rPr>
                <w:sz w:val="14"/>
              </w:rPr>
              <w:t>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35,7%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59,5%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61,7%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79,7%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1. 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</w:t>
            </w:r>
            <w:r w:rsidRPr="006D0601">
              <w:rPr>
                <w:sz w:val="14"/>
                <w:lang w:val="ru-RU"/>
              </w:rPr>
              <w:t>, следуя правилам безопасного труда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повторное выполнение с фиксацией индивидуальной динамики; отдельно отрабатывать многошаговые задания повышенн</w:t>
            </w:r>
            <w:r w:rsidRPr="006D0601">
              <w:rPr>
                <w:sz w:val="14"/>
                <w:lang w:val="ru-RU"/>
              </w:rPr>
              <w:t>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7.2 (2б)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39,3%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47,5%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42,4%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69,0%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2. Соблюдать правила безопасного поведения при использовании объектов транспортной инфраструктуры населенного пункта, в театрах, кинотеатрах, торговых центрах, </w:t>
            </w:r>
            <w:r w:rsidRPr="006D0601">
              <w:rPr>
                <w:sz w:val="14"/>
                <w:lang w:val="ru-RU"/>
              </w:rPr>
              <w:t xml:space="preserve">парках и зонах отдыха, учреждениях культуры (музеях, библиотеках и других); соблюдать правила </w:t>
            </w:r>
            <w:proofErr w:type="spellStart"/>
            <w:r w:rsidRPr="006D0601">
              <w:rPr>
                <w:sz w:val="14"/>
                <w:lang w:val="ru-RU"/>
              </w:rPr>
              <w:t>безоп</w:t>
            </w:r>
            <w:proofErr w:type="spellEnd"/>
            <w:r w:rsidRPr="006D0601">
              <w:rPr>
                <w:sz w:val="14"/>
                <w:lang w:val="ru-RU"/>
              </w:rPr>
              <w:t>…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решать ситуационные экологические задачи с причинно-следственным обоснованием; отрабатывать построение цепей и прогноз последствий изменения условий; отдел</w:t>
            </w:r>
            <w:r w:rsidRPr="006D0601">
              <w:rPr>
                <w:sz w:val="14"/>
                <w:lang w:val="ru-RU"/>
              </w:rPr>
              <w:t>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10.2K1 (1б)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42,9%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47,1%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49,7%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67,1%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4"/>
                <w:lang w:val="ru-RU"/>
              </w:rPr>
              <w:t>2</w:t>
            </w:r>
            <w:r>
              <w:rPr>
                <w:sz w:val="14"/>
              </w:rPr>
              <w:t>K</w:t>
            </w:r>
            <w:r w:rsidRPr="006D0601">
              <w:rPr>
                <w:sz w:val="14"/>
                <w:lang w:val="ru-RU"/>
              </w:rPr>
              <w:t>1. Рассказывать о государственных праздниках России, наиболее важных событиях истории России, наиболее извест</w:t>
            </w:r>
            <w:r w:rsidRPr="006D0601">
              <w:rPr>
                <w:sz w:val="14"/>
                <w:lang w:val="ru-RU"/>
              </w:rPr>
              <w:t xml:space="preserve">ных российских исторических деятелях разных периодов, достопримечательностях столицы России и родного края. </w:t>
            </w:r>
            <w:proofErr w:type="spellStart"/>
            <w:r>
              <w:rPr>
                <w:sz w:val="14"/>
              </w:rPr>
              <w:t>Описывать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основе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предложенного</w:t>
            </w:r>
            <w:proofErr w:type="spellEnd"/>
            <w:r>
              <w:rPr>
                <w:sz w:val="14"/>
              </w:rPr>
              <w:t xml:space="preserve"> плана…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</w:t>
            </w:r>
            <w:r w:rsidRPr="006D0601">
              <w:rPr>
                <w:sz w:val="14"/>
                <w:lang w:val="ru-RU"/>
              </w:rPr>
              <w:t>тем повторное выполнение с фиксацией индивидуальной динамики.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Default="000B6168">
      <w:pPr>
        <w:pStyle w:val="31"/>
      </w:pPr>
      <w:proofErr w:type="spellStart"/>
      <w:r>
        <w:t>Русский</w:t>
      </w:r>
      <w:proofErr w:type="spellEnd"/>
      <w:r>
        <w:t xml:space="preserve"> </w:t>
      </w:r>
      <w:proofErr w:type="spellStart"/>
      <w:r>
        <w:t>язык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850"/>
        <w:gridCol w:w="397"/>
        <w:gridCol w:w="938"/>
        <w:gridCol w:w="680"/>
        <w:gridCol w:w="680"/>
        <w:gridCol w:w="680"/>
        <w:gridCol w:w="680"/>
        <w:gridCol w:w="4082"/>
        <w:gridCol w:w="4762"/>
      </w:tblGrid>
      <w:tr w:rsidR="0070134D">
        <w:trPr>
          <w:tblHeader/>
          <w:jc w:val="center"/>
        </w:trPr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Задание</w:t>
            </w:r>
          </w:p>
        </w:tc>
        <w:tc>
          <w:tcPr>
            <w:tcW w:w="39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Дефицит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Школа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Район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ЧР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РФ</w:t>
            </w:r>
          </w:p>
        </w:tc>
        <w:tc>
          <w:tcPr>
            <w:tcW w:w="408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Проверяемое умение</w:t>
            </w:r>
          </w:p>
        </w:tc>
        <w:tc>
          <w:tcPr>
            <w:tcW w:w="476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12.1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27,2%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32,0%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47,0%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1. Умение на основе данной информации и </w:t>
            </w:r>
            <w:r w:rsidRPr="006D0601">
              <w:rPr>
                <w:sz w:val="14"/>
                <w:lang w:val="ru-RU"/>
              </w:rPr>
              <w:t xml:space="preserve">собственного жизненного опыта </w:t>
            </w:r>
            <w:proofErr w:type="gramStart"/>
            <w:r w:rsidRPr="006D0601">
              <w:rPr>
                <w:sz w:val="14"/>
                <w:lang w:val="ru-RU"/>
              </w:rPr>
              <w:t>обучающихся</w:t>
            </w:r>
            <w:proofErr w:type="gramEnd"/>
            <w:r w:rsidRPr="006D0601">
              <w:rPr>
                <w:sz w:val="14"/>
                <w:lang w:val="ru-RU"/>
              </w:rPr>
              <w:t xml:space="preserve"> определять конкретную жизненную ситуацию для адекватной интерпретации данной информации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отрабатывать смысловое чтение: тема, главная мысль, </w:t>
            </w:r>
            <w:proofErr w:type="spellStart"/>
            <w:r w:rsidRPr="006D0601">
              <w:rPr>
                <w:sz w:val="14"/>
                <w:lang w:val="ru-RU"/>
              </w:rPr>
              <w:t>микротемы</w:t>
            </w:r>
            <w:proofErr w:type="spellEnd"/>
            <w:r w:rsidRPr="006D0601">
              <w:rPr>
                <w:sz w:val="14"/>
                <w:lang w:val="ru-RU"/>
              </w:rPr>
              <w:t xml:space="preserve">, план и вопросы к тексту; использовать короткие тексты с </w:t>
            </w:r>
            <w:r w:rsidRPr="006D0601">
              <w:rPr>
                <w:sz w:val="14"/>
                <w:lang w:val="ru-RU"/>
              </w:rPr>
              <w:t>обязательным письменным обоснованием ответа.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lastRenderedPageBreak/>
              <w:t>12.2 (1б)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32,4%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32,9%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42,0%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2. Соблюдать при письме изученные орфографические и пунктуационные нормы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организовать </w:t>
            </w:r>
            <w:proofErr w:type="spellStart"/>
            <w:r w:rsidRPr="006D0601">
              <w:rPr>
                <w:sz w:val="14"/>
                <w:lang w:val="ru-RU"/>
              </w:rPr>
              <w:t>орфографико-пунктуационный</w:t>
            </w:r>
            <w:proofErr w:type="spellEnd"/>
            <w:r w:rsidRPr="006D0601">
              <w:rPr>
                <w:sz w:val="14"/>
                <w:lang w:val="ru-RU"/>
              </w:rPr>
              <w:t xml:space="preserve"> практикум с комментированным письмом; вести </w:t>
            </w:r>
            <w:r w:rsidRPr="006D0601">
              <w:rPr>
                <w:sz w:val="14"/>
                <w:lang w:val="ru-RU"/>
              </w:rPr>
              <w:t>индивидуальные карты типичных ошибок и повторную проверку через 7–10 дней.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10.2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13,3%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33,8%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34,5%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65,4%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2. Распознавать грамматические признаки имени прилагательного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ввести алгоритмы морфологического распознавания и таблицы </w:t>
            </w:r>
            <w:r w:rsidRPr="006D0601">
              <w:rPr>
                <w:sz w:val="14"/>
                <w:lang w:val="ru-RU"/>
              </w:rPr>
              <w:t>грамматических признаков; проводить еженедельные мини-диагностики на классификацию частей речи;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9.2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47,1%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45,0%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73,0%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2. </w:t>
            </w:r>
            <w:r w:rsidRPr="006D0601">
              <w:rPr>
                <w:sz w:val="14"/>
                <w:lang w:val="ru-RU"/>
              </w:rPr>
              <w:t>Распознавать грамматические признаки имени существительного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ввести алгоритмы морфологического распознавания и таблицы грамматических признаков; проводить еженедельные мини-диагностики на классификацию частей речи; отдельно отрабатывать многошаговые задания</w:t>
            </w:r>
            <w:r w:rsidRPr="006D0601">
              <w:rPr>
                <w:sz w:val="14"/>
                <w:lang w:val="ru-RU"/>
              </w:rPr>
              <w:t xml:space="preserve">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 (3б)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37,8%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53,6%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53,5%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62,8%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Умение делить тексты на смысловые части; составлять план прочитанного текста (адекватно воспроизводить прочитанный текст с заданной степенью свернутости)</w:t>
            </w:r>
            <w:r w:rsidRPr="006D0601">
              <w:rPr>
                <w:sz w:val="14"/>
                <w:lang w:val="ru-RU"/>
              </w:rPr>
              <w:t xml:space="preserve"> в письменной форме, соблюдая нормы построения предложения и словоупотребления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отрабатывать смысловое чтение: тема, главная мысль, </w:t>
            </w:r>
            <w:proofErr w:type="spellStart"/>
            <w:r w:rsidRPr="006D0601">
              <w:rPr>
                <w:sz w:val="14"/>
                <w:lang w:val="ru-RU"/>
              </w:rPr>
              <w:t>микротемы</w:t>
            </w:r>
            <w:proofErr w:type="spellEnd"/>
            <w:r w:rsidRPr="006D0601">
              <w:rPr>
                <w:sz w:val="14"/>
                <w:lang w:val="ru-RU"/>
              </w:rPr>
              <w:t>, план и вопросы к тексту; использовать короткие тексты с обязательным письменным обоснованием ответа.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Default="000B6168">
      <w:pPr>
        <w:pStyle w:val="21"/>
      </w:pPr>
      <w:r>
        <w:t xml:space="preserve">5 </w:t>
      </w:r>
      <w:proofErr w:type="spellStart"/>
      <w:r>
        <w:t>класс</w:t>
      </w:r>
      <w:proofErr w:type="spellEnd"/>
    </w:p>
    <w:p w:rsidR="0070134D" w:rsidRDefault="000B6168">
      <w:pPr>
        <w:pStyle w:val="31"/>
      </w:pPr>
      <w:r>
        <w:t>Анг</w:t>
      </w:r>
      <w:r>
        <w:t>лийский язык</w:t>
      </w:r>
    </w:p>
    <w:tbl>
      <w:tblPr>
        <w:tblStyle w:val="aff0"/>
        <w:tblW w:w="0" w:type="auto"/>
        <w:jc w:val="center"/>
        <w:tblLook w:val="04A0"/>
      </w:tblPr>
      <w:tblGrid>
        <w:gridCol w:w="850"/>
        <w:gridCol w:w="397"/>
        <w:gridCol w:w="938"/>
        <w:gridCol w:w="680"/>
        <w:gridCol w:w="680"/>
        <w:gridCol w:w="680"/>
        <w:gridCol w:w="680"/>
        <w:gridCol w:w="4082"/>
        <w:gridCol w:w="4762"/>
      </w:tblGrid>
      <w:tr w:rsidR="0070134D">
        <w:trPr>
          <w:tblHeader/>
          <w:jc w:val="center"/>
        </w:trPr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Задание</w:t>
            </w:r>
          </w:p>
        </w:tc>
        <w:tc>
          <w:tcPr>
            <w:tcW w:w="39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Дефицит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Школа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Район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ЧР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РФ</w:t>
            </w:r>
          </w:p>
        </w:tc>
        <w:tc>
          <w:tcPr>
            <w:tcW w:w="408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Проверяемое умение</w:t>
            </w:r>
          </w:p>
        </w:tc>
        <w:tc>
          <w:tcPr>
            <w:tcW w:w="476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4К4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29,2%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45,7%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25,8%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49,0%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Владеть орфографическими навыками: правильно писать изученные слова, пунктуационно правильно оформлять электронное </w:t>
            </w:r>
            <w:r w:rsidRPr="006D0601">
              <w:rPr>
                <w:sz w:val="14"/>
                <w:lang w:val="ru-RU"/>
              </w:rPr>
              <w:t>сообщение личного характера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включать задания данного формата в каждую тематическую работу; проводить коррекцию с повторной диагностикой через две недели.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4К3 (3б)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33,3%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44,4%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25,7%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40,5%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Правильное лексико-грамматическое оформление текста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отрабатывать просмотровое и поисковое чтение, выделение ключевой информации; вводить задания на доказательство ответа фрагментом текста.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Default="000B6168">
      <w:pPr>
        <w:pStyle w:val="31"/>
      </w:pPr>
      <w:proofErr w:type="spellStart"/>
      <w:r>
        <w:t>Биология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850"/>
        <w:gridCol w:w="397"/>
        <w:gridCol w:w="938"/>
        <w:gridCol w:w="680"/>
        <w:gridCol w:w="680"/>
        <w:gridCol w:w="680"/>
        <w:gridCol w:w="680"/>
        <w:gridCol w:w="4082"/>
        <w:gridCol w:w="4762"/>
      </w:tblGrid>
      <w:tr w:rsidR="0070134D">
        <w:trPr>
          <w:tblHeader/>
          <w:jc w:val="center"/>
        </w:trPr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Задание</w:t>
            </w:r>
          </w:p>
        </w:tc>
        <w:tc>
          <w:tcPr>
            <w:tcW w:w="39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Дефицит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Школа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Район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ЧР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РФ</w:t>
            </w:r>
          </w:p>
        </w:tc>
        <w:tc>
          <w:tcPr>
            <w:tcW w:w="408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Проверяемое умение</w:t>
            </w:r>
          </w:p>
        </w:tc>
        <w:tc>
          <w:tcPr>
            <w:tcW w:w="476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8К2 (1б)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54,4%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58,0%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76,6%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Перечислять источники биологических знаний; характеризовать значение биологических знаний для современного человека; знать профессии, связанные с биологией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включить задания аналогичного типа в текущее и тематическое повторение; провести </w:t>
            </w:r>
            <w:r w:rsidRPr="006D0601">
              <w:rPr>
                <w:sz w:val="14"/>
                <w:lang w:val="ru-RU"/>
              </w:rPr>
              <w:t>разбор типичных ошибок, затем повторное выполнение с фиксацией индивидуальной динамики.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19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6,2%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25,2%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23,1%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43,3%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4"/>
                <w:lang w:val="ru-RU"/>
              </w:rPr>
              <w:t xml:space="preserve">Применять биологические термины и понятия (в том числе: среда обитания, природное сообщество, искусственное сообщество) в </w:t>
            </w:r>
            <w:r w:rsidRPr="006D0601">
              <w:rPr>
                <w:sz w:val="14"/>
                <w:lang w:val="ru-RU"/>
              </w:rPr>
              <w:t xml:space="preserve">соответствии с поставленной задачей и в контексте. </w:t>
            </w:r>
            <w:proofErr w:type="spellStart"/>
            <w:r>
              <w:rPr>
                <w:sz w:val="14"/>
              </w:rPr>
              <w:t>Раскрывать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роль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биологии</w:t>
            </w:r>
            <w:proofErr w:type="spellEnd"/>
            <w:r>
              <w:rPr>
                <w:sz w:val="14"/>
              </w:rPr>
              <w:t xml:space="preserve"> в практической деятельности человека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решать ситуационные экологические задачи с причинно-следственным обоснованием; отрабатывать построение цепей и прогноз последствий изменения ус</w:t>
            </w:r>
            <w:r w:rsidRPr="006D0601">
              <w:rPr>
                <w:sz w:val="14"/>
                <w:lang w:val="ru-RU"/>
              </w:rPr>
              <w:t>ловий.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18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8,3%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36,1%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42,8%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Приводить примеры, характеризующие приспособленность организмов к среде обитания; раскрывать понятие о среде обитания (водной, наземно-воздушной, почвенной, </w:t>
            </w:r>
            <w:proofErr w:type="spellStart"/>
            <w:r w:rsidRPr="006D0601">
              <w:rPr>
                <w:sz w:val="14"/>
                <w:lang w:val="ru-RU"/>
              </w:rPr>
              <w:lastRenderedPageBreak/>
              <w:t>внутриорганизменной</w:t>
            </w:r>
            <w:proofErr w:type="spellEnd"/>
            <w:r w:rsidRPr="006D0601">
              <w:rPr>
                <w:sz w:val="14"/>
                <w:lang w:val="ru-RU"/>
              </w:rPr>
              <w:t xml:space="preserve">), об условиях среды </w:t>
            </w:r>
            <w:r w:rsidRPr="006D0601">
              <w:rPr>
                <w:sz w:val="14"/>
                <w:lang w:val="ru-RU"/>
              </w:rPr>
              <w:t>обитания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lastRenderedPageBreak/>
              <w:t>решать ситуационные экологические задачи с причинно-следственным обоснованием; отрабатывать построение цепей и прогноз последствий изменения условий.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lastRenderedPageBreak/>
              <w:t>16.1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20,8%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38,4%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29,1%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43,9%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1. Выполнять практические работы и лабораторные </w:t>
            </w:r>
            <w:r w:rsidRPr="006D0601">
              <w:rPr>
                <w:sz w:val="14"/>
                <w:lang w:val="ru-RU"/>
              </w:rPr>
              <w:t xml:space="preserve">работы (работа с микроскопом, знакомство с различными способами измерения и сравнения живых объектов). Проводить описание организма (растения, животного) по заданному плану; выделять существенные признаки </w:t>
            </w:r>
            <w:proofErr w:type="gramStart"/>
            <w:r w:rsidRPr="006D0601">
              <w:rPr>
                <w:sz w:val="14"/>
                <w:lang w:val="ru-RU"/>
              </w:rPr>
              <w:t>строен</w:t>
            </w:r>
            <w:proofErr w:type="gramEnd"/>
            <w:r w:rsidRPr="006D0601">
              <w:rPr>
                <w:sz w:val="14"/>
                <w:lang w:val="ru-RU"/>
              </w:rPr>
              <w:t>…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составлять сравнительные таблицы признаков </w:t>
            </w:r>
            <w:r w:rsidRPr="006D0601">
              <w:rPr>
                <w:sz w:val="14"/>
                <w:lang w:val="ru-RU"/>
              </w:rPr>
              <w:t>и задания на классификацию; использовать карточки «признак — объект — исключение»;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14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29,2%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43,2%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41,0%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63,7%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Выполнять практические </w:t>
            </w:r>
            <w:r w:rsidRPr="006D0601">
              <w:rPr>
                <w:sz w:val="14"/>
                <w:lang w:val="ru-RU"/>
              </w:rPr>
              <w:t>работы и лабораторные работы. Соблюдать правила безопасного труда при работе с учебным и лабораторным оборудованием, химической посудой в соответствии с инструкциями на уроке, во внеурочной деятельности с различными способами измерения…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включить задания ан</w:t>
            </w:r>
            <w:r w:rsidRPr="006D0601">
              <w:rPr>
                <w:sz w:val="14"/>
                <w:lang w:val="ru-RU"/>
              </w:rPr>
              <w:t>алогичного типа в текущее и тематическое повторение; провести разбор типичных ошибок, затем повторное выполнение с фиксацией индивидуальной динамики;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17 (1</w:t>
            </w:r>
            <w:r>
              <w:rPr>
                <w:sz w:val="14"/>
              </w:rPr>
              <w:t>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29,2%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60,8%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51,9%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66,7%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Устанавливать взаимосвязи организмов в сообществах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решать ситуационные экологические задачи с причинно-следственным обоснованием; отрабатывать построение цепей и прогноз последствий изменения условий.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15.2 (1б)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33,3%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52,7%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45,9%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57,6%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2. Владеть приемами работы с лупой, световым и цифровым микроскопами при рассматривании биологических объектов. Выполнять практические работы и лабораторные работы (работа с микроскопом, знакомство с различными способами </w:t>
            </w:r>
            <w:r w:rsidRPr="006D0601">
              <w:rPr>
                <w:sz w:val="14"/>
                <w:lang w:val="ru-RU"/>
              </w:rPr>
              <w:t>измерения и сравнения живых объектов)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повторное выполнение с фиксацией индивидуальной динамики.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15.3 (1б)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33,3%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56,8%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49,5%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65,3%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3. Владеть приемами работы с лупой, световым и цифровым микроскопами при рассматривании биологических объектов. Выполнять практические работы и лабораторные работы (работа с микроскопом, знакомство с различными способами измерения и сравнения живых объекто</w:t>
            </w:r>
            <w:r w:rsidRPr="006D0601">
              <w:rPr>
                <w:sz w:val="14"/>
                <w:lang w:val="ru-RU"/>
              </w:rPr>
              <w:t>в)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повторное выполнение с фиксацией индивидуальной динамики.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16.2 (1б)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33,3%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39,9%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31,7%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33,3%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2. Выполнять практические работы и лабораторные работы (работа с микроскопом, знакомство с различными способами измерения и сравнения живых объектов). Проводить описание организма (растения, животного) по заданному плану; выделять существенные признаки </w:t>
            </w:r>
            <w:proofErr w:type="gramStart"/>
            <w:r w:rsidRPr="006D0601">
              <w:rPr>
                <w:sz w:val="14"/>
                <w:lang w:val="ru-RU"/>
              </w:rPr>
              <w:t>стр</w:t>
            </w:r>
            <w:r w:rsidRPr="006D0601">
              <w:rPr>
                <w:sz w:val="14"/>
                <w:lang w:val="ru-RU"/>
              </w:rPr>
              <w:t>оен</w:t>
            </w:r>
            <w:proofErr w:type="gramEnd"/>
            <w:r w:rsidRPr="006D0601">
              <w:rPr>
                <w:sz w:val="14"/>
                <w:lang w:val="ru-RU"/>
              </w:rPr>
              <w:t>…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составлять сравнительные таблицы признаков и задания на классификацию; использовать карточки «признак — объект — исключение»;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12.1 (2б)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</w:t>
            </w:r>
            <w:r>
              <w:rPr>
                <w:sz w:val="14"/>
              </w:rPr>
              <w:t>5,4%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52,7%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51,9%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69,2%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1. Проводить описание организма (растения, животного) по заданному плану. </w:t>
            </w:r>
            <w:proofErr w:type="gramStart"/>
            <w:r w:rsidRPr="006D0601">
              <w:rPr>
                <w:sz w:val="14"/>
                <w:lang w:val="ru-RU"/>
              </w:rPr>
              <w:t xml:space="preserve">Применять методы биологии (наблюдение, описание, классификация, измерение, эксперимент): проводить наблюдения за организмами; описывать биологические объекты, </w:t>
            </w:r>
            <w:r w:rsidRPr="006D0601">
              <w:rPr>
                <w:sz w:val="14"/>
                <w:lang w:val="ru-RU"/>
              </w:rPr>
              <w:t>процессы и явления;</w:t>
            </w:r>
            <w:proofErr w:type="gramEnd"/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составлять сравнительные таблицы признаков и задания на классификацию; использовать карточки «признак — объект — исключение».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8К1 (1б)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37,5%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74,3%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74,5%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83,8%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Перечислять источники биологических знаний; характеризовать </w:t>
            </w:r>
            <w:r w:rsidRPr="006D0601">
              <w:rPr>
                <w:sz w:val="14"/>
                <w:lang w:val="ru-RU"/>
              </w:rPr>
              <w:t>значение биологических знаний для современного человека; знать профессии, связанные с биологией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повторное выполнение с фиксацией индивидуальной д</w:t>
            </w:r>
            <w:r w:rsidRPr="006D0601">
              <w:rPr>
                <w:sz w:val="14"/>
                <w:lang w:val="ru-RU"/>
              </w:rPr>
              <w:t>инамики.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15.1 (1б)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37,5%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57,8%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52,5%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57,8%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1. Владеть приемами работы с лупой, световым и цифровым микроскопами при рассматривании биологических объектов. Выполнять практические работы и лабораторные работы (работа с микроскопом, знакомство с</w:t>
            </w:r>
            <w:r w:rsidRPr="006D0601">
              <w:rPr>
                <w:sz w:val="14"/>
                <w:lang w:val="ru-RU"/>
              </w:rPr>
              <w:t xml:space="preserve"> различными способами измерения и сравнения живых объектов)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повторное выполнение с фиксацией индивидуальной динамики.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 (2б)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43,8%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49,5%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51,8%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73,6%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Аргументировать основные правила поведения человека в природе и объяснять значение природоохранной деятельности человека, анализировать глобальные экологические проблемы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решать ситуационные экологические задачи с причинно-следственным </w:t>
            </w:r>
            <w:r w:rsidRPr="006D0601">
              <w:rPr>
                <w:sz w:val="14"/>
                <w:lang w:val="ru-RU"/>
              </w:rPr>
              <w:t>обоснованием; отрабатывать построение цепей и прогноз последствий изменения условий.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Default="000B6168">
      <w:pPr>
        <w:pStyle w:val="31"/>
      </w:pPr>
      <w:proofErr w:type="spellStart"/>
      <w:r>
        <w:lastRenderedPageBreak/>
        <w:t>Математика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850"/>
        <w:gridCol w:w="397"/>
        <w:gridCol w:w="938"/>
        <w:gridCol w:w="680"/>
        <w:gridCol w:w="680"/>
        <w:gridCol w:w="680"/>
        <w:gridCol w:w="680"/>
        <w:gridCol w:w="4082"/>
        <w:gridCol w:w="4762"/>
      </w:tblGrid>
      <w:tr w:rsidR="0070134D">
        <w:trPr>
          <w:tblHeader/>
          <w:jc w:val="center"/>
        </w:trPr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Задание</w:t>
            </w:r>
          </w:p>
        </w:tc>
        <w:tc>
          <w:tcPr>
            <w:tcW w:w="39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Дефицит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Школа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Район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ЧР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РФ</w:t>
            </w:r>
          </w:p>
        </w:tc>
        <w:tc>
          <w:tcPr>
            <w:tcW w:w="408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Проверяемое умение</w:t>
            </w:r>
          </w:p>
        </w:tc>
        <w:tc>
          <w:tcPr>
            <w:tcW w:w="476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17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10,5%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8,7%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16,4%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4"/>
                <w:lang w:val="ru-RU"/>
              </w:rPr>
              <w:t xml:space="preserve">Решать задачи, содержащие </w:t>
            </w:r>
            <w:r w:rsidRPr="006D0601">
              <w:rPr>
                <w:sz w:val="14"/>
                <w:lang w:val="ru-RU"/>
              </w:rPr>
              <w:t>зависимости, связывающие величины: скорость, время, расстояние, цена, количество, стоимость</w:t>
            </w:r>
            <w:proofErr w:type="gramEnd"/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учить переводить условие в схему, таблицу или краткую запись и проверять смысл полученного ответа; разбирать типичные ошибочные стратегии и давать аналогичное задан</w:t>
            </w:r>
            <w:r w:rsidRPr="006D0601">
              <w:rPr>
                <w:sz w:val="14"/>
                <w:lang w:val="ru-RU"/>
              </w:rPr>
              <w:t>ие для повторного выполнения;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16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6,2%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16,1%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15,9%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27,9%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4"/>
                <w:lang w:val="ru-RU"/>
              </w:rPr>
              <w:t xml:space="preserve">Решать задачи, содержащие зависимости, связывающие величины: скорость, время, </w:t>
            </w:r>
            <w:r w:rsidRPr="006D0601">
              <w:rPr>
                <w:sz w:val="14"/>
                <w:lang w:val="ru-RU"/>
              </w:rPr>
              <w:t>расстояние, цена, количество, стоимость; выполнять арифметические действия с натуральными числами, с обыкновенными дробями в простейших случаях</w:t>
            </w:r>
            <w:proofErr w:type="gramEnd"/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учить переводить условие в схему, таблицу или краткую запись и проверять смысл полученного ответа; разбирать тип</w:t>
            </w:r>
            <w:r w:rsidRPr="006D0601">
              <w:rPr>
                <w:sz w:val="14"/>
                <w:lang w:val="ru-RU"/>
              </w:rPr>
              <w:t>ичные ошибочные стратегии и давать аналогичное задание для повторного выполнения;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15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12,5%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31,7%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28,3%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43,5%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Вычислять периметр и </w:t>
            </w:r>
            <w:r w:rsidRPr="006D0601">
              <w:rPr>
                <w:sz w:val="14"/>
                <w:lang w:val="ru-RU"/>
              </w:rPr>
              <w:t>площадь квадрата, прямоугольника, фигур, составленных из прямоугольников, в том числе фигур, изображенных на клетчатой бумаге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включить геометрический практикум с чертежом, измерением и обоснованием формулы; отрабатывать чтение рисунка и пошаговую проверку </w:t>
            </w:r>
            <w:r w:rsidRPr="006D0601">
              <w:rPr>
                <w:sz w:val="14"/>
                <w:lang w:val="ru-RU"/>
              </w:rPr>
              <w:t>вычислений.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14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16,7%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29,1%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29,6%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45,7%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4"/>
                <w:lang w:val="ru-RU"/>
              </w:rPr>
              <w:t>Пользоваться основными единицами измерения: цены, массы, расстояния, времени, скорости; выражать одни единицы величины через другие; извлекать, анализировать, оценивать информацию, представленную в</w:t>
            </w:r>
            <w:r w:rsidRPr="006D0601">
              <w:rPr>
                <w:sz w:val="14"/>
                <w:lang w:val="ru-RU"/>
              </w:rPr>
              <w:t xml:space="preserve"> таблице, на столбчатой диаграмме; интерпретировать </w:t>
            </w:r>
            <w:proofErr w:type="spellStart"/>
            <w:r w:rsidRPr="006D0601">
              <w:rPr>
                <w:sz w:val="14"/>
                <w:lang w:val="ru-RU"/>
              </w:rPr>
              <w:t>представле</w:t>
            </w:r>
            <w:proofErr w:type="spellEnd"/>
            <w:r w:rsidRPr="006D0601">
              <w:rPr>
                <w:sz w:val="14"/>
                <w:lang w:val="ru-RU"/>
              </w:rPr>
              <w:t>…</w:t>
            </w:r>
            <w:proofErr w:type="gramEnd"/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учить переводить условие в схему, таблицу или краткую запись и проверять смысл полученного ответа; разбирать типичные ошибочные стратегии и давать аналогичное задание для повторного выполнения</w:t>
            </w:r>
            <w:r w:rsidRPr="006D0601">
              <w:rPr>
                <w:sz w:val="14"/>
                <w:lang w:val="ru-RU"/>
              </w:rPr>
              <w:t>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13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27,1%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43,6%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39,3%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60,0%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систематизировать действия с дробями, отношениями и процентами на практико-ориентированных задачах; </w:t>
            </w:r>
            <w:r w:rsidRPr="006D0601">
              <w:rPr>
                <w:sz w:val="14"/>
                <w:lang w:val="ru-RU"/>
              </w:rPr>
              <w:t>использовать устный счет и задания на оценку правдоподобия результата.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11 (1б)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29,2%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37,5%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45,4%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42,4%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учить переводить </w:t>
            </w:r>
            <w:r w:rsidRPr="006D0601">
              <w:rPr>
                <w:sz w:val="14"/>
                <w:lang w:val="ru-RU"/>
              </w:rPr>
              <w:t>условие в схему, таблицу или краткую запись и проверять смысл полученного ответа; разбирать типичные ошибочные стратегии и давать аналогичное задание для повторного выполнения; отдельно отрабатывать многошаговые задания повышенного уровня с комментирование</w:t>
            </w:r>
            <w:r w:rsidRPr="006D0601">
              <w:rPr>
                <w:sz w:val="14"/>
                <w:lang w:val="ru-RU"/>
              </w:rPr>
              <w:t>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10 (1б)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45,8%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57,7%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64,0%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66,2%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Выполнять проверку, прикидку результата вычислений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повторное выполнение с фиксацией индивидуальной динамики.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Default="000B6168">
      <w:pPr>
        <w:pStyle w:val="31"/>
      </w:pPr>
      <w:proofErr w:type="spellStart"/>
      <w:r>
        <w:t>Русский</w:t>
      </w:r>
      <w:proofErr w:type="spellEnd"/>
      <w:r>
        <w:t xml:space="preserve"> </w:t>
      </w:r>
      <w:proofErr w:type="spellStart"/>
      <w:r>
        <w:t>язык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850"/>
        <w:gridCol w:w="397"/>
        <w:gridCol w:w="938"/>
        <w:gridCol w:w="680"/>
        <w:gridCol w:w="680"/>
        <w:gridCol w:w="680"/>
        <w:gridCol w:w="680"/>
        <w:gridCol w:w="4082"/>
        <w:gridCol w:w="4762"/>
      </w:tblGrid>
      <w:tr w:rsidR="0070134D">
        <w:trPr>
          <w:tblHeader/>
          <w:jc w:val="center"/>
        </w:trPr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Задание</w:t>
            </w:r>
          </w:p>
        </w:tc>
        <w:tc>
          <w:tcPr>
            <w:tcW w:w="39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Дефицит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Школа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Район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ЧР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РФ</w:t>
            </w:r>
          </w:p>
        </w:tc>
        <w:tc>
          <w:tcPr>
            <w:tcW w:w="408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Проверяемое умение</w:t>
            </w:r>
          </w:p>
        </w:tc>
        <w:tc>
          <w:tcPr>
            <w:tcW w:w="476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 xml:space="preserve">Адресная </w:t>
            </w:r>
            <w:r>
              <w:rPr>
                <w:b/>
                <w:color w:val="FFFFFF"/>
                <w:sz w:val="14"/>
              </w:rPr>
              <w:t>рекомендация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 (2б)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31,2%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64,7%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67,7%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75,0%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Соблюдать нормы постановки ударения (в рамках изученного)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включить задания аналогичного типа в текущее и тематическое повторение; провести разбор типичных ошибок, затем повторное выполнение с </w:t>
            </w:r>
            <w:r w:rsidRPr="006D0601">
              <w:rPr>
                <w:sz w:val="14"/>
                <w:lang w:val="ru-RU"/>
              </w:rPr>
              <w:t>фиксацией индивидуальной динамики.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Default="000B6168">
      <w:pPr>
        <w:pStyle w:val="21"/>
      </w:pPr>
      <w:r>
        <w:lastRenderedPageBreak/>
        <w:t xml:space="preserve">6 </w:t>
      </w:r>
      <w:proofErr w:type="spellStart"/>
      <w:r>
        <w:t>класс</w:t>
      </w:r>
      <w:proofErr w:type="spellEnd"/>
    </w:p>
    <w:p w:rsidR="0070134D" w:rsidRDefault="000B6168">
      <w:pPr>
        <w:pStyle w:val="31"/>
      </w:pPr>
      <w:r>
        <w:t>Английский язык</w:t>
      </w:r>
    </w:p>
    <w:tbl>
      <w:tblPr>
        <w:tblStyle w:val="aff0"/>
        <w:tblW w:w="0" w:type="auto"/>
        <w:jc w:val="center"/>
        <w:tblLook w:val="04A0"/>
      </w:tblPr>
      <w:tblGrid>
        <w:gridCol w:w="850"/>
        <w:gridCol w:w="397"/>
        <w:gridCol w:w="938"/>
        <w:gridCol w:w="680"/>
        <w:gridCol w:w="680"/>
        <w:gridCol w:w="680"/>
        <w:gridCol w:w="680"/>
        <w:gridCol w:w="4082"/>
        <w:gridCol w:w="4762"/>
      </w:tblGrid>
      <w:tr w:rsidR="0070134D">
        <w:trPr>
          <w:tblHeader/>
          <w:jc w:val="center"/>
        </w:trPr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Задание</w:t>
            </w:r>
          </w:p>
        </w:tc>
        <w:tc>
          <w:tcPr>
            <w:tcW w:w="39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Дефицит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Школа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Район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ЧР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РФ</w:t>
            </w:r>
          </w:p>
        </w:tc>
        <w:tc>
          <w:tcPr>
            <w:tcW w:w="408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Проверяемое умение</w:t>
            </w:r>
          </w:p>
        </w:tc>
        <w:tc>
          <w:tcPr>
            <w:tcW w:w="476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4К4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23,3%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39,7%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26,0%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45,8%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Владеть орфографическими навыками: правильно писать изученные слова,</w:t>
            </w:r>
            <w:r w:rsidRPr="006D0601">
              <w:rPr>
                <w:sz w:val="14"/>
                <w:lang w:val="ru-RU"/>
              </w:rPr>
              <w:t xml:space="preserve"> пунктуационно правильно оформлять электронное сообщение личного характера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включать задания данного формата в каждую тематическую работу; проводить коррекцию с повторной диагностикой через две недели.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4К3 (3б)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37,8%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34,4%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24,9%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37,4%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Правильное лексико-грамматическое оформление текста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отрабатывать просмотровое и поисковое чтение, выделение ключевой информации; вводить задания на доказательство ответа фрагментом текста.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Default="000B6168">
      <w:pPr>
        <w:pStyle w:val="31"/>
      </w:pPr>
      <w:proofErr w:type="spellStart"/>
      <w:r>
        <w:t>Биология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850"/>
        <w:gridCol w:w="397"/>
        <w:gridCol w:w="938"/>
        <w:gridCol w:w="680"/>
        <w:gridCol w:w="680"/>
        <w:gridCol w:w="680"/>
        <w:gridCol w:w="680"/>
        <w:gridCol w:w="4082"/>
        <w:gridCol w:w="4762"/>
      </w:tblGrid>
      <w:tr w:rsidR="0070134D">
        <w:trPr>
          <w:tblHeader/>
          <w:jc w:val="center"/>
        </w:trPr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Задание</w:t>
            </w:r>
          </w:p>
        </w:tc>
        <w:tc>
          <w:tcPr>
            <w:tcW w:w="39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Дефицит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Школа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Район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ЧР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РФ</w:t>
            </w:r>
          </w:p>
        </w:tc>
        <w:tc>
          <w:tcPr>
            <w:tcW w:w="408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Проверяемое умение</w:t>
            </w:r>
          </w:p>
        </w:tc>
        <w:tc>
          <w:tcPr>
            <w:tcW w:w="476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14.2 (2б)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30,0%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25,9%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24,4%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35,2%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2. </w:t>
            </w:r>
            <w:proofErr w:type="gramStart"/>
            <w:r w:rsidRPr="006D0601">
              <w:rPr>
                <w:sz w:val="14"/>
                <w:lang w:val="ru-RU"/>
              </w:rPr>
              <w:t>Характеризовать признаки растений, уровни организации растительного организма, части растений: клетки, ткани, органы, системы органов, организм.</w:t>
            </w:r>
            <w:proofErr w:type="gramEnd"/>
            <w:r w:rsidRPr="006D0601">
              <w:rPr>
                <w:sz w:val="14"/>
                <w:lang w:val="ru-RU"/>
              </w:rPr>
              <w:t xml:space="preserve"> Сравнивать растительные ткани и </w:t>
            </w:r>
            <w:r w:rsidRPr="006D0601">
              <w:rPr>
                <w:sz w:val="14"/>
                <w:lang w:val="ru-RU"/>
              </w:rPr>
              <w:t xml:space="preserve">органы растений между собой. Выявлять причинно-следственные связи между </w:t>
            </w:r>
            <w:proofErr w:type="spellStart"/>
            <w:r w:rsidRPr="006D0601">
              <w:rPr>
                <w:sz w:val="14"/>
                <w:lang w:val="ru-RU"/>
              </w:rPr>
              <w:t>строени</w:t>
            </w:r>
            <w:proofErr w:type="spellEnd"/>
            <w:r w:rsidRPr="006D0601">
              <w:rPr>
                <w:sz w:val="14"/>
                <w:lang w:val="ru-RU"/>
              </w:rPr>
              <w:t>…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составлять сравнительные таблицы признаков и задания на классификацию; использовать карточки «признак — объект — исключение»; отдельно отрабатывать многошаговые задания повыше</w:t>
            </w:r>
            <w:r w:rsidRPr="006D0601">
              <w:rPr>
                <w:sz w:val="14"/>
                <w:lang w:val="ru-RU"/>
              </w:rPr>
              <w:t>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15 (2б)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30,0%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34,5%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32,4%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60,8%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Описывать строение и жизнедеятельность растительного организма (на примере покрытосеменных, или цветковых): поглощение воды и минеральное питание, фотосинтез, </w:t>
            </w:r>
            <w:r w:rsidRPr="006D0601">
              <w:rPr>
                <w:sz w:val="14"/>
                <w:lang w:val="ru-RU"/>
              </w:rPr>
              <w:t>дыхание, транспорт веществ, рост, размножение, развитие; связь строения вегетативных и генеративных…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повторное выполнение с фиксацией индивидуаль</w:t>
            </w:r>
            <w:r w:rsidRPr="006D0601">
              <w:rPr>
                <w:sz w:val="14"/>
                <w:lang w:val="ru-RU"/>
              </w:rPr>
              <w:t>ной динамики.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12К1 (2б)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36,7%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41,8%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37,7%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52,3%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Различать и описывать живые и гербарные экземпляры растений по заданному плану, части растений по изображениям, схемам, моделям, муляжам, рельефным таблицам. Характеризовать признаки растений, </w:t>
            </w:r>
            <w:r w:rsidRPr="006D0601">
              <w:rPr>
                <w:sz w:val="14"/>
                <w:lang w:val="ru-RU"/>
              </w:rPr>
              <w:t>уровни организации растительного организма, части растений: клетки…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учить извлекать признаки из рисунков, схем и таблиц по заданному алгоритму; требовать словесного объяснения выбранного ответа.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13 (2б)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36,7%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34,7%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31,8%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37,9%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Различать и опи</w:t>
            </w:r>
            <w:r w:rsidRPr="006D0601">
              <w:rPr>
                <w:sz w:val="14"/>
                <w:lang w:val="ru-RU"/>
              </w:rPr>
              <w:t>сывать живые и гербарные экземпляры растений по заданному плану, части растений по изображениям, схемам, моделям, муляжам, рельефным таблицам. Характеризовать признаки растений, уровни организации растительного организма, части растений: клетки…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учить извл</w:t>
            </w:r>
            <w:r w:rsidRPr="006D0601">
              <w:rPr>
                <w:sz w:val="14"/>
                <w:lang w:val="ru-RU"/>
              </w:rPr>
              <w:t>екать признаки из рисунков, схем и таблиц по заданному алгоритму; требовать словесного объяснения выбранного ответа.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10.1 (2б)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40,0%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54,8%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49,4%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67,9%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1. </w:t>
            </w:r>
            <w:proofErr w:type="gramStart"/>
            <w:r w:rsidRPr="006D0601">
              <w:rPr>
                <w:sz w:val="14"/>
                <w:lang w:val="ru-RU"/>
              </w:rPr>
              <w:t xml:space="preserve">Характеризовать признаки растений, уровни организации растительного организма, части </w:t>
            </w:r>
            <w:r w:rsidRPr="006D0601">
              <w:rPr>
                <w:sz w:val="14"/>
                <w:lang w:val="ru-RU"/>
              </w:rPr>
              <w:t>растений: клетки, ткани, органы, системы органов, организм.</w:t>
            </w:r>
            <w:proofErr w:type="gramEnd"/>
            <w:r w:rsidRPr="006D0601">
              <w:rPr>
                <w:sz w:val="14"/>
                <w:lang w:val="ru-RU"/>
              </w:rPr>
              <w:t xml:space="preserve"> Выявлять причинно-следственные связи между строением и функциями тканей и органов растений, строением и </w:t>
            </w:r>
            <w:proofErr w:type="spellStart"/>
            <w:r w:rsidRPr="006D0601">
              <w:rPr>
                <w:sz w:val="14"/>
                <w:lang w:val="ru-RU"/>
              </w:rPr>
              <w:t>жизнеде</w:t>
            </w:r>
            <w:proofErr w:type="spellEnd"/>
            <w:r w:rsidRPr="006D0601">
              <w:rPr>
                <w:sz w:val="14"/>
                <w:lang w:val="ru-RU"/>
              </w:rPr>
              <w:t>…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составлять сравнительные таблицы признаков и задания на классификацию; использовать</w:t>
            </w:r>
            <w:r w:rsidRPr="006D0601">
              <w:rPr>
                <w:sz w:val="14"/>
                <w:lang w:val="ru-RU"/>
              </w:rPr>
              <w:t xml:space="preserve"> карточки «признак — объект — исключение».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10.2 (2б)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46,7%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52,3%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46,3%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67,9%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2. </w:t>
            </w:r>
            <w:proofErr w:type="gramStart"/>
            <w:r w:rsidRPr="006D0601">
              <w:rPr>
                <w:sz w:val="14"/>
                <w:lang w:val="ru-RU"/>
              </w:rPr>
              <w:t>Характеризовать признаки растений, уровни организации растительного организма, части растений: клетки, ткани, органы, системы органов, организм.</w:t>
            </w:r>
            <w:proofErr w:type="gramEnd"/>
            <w:r w:rsidRPr="006D0601">
              <w:rPr>
                <w:sz w:val="14"/>
                <w:lang w:val="ru-RU"/>
              </w:rPr>
              <w:t xml:space="preserve"> Выявлять причинно</w:t>
            </w:r>
            <w:r w:rsidRPr="006D0601">
              <w:rPr>
                <w:sz w:val="14"/>
                <w:lang w:val="ru-RU"/>
              </w:rPr>
              <w:t xml:space="preserve">-следственные связи между строением и функциями тканей и органов растений, строением и </w:t>
            </w:r>
            <w:proofErr w:type="spellStart"/>
            <w:r w:rsidRPr="006D0601">
              <w:rPr>
                <w:sz w:val="14"/>
                <w:lang w:val="ru-RU"/>
              </w:rPr>
              <w:t>жизнеде</w:t>
            </w:r>
            <w:proofErr w:type="spellEnd"/>
            <w:r w:rsidRPr="006D0601">
              <w:rPr>
                <w:sz w:val="14"/>
                <w:lang w:val="ru-RU"/>
              </w:rPr>
              <w:t>…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составлять сравнительные таблицы признаков и задания на классификацию; использовать карточки «признак — объект — исключение».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11.3 (2б)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46,7%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40,5%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43,2%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60,6%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3. Различать и описывать живые и гербарные экземпляры </w:t>
            </w:r>
            <w:r w:rsidRPr="006D0601">
              <w:rPr>
                <w:sz w:val="14"/>
                <w:lang w:val="ru-RU"/>
              </w:rPr>
              <w:lastRenderedPageBreak/>
              <w:t xml:space="preserve">растений по заданному плану, части растений по изображениям, схемам, моделям, муляжам, рельефным таблицам. Характеризовать признаки растений, уровни организации растительного </w:t>
            </w:r>
            <w:r w:rsidRPr="006D0601">
              <w:rPr>
                <w:sz w:val="14"/>
                <w:lang w:val="ru-RU"/>
              </w:rPr>
              <w:t xml:space="preserve">организма, части растений: </w:t>
            </w:r>
            <w:proofErr w:type="spellStart"/>
            <w:r w:rsidRPr="006D0601">
              <w:rPr>
                <w:sz w:val="14"/>
                <w:lang w:val="ru-RU"/>
              </w:rPr>
              <w:t>кле</w:t>
            </w:r>
            <w:proofErr w:type="spellEnd"/>
            <w:r w:rsidRPr="006D0601">
              <w:rPr>
                <w:sz w:val="14"/>
                <w:lang w:val="ru-RU"/>
              </w:rPr>
              <w:t>…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lastRenderedPageBreak/>
              <w:t xml:space="preserve">учить извлекать признаки из рисунков, схем и таблиц по заданному </w:t>
            </w:r>
            <w:r w:rsidRPr="006D0601">
              <w:rPr>
                <w:sz w:val="14"/>
                <w:lang w:val="ru-RU"/>
              </w:rPr>
              <w:lastRenderedPageBreak/>
              <w:t>алгоритму; требовать словесного объяснения выбранного ответа.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Default="000B6168">
      <w:pPr>
        <w:pStyle w:val="31"/>
      </w:pPr>
      <w:proofErr w:type="spellStart"/>
      <w:r>
        <w:t>География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850"/>
        <w:gridCol w:w="397"/>
        <w:gridCol w:w="938"/>
        <w:gridCol w:w="680"/>
        <w:gridCol w:w="680"/>
        <w:gridCol w:w="680"/>
        <w:gridCol w:w="680"/>
        <w:gridCol w:w="4082"/>
        <w:gridCol w:w="4762"/>
      </w:tblGrid>
      <w:tr w:rsidR="0070134D">
        <w:trPr>
          <w:tblHeader/>
          <w:jc w:val="center"/>
        </w:trPr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Задание</w:t>
            </w:r>
          </w:p>
        </w:tc>
        <w:tc>
          <w:tcPr>
            <w:tcW w:w="39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Дефицит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Школа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Район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ЧР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РФ</w:t>
            </w:r>
          </w:p>
        </w:tc>
        <w:tc>
          <w:tcPr>
            <w:tcW w:w="408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Проверяемое умение</w:t>
            </w:r>
          </w:p>
        </w:tc>
        <w:tc>
          <w:tcPr>
            <w:tcW w:w="476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 xml:space="preserve">16 </w:t>
            </w:r>
            <w:r>
              <w:rPr>
                <w:sz w:val="14"/>
              </w:rPr>
              <w:t>(1б)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60,9%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48,2%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74,8%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Различать растительный и животный мир разных территорий Земли; сравнивать особенности растительного и животного мира в различных природных зонах, плодородие почв в различных природных зонах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связывать понятия с </w:t>
            </w:r>
            <w:r w:rsidRPr="006D0601">
              <w:rPr>
                <w:sz w:val="14"/>
                <w:lang w:val="ru-RU"/>
              </w:rPr>
              <w:t>картой, схемой и конкретным примером территории; использовать задания на сравнение объектов по нескольким признакам.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17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20,6%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19,3%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30,4%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Объяснять направление дневных и ночных бризов, муссонов, годовой ход температуры воздуха и </w:t>
            </w:r>
            <w:r w:rsidRPr="006D0601">
              <w:rPr>
                <w:sz w:val="14"/>
                <w:lang w:val="ru-RU"/>
              </w:rPr>
              <w:t xml:space="preserve">распределение атмосферных осадков для отдельных территорий; применять понятия «атмосферное давление», «ветер», «атмосферные осадки», «воздушные массы» для решения </w:t>
            </w:r>
            <w:proofErr w:type="spellStart"/>
            <w:r w:rsidRPr="006D0601">
              <w:rPr>
                <w:sz w:val="14"/>
                <w:lang w:val="ru-RU"/>
              </w:rPr>
              <w:t>учебн</w:t>
            </w:r>
            <w:proofErr w:type="spellEnd"/>
            <w:r w:rsidRPr="006D0601">
              <w:rPr>
                <w:sz w:val="14"/>
                <w:lang w:val="ru-RU"/>
              </w:rPr>
              <w:t>…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связывать понятия с картой, схемой и конкретным примером территории; использовать зада</w:t>
            </w:r>
            <w:r w:rsidRPr="006D0601">
              <w:rPr>
                <w:sz w:val="14"/>
                <w:lang w:val="ru-RU"/>
              </w:rPr>
              <w:t>ния на сравнение объектов по нескольким признакам;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15 (1б)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7,1%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58,1%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51,4%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71,1%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Приводить примеры приспособления живых организмов к среде </w:t>
            </w:r>
            <w:r w:rsidRPr="006D0601">
              <w:rPr>
                <w:sz w:val="14"/>
                <w:lang w:val="ru-RU"/>
              </w:rPr>
              <w:t xml:space="preserve">обитания в разных природных зонах; приводить примеры изменений в изученных геосферах (территории мира и своей местности) в результате деятельности человека, путей решения существующих экологических </w:t>
            </w:r>
            <w:proofErr w:type="gramStart"/>
            <w:r w:rsidRPr="006D0601">
              <w:rPr>
                <w:sz w:val="14"/>
                <w:lang w:val="ru-RU"/>
              </w:rPr>
              <w:t>про</w:t>
            </w:r>
            <w:proofErr w:type="gramEnd"/>
            <w:r w:rsidRPr="006D0601">
              <w:rPr>
                <w:sz w:val="14"/>
                <w:lang w:val="ru-RU"/>
              </w:rPr>
              <w:t>…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связывать понятия с картой, схемой и конкретным приме</w:t>
            </w:r>
            <w:r w:rsidRPr="006D0601">
              <w:rPr>
                <w:sz w:val="14"/>
                <w:lang w:val="ru-RU"/>
              </w:rPr>
              <w:t>ром территории; использовать задания на сравнение объектов по нескольким признакам.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14 (1б)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35,7%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52,7%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46,5%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62,3%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4"/>
              </w:rPr>
              <w:t>Различать климаты Земли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связывать понятия с картой, схемой и конкретным примером территории; использовать задания на сравнение</w:t>
            </w:r>
            <w:r w:rsidRPr="006D0601">
              <w:rPr>
                <w:sz w:val="14"/>
                <w:lang w:val="ru-RU"/>
              </w:rPr>
              <w:t xml:space="preserve"> объектов по нескольким признакам.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13 (1б)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42,9%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53,7%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59,0%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67,8%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Приводить примеры опасных природных явлений в гидросфере и атмосфере, средств их предупреждения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связывать понятия с картой, схемой и конкретным примером территории; </w:t>
            </w:r>
            <w:r w:rsidRPr="006D0601">
              <w:rPr>
                <w:sz w:val="14"/>
                <w:lang w:val="ru-RU"/>
              </w:rPr>
              <w:t>использовать задания на сравнение объектов по нескольким признакам.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Default="000B6168">
      <w:pPr>
        <w:pStyle w:val="31"/>
      </w:pPr>
      <w:proofErr w:type="spellStart"/>
      <w:r>
        <w:t>История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850"/>
        <w:gridCol w:w="397"/>
        <w:gridCol w:w="938"/>
        <w:gridCol w:w="680"/>
        <w:gridCol w:w="680"/>
        <w:gridCol w:w="680"/>
        <w:gridCol w:w="680"/>
        <w:gridCol w:w="4082"/>
        <w:gridCol w:w="4762"/>
      </w:tblGrid>
      <w:tr w:rsidR="0070134D">
        <w:trPr>
          <w:tblHeader/>
          <w:jc w:val="center"/>
        </w:trPr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Задание</w:t>
            </w:r>
          </w:p>
        </w:tc>
        <w:tc>
          <w:tcPr>
            <w:tcW w:w="39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Дефицит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Школа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Район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ЧР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РФ</w:t>
            </w:r>
          </w:p>
        </w:tc>
        <w:tc>
          <w:tcPr>
            <w:tcW w:w="408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Проверяемое умение</w:t>
            </w:r>
          </w:p>
        </w:tc>
        <w:tc>
          <w:tcPr>
            <w:tcW w:w="476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9 (3б)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14,3%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37,2%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31,6%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61,9%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Находить в визуальном источнике и вещественном </w:t>
            </w:r>
            <w:r w:rsidRPr="006D0601">
              <w:rPr>
                <w:sz w:val="14"/>
                <w:lang w:val="ru-RU"/>
              </w:rPr>
              <w:t xml:space="preserve">памятнике ключевые символы, образы; </w:t>
            </w:r>
            <w:proofErr w:type="gramStart"/>
            <w:r w:rsidRPr="006D0601">
              <w:rPr>
                <w:sz w:val="14"/>
                <w:lang w:val="ru-RU"/>
              </w:rPr>
              <w:t>высказывать отношение</w:t>
            </w:r>
            <w:proofErr w:type="gramEnd"/>
            <w:r w:rsidRPr="006D0601">
              <w:rPr>
                <w:sz w:val="14"/>
                <w:lang w:val="ru-RU"/>
              </w:rPr>
              <w:t xml:space="preserve"> к поступкам и качествам людей, живших в другие эпохи с учетом исторического контекста и восприятия современного человека; характеризовать итоги и </w:t>
            </w:r>
            <w:proofErr w:type="spellStart"/>
            <w:r w:rsidRPr="006D0601">
              <w:rPr>
                <w:sz w:val="14"/>
                <w:lang w:val="ru-RU"/>
              </w:rPr>
              <w:t>историче</w:t>
            </w:r>
            <w:proofErr w:type="spellEnd"/>
            <w:r w:rsidRPr="006D0601">
              <w:rPr>
                <w:sz w:val="14"/>
                <w:lang w:val="ru-RU"/>
              </w:rPr>
              <w:t>…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учить выделять автора, время, позицию и фа</w:t>
            </w:r>
            <w:r w:rsidRPr="006D0601">
              <w:rPr>
                <w:sz w:val="14"/>
                <w:lang w:val="ru-RU"/>
              </w:rPr>
              <w:t>ктические сведения источника; требовать аргументацию ответа цитатой или конкретным фактом.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 (2б)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32,1%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31,8%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30,1%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38,4%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</w:t>
            </w:r>
            <w:r w:rsidRPr="006D0601">
              <w:rPr>
                <w:sz w:val="14"/>
                <w:lang w:val="ru-RU"/>
              </w:rPr>
              <w:t xml:space="preserve"> (находить в учебнике и излагать суждения о причинах и следствиях исторических событий, соотносить объяснение причин и следствий событий, </w:t>
            </w:r>
            <w:proofErr w:type="gramStart"/>
            <w:r w:rsidRPr="006D0601">
              <w:rPr>
                <w:sz w:val="14"/>
                <w:lang w:val="ru-RU"/>
              </w:rPr>
              <w:t>п</w:t>
            </w:r>
            <w:proofErr w:type="gramEnd"/>
            <w:r w:rsidRPr="006D0601">
              <w:rPr>
                <w:sz w:val="14"/>
                <w:lang w:val="ru-RU"/>
              </w:rPr>
              <w:t>…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учить выделять автора, время, позицию и фактические сведения источника; требовать аргументацию ответа цитатой или к</w:t>
            </w:r>
            <w:r w:rsidRPr="006D0601">
              <w:rPr>
                <w:sz w:val="14"/>
                <w:lang w:val="ru-RU"/>
              </w:rPr>
              <w:t>онкретным фактом;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8 (1б)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35,7%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72,1%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64,3%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87,6%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Выявлять особенности развития культуры, быта и нравов народов отечественной и всеобщей </w:t>
            </w:r>
            <w:r w:rsidRPr="006D0601">
              <w:rPr>
                <w:sz w:val="14"/>
                <w:lang w:val="ru-RU"/>
              </w:rPr>
              <w:t>истории эпохи Средневековья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строить причинно-следственные цепочки и сравнительные таблицы; проводить устный разбор исторических понятий с примерами.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lastRenderedPageBreak/>
              <w:t>6 (3б)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42,9%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43,4%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44,4%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51,7%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Объяснять смысл ключевых понятий, относящихся к данной эпохе </w:t>
            </w:r>
            <w:r w:rsidRPr="006D0601">
              <w:rPr>
                <w:sz w:val="14"/>
                <w:lang w:val="ru-RU"/>
              </w:rPr>
              <w:t>отечественной и всеобщей истории; конкретизировать их на примерах исторических событий, ситуаций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строить причинно-следственные цепочки и сравнительные таблицы; проводить устный разбор исторических понятий с примерами.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Default="000B6168">
      <w:pPr>
        <w:pStyle w:val="31"/>
      </w:pPr>
      <w:proofErr w:type="spellStart"/>
      <w:r>
        <w:t>Математика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850"/>
        <w:gridCol w:w="397"/>
        <w:gridCol w:w="938"/>
        <w:gridCol w:w="680"/>
        <w:gridCol w:w="680"/>
        <w:gridCol w:w="680"/>
        <w:gridCol w:w="680"/>
        <w:gridCol w:w="4082"/>
        <w:gridCol w:w="4762"/>
      </w:tblGrid>
      <w:tr w:rsidR="0070134D">
        <w:trPr>
          <w:tblHeader/>
          <w:jc w:val="center"/>
        </w:trPr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Задание</w:t>
            </w:r>
          </w:p>
        </w:tc>
        <w:tc>
          <w:tcPr>
            <w:tcW w:w="39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Дефицит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Школа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Район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ЧР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РФ</w:t>
            </w:r>
          </w:p>
        </w:tc>
        <w:tc>
          <w:tcPr>
            <w:tcW w:w="408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Проверяемое умение</w:t>
            </w:r>
          </w:p>
        </w:tc>
        <w:tc>
          <w:tcPr>
            <w:tcW w:w="476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17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3,5%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12,6%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9,3%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11,4%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Решать многошаговые текстовые задачи арифметическим способом. Составлять буквенные выражения по условию задачи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учить переводить условие в схему, таблицу или </w:t>
            </w:r>
            <w:r w:rsidRPr="006D0601">
              <w:rPr>
                <w:sz w:val="14"/>
                <w:lang w:val="ru-RU"/>
              </w:rPr>
              <w:t>краткую запись и проверять смысл полученного ответа; разбирать типичные ошибочные стратегии и давать аналогичное задание для повторного выполнения;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16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5,2%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17,5%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16,4%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24,2%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4"/>
                <w:lang w:val="ru-RU"/>
              </w:rPr>
              <w:t xml:space="preserve">Решать многошаговые текстовые задачи арифметическим способом. Решать задачи, связанные с отношением, пропорциональностью величин, процентами; решать три основные задачи на дроби и проценты. </w:t>
            </w:r>
            <w:proofErr w:type="spellStart"/>
            <w:r>
              <w:rPr>
                <w:sz w:val="14"/>
              </w:rPr>
              <w:t>Решать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задачи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содержащие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зависимости</w:t>
            </w:r>
            <w:proofErr w:type="spellEnd"/>
            <w:r>
              <w:rPr>
                <w:sz w:val="14"/>
              </w:rPr>
              <w:t>, связывающие величины: скорость…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учить переводить условие в схему, таблицу или краткую запись и проверять смысл полученного ответа; разбирать типичные ошибочные стратегии и давать аналогичное задание для повторного выполнения; отдельно отрабаты</w:t>
            </w:r>
            <w:r w:rsidRPr="006D0601">
              <w:rPr>
                <w:sz w:val="14"/>
                <w:lang w:val="ru-RU"/>
              </w:rPr>
              <w:t>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15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17,2%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28,8%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22,2%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30,4%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4"/>
                <w:lang w:val="ru-RU"/>
              </w:rPr>
              <w:t xml:space="preserve">Решать многошаговые текстовые задачи арифметическим способом. Решать задачи, связанные с отношением, пропорциональностью </w:t>
            </w:r>
            <w:r w:rsidRPr="006D0601">
              <w:rPr>
                <w:sz w:val="14"/>
                <w:lang w:val="ru-RU"/>
              </w:rPr>
              <w:t xml:space="preserve">величин, процентами; решать три основные задачи на дроби и проценты. </w:t>
            </w:r>
            <w:proofErr w:type="spellStart"/>
            <w:r>
              <w:rPr>
                <w:sz w:val="14"/>
              </w:rPr>
              <w:t>Решать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задачи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содержащие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зависимости</w:t>
            </w:r>
            <w:proofErr w:type="spellEnd"/>
            <w:r>
              <w:rPr>
                <w:sz w:val="14"/>
              </w:rPr>
              <w:t>, связывающие величины: скорость…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учить переводить условие в схему, таблицу или краткую запись и проверять смысл полученного ответа; разбирать типичны</w:t>
            </w:r>
            <w:r w:rsidRPr="006D0601">
              <w:rPr>
                <w:sz w:val="14"/>
                <w:lang w:val="ru-RU"/>
              </w:rPr>
              <w:t>е ошибочные стратегии и давать аналогичное задание для повторного выполнения.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14 (2б)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31,0%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42,3%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32,2%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41,8%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Вычислять длину ломаной, периметр многоугольника; пользоваться единицами измерения длины, выражать одни единицы измерения длины </w:t>
            </w:r>
            <w:r w:rsidRPr="006D0601">
              <w:rPr>
                <w:sz w:val="14"/>
                <w:lang w:val="ru-RU"/>
              </w:rPr>
              <w:t>через другие. Вычислять площадь фигур, составленных из прямоугольников; использовать разбиение на прямоугольники, на равные фигуры,…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включить геометрический практикум с чертежом, измерением и обоснованием формулы; отрабатывать чтение рисунка и пошаговую пр</w:t>
            </w:r>
            <w:r w:rsidRPr="006D0601">
              <w:rPr>
                <w:sz w:val="14"/>
                <w:lang w:val="ru-RU"/>
              </w:rPr>
              <w:t>оверку вычислений.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11 (1б)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44,8%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53,7%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51,3%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71,0%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включить геометрический практикум с </w:t>
            </w:r>
            <w:r w:rsidRPr="006D0601">
              <w:rPr>
                <w:sz w:val="14"/>
                <w:lang w:val="ru-RU"/>
              </w:rPr>
              <w:t>чертежом, измерением и обоснованием формулы; отрабатывать чтение рисунка и пошаговую проверку вычислений; отдельно отрабатывать многошаговые задания повышенного уровня с комментированием стратегии решения.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Default="000B6168">
      <w:pPr>
        <w:pStyle w:val="31"/>
      </w:pPr>
      <w:proofErr w:type="spellStart"/>
      <w:r>
        <w:t>Русский</w:t>
      </w:r>
      <w:proofErr w:type="spellEnd"/>
      <w:r>
        <w:t xml:space="preserve"> </w:t>
      </w:r>
      <w:proofErr w:type="spellStart"/>
      <w:r>
        <w:t>язык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850"/>
        <w:gridCol w:w="397"/>
        <w:gridCol w:w="938"/>
        <w:gridCol w:w="680"/>
        <w:gridCol w:w="680"/>
        <w:gridCol w:w="680"/>
        <w:gridCol w:w="680"/>
        <w:gridCol w:w="4082"/>
        <w:gridCol w:w="4762"/>
      </w:tblGrid>
      <w:tr w:rsidR="0070134D">
        <w:trPr>
          <w:tblHeader/>
          <w:jc w:val="center"/>
        </w:trPr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Задание</w:t>
            </w:r>
          </w:p>
        </w:tc>
        <w:tc>
          <w:tcPr>
            <w:tcW w:w="39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Дефицит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Школа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Район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ЧР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РФ</w:t>
            </w:r>
          </w:p>
        </w:tc>
        <w:tc>
          <w:tcPr>
            <w:tcW w:w="408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Проверяемое умение</w:t>
            </w:r>
          </w:p>
        </w:tc>
        <w:tc>
          <w:tcPr>
            <w:tcW w:w="476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25,9%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50,6%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56,5%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63,8%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Распознавать случаи нарушения грамматических норм русского литературного языка в формах слов различных частей речи и исправлять эти нарушения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ввести алгоритмы </w:t>
            </w:r>
            <w:r w:rsidRPr="006D0601">
              <w:rPr>
                <w:sz w:val="14"/>
                <w:lang w:val="ru-RU"/>
              </w:rPr>
              <w:t>морфологического распознавания и таблицы грамматических признаков; проводить еженедельные мини-диагностики на классификацию частей речи.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4.2 (2б)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44,8%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38,8%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44,6%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54,6%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2. Использовать многозначное слово в другом значении в самостоятельно </w:t>
            </w:r>
            <w:r w:rsidRPr="006D0601">
              <w:rPr>
                <w:sz w:val="14"/>
                <w:lang w:val="ru-RU"/>
              </w:rPr>
              <w:t>составленном и оформленном на письме речевом высказывании; определять стилистическую окраску слова и подбирать к слову близкие по значению слова (синонимы); осуществлять информационную пере…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отрабатывать смысловое чтение: тема, главная мысль, </w:t>
            </w:r>
            <w:proofErr w:type="spellStart"/>
            <w:r w:rsidRPr="006D0601">
              <w:rPr>
                <w:sz w:val="14"/>
                <w:lang w:val="ru-RU"/>
              </w:rPr>
              <w:t>микротемы</w:t>
            </w:r>
            <w:proofErr w:type="spellEnd"/>
            <w:r w:rsidRPr="006D0601">
              <w:rPr>
                <w:sz w:val="14"/>
                <w:lang w:val="ru-RU"/>
              </w:rPr>
              <w:t>, пл</w:t>
            </w:r>
            <w:r w:rsidRPr="006D0601">
              <w:rPr>
                <w:sz w:val="14"/>
                <w:lang w:val="ru-RU"/>
              </w:rPr>
              <w:t>ан и вопросы к тексту; использовать короткие тексты с обязательным письменным обоснованием ответа.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Default="000B6168">
      <w:pPr>
        <w:pStyle w:val="21"/>
      </w:pPr>
      <w:r>
        <w:t xml:space="preserve">7 </w:t>
      </w:r>
      <w:proofErr w:type="spellStart"/>
      <w:r>
        <w:t>класс</w:t>
      </w:r>
      <w:proofErr w:type="spellEnd"/>
    </w:p>
    <w:p w:rsidR="0070134D" w:rsidRDefault="000B6168">
      <w:pPr>
        <w:pStyle w:val="31"/>
      </w:pPr>
      <w:r>
        <w:t>География</w:t>
      </w:r>
    </w:p>
    <w:tbl>
      <w:tblPr>
        <w:tblStyle w:val="aff0"/>
        <w:tblW w:w="0" w:type="auto"/>
        <w:jc w:val="center"/>
        <w:tblLook w:val="04A0"/>
      </w:tblPr>
      <w:tblGrid>
        <w:gridCol w:w="850"/>
        <w:gridCol w:w="397"/>
        <w:gridCol w:w="938"/>
        <w:gridCol w:w="680"/>
        <w:gridCol w:w="680"/>
        <w:gridCol w:w="680"/>
        <w:gridCol w:w="680"/>
        <w:gridCol w:w="4082"/>
        <w:gridCol w:w="4762"/>
      </w:tblGrid>
      <w:tr w:rsidR="0070134D">
        <w:trPr>
          <w:tblHeader/>
          <w:jc w:val="center"/>
        </w:trPr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Задание</w:t>
            </w:r>
          </w:p>
        </w:tc>
        <w:tc>
          <w:tcPr>
            <w:tcW w:w="39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Дефицит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Школа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Район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ЧР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РФ</w:t>
            </w:r>
          </w:p>
        </w:tc>
        <w:tc>
          <w:tcPr>
            <w:tcW w:w="408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Проверяемое умение</w:t>
            </w:r>
          </w:p>
        </w:tc>
        <w:tc>
          <w:tcPr>
            <w:tcW w:w="476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17 (1б)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24,5%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31,2%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43,6%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Выявлять </w:t>
            </w:r>
            <w:r w:rsidRPr="006D0601">
              <w:rPr>
                <w:sz w:val="14"/>
                <w:lang w:val="ru-RU"/>
              </w:rPr>
              <w:t>взаимосвязи между компонентами природы в пределах отдельных территорий с использованием различных источников географической информации; объяснять особенности природы, населения и хозяйства отдельных территорий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связывать понятия с картой, схемой и конкретны</w:t>
            </w:r>
            <w:r w:rsidRPr="006D0601">
              <w:rPr>
                <w:sz w:val="14"/>
                <w:lang w:val="ru-RU"/>
              </w:rPr>
              <w:t>м примером территории; использовать задания на сравнение объектов по нескольким признакам;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16 (1б)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4,3%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36,8%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41,7%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55,4%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Различать изученные</w:t>
            </w:r>
            <w:r w:rsidRPr="006D0601">
              <w:rPr>
                <w:sz w:val="14"/>
                <w:lang w:val="ru-RU"/>
              </w:rPr>
              <w:t xml:space="preserve"> процессы и явления, происходящие в географической оболочке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связывать понятия с картой, схемой и конкретным примером территории; использовать задания на сравнение объектов по нескольким признакам.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15 (1б)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13,0%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44,6%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49,9%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61,8%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Определять </w:t>
            </w:r>
            <w:r w:rsidRPr="006D0601">
              <w:rPr>
                <w:sz w:val="14"/>
                <w:lang w:val="ru-RU"/>
              </w:rPr>
              <w:t>страны по их существенным признакам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связывать понятия с картой, схемой и конкретным примером территории; использовать задания на сравнение объектов по нескольким признакам.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14 (1б)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17,4%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44,6%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51,5%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66,3%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Применять понятие «плотность </w:t>
            </w:r>
            <w:r w:rsidRPr="006D0601">
              <w:rPr>
                <w:sz w:val="14"/>
                <w:lang w:val="ru-RU"/>
              </w:rPr>
              <w:t>населения» для решения учебных и (или) практико-ориентированных задач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связывать понятия с картой, схемой и конкретным примером территории; использовать задания на сравнение объектов по нескольким признакам.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9 (1б)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26,1%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54,9%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59,5%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50,7%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Различать изученные процессы и явления, происходящие в географической оболочке. Объяснять образование тропических муссонов, пассатов тропических широт, западных ветров; применять понятия «воздушные массы», «муссоны», «пассаты», «западные ветры», «</w:t>
            </w:r>
            <w:proofErr w:type="spellStart"/>
            <w:r w:rsidRPr="006D0601">
              <w:rPr>
                <w:sz w:val="14"/>
                <w:lang w:val="ru-RU"/>
              </w:rPr>
              <w:t>климатооб</w:t>
            </w:r>
            <w:r w:rsidRPr="006D0601">
              <w:rPr>
                <w:sz w:val="14"/>
                <w:lang w:val="ru-RU"/>
              </w:rPr>
              <w:t>раз</w:t>
            </w:r>
            <w:proofErr w:type="spellEnd"/>
            <w:r w:rsidRPr="006D0601">
              <w:rPr>
                <w:sz w:val="14"/>
                <w:lang w:val="ru-RU"/>
              </w:rPr>
              <w:t>…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связывать понятия с картой, схемой и конкретным примером территории; использовать задания на сравнение объектов по нескольким признакам.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13 (1б)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30,4%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55,4%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49,5%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67,9%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Интегрировать и интерпретировать информацию об особенностях </w:t>
            </w:r>
            <w:r w:rsidRPr="006D0601">
              <w:rPr>
                <w:sz w:val="14"/>
                <w:lang w:val="ru-RU"/>
              </w:rPr>
              <w:t>населения, представленную в одном или нескольких источниках, для решения различных учебных и практико-ориентированных задач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связывать понятия с картой, схемой и конкретным примером территории; использовать задания на сравнение объектов по нескольким призна</w:t>
            </w:r>
            <w:r w:rsidRPr="006D0601">
              <w:rPr>
                <w:sz w:val="14"/>
                <w:lang w:val="ru-RU"/>
              </w:rPr>
              <w:t>кам.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 (1б)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47,8%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57,8%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65,2%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68,2%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Интегрировать и интерпретировать информацию об особенностях природы на отдельных территориях, представленную в одном или нескольких источниках, для решения различных учебных и практико-ориентированных задач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связывать понятия с картой, схемой и конкретным примером территории; использовать задания на сравнение объектов по нескольким признакам.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12 (1б)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47,8%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72,1%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66,7%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87,5%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Интегрировать и интерпретировать информацию об особенностях населения, п</w:t>
            </w:r>
            <w:r w:rsidRPr="006D0601">
              <w:rPr>
                <w:sz w:val="14"/>
                <w:lang w:val="ru-RU"/>
              </w:rPr>
              <w:t>редставленную в одном или нескольких источниках, для решения различных учебных и практико-ориентированных задач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связывать понятия с картой, схемой и конкретным примером территории; использовать задания на сравнение объектов по нескольким признакам.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Default="000B6168">
      <w:pPr>
        <w:pStyle w:val="31"/>
      </w:pPr>
      <w:proofErr w:type="spellStart"/>
      <w:r>
        <w:t>Литература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850"/>
        <w:gridCol w:w="397"/>
        <w:gridCol w:w="938"/>
        <w:gridCol w:w="680"/>
        <w:gridCol w:w="680"/>
        <w:gridCol w:w="680"/>
        <w:gridCol w:w="680"/>
        <w:gridCol w:w="4082"/>
        <w:gridCol w:w="4762"/>
      </w:tblGrid>
      <w:tr w:rsidR="0070134D">
        <w:trPr>
          <w:tblHeader/>
          <w:jc w:val="center"/>
        </w:trPr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Задание</w:t>
            </w:r>
          </w:p>
        </w:tc>
        <w:tc>
          <w:tcPr>
            <w:tcW w:w="39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Дефицит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Школа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Район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ЧР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РФ</w:t>
            </w:r>
          </w:p>
        </w:tc>
        <w:tc>
          <w:tcPr>
            <w:tcW w:w="408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Проверяемое умение</w:t>
            </w:r>
          </w:p>
        </w:tc>
        <w:tc>
          <w:tcPr>
            <w:tcW w:w="476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5К1 (2б)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45,6%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75,3%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73,0%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71,8%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Анализировать произведение в единстве формы и содержания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учить сопоставлять поступок героя, авторскую позицию и </w:t>
            </w:r>
            <w:r w:rsidRPr="006D0601">
              <w:rPr>
                <w:sz w:val="14"/>
                <w:lang w:val="ru-RU"/>
              </w:rPr>
              <w:t>художественную деталь; использовать вопросы высокого уровня и письменное доказательство цитатой.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5К2 (2б)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47,8%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68,5%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62,1%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61,8%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Писать сочинение-рассуждение по заданной теме с опорой на прочитанные произведения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отрабатывать структуру </w:t>
            </w:r>
            <w:r w:rsidRPr="006D0601">
              <w:rPr>
                <w:sz w:val="14"/>
                <w:lang w:val="ru-RU"/>
              </w:rPr>
              <w:t xml:space="preserve">письменного ответа: тезис — доказательство — пример — вывод; проводить взаимопроверку по критериям и обязательное </w:t>
            </w:r>
            <w:r w:rsidRPr="006D0601">
              <w:rPr>
                <w:sz w:val="14"/>
                <w:lang w:val="ru-RU"/>
              </w:rPr>
              <w:lastRenderedPageBreak/>
              <w:t>редактирование текста.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lastRenderedPageBreak/>
              <w:t>6К3 (2б)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47,8%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33,1%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32,3%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49,4%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Анализировать произведение в единстве формы и содержания; выявлять </w:t>
            </w:r>
            <w:r w:rsidRPr="006D0601">
              <w:rPr>
                <w:sz w:val="14"/>
                <w:lang w:val="ru-RU"/>
              </w:rPr>
              <w:t xml:space="preserve">позицию героя, рассказчика и авторскую позицию, учитывая художественные особенности произведения; объяснять своё понимание нравственно-философской, социально-исторической и эстетической </w:t>
            </w:r>
            <w:proofErr w:type="spellStart"/>
            <w:r w:rsidRPr="006D0601">
              <w:rPr>
                <w:sz w:val="14"/>
                <w:lang w:val="ru-RU"/>
              </w:rPr>
              <w:t>пробле</w:t>
            </w:r>
            <w:proofErr w:type="spellEnd"/>
            <w:r w:rsidRPr="006D0601">
              <w:rPr>
                <w:sz w:val="14"/>
                <w:lang w:val="ru-RU"/>
              </w:rPr>
              <w:t>…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учить сопоставлять поступок героя, авторскую позицию и художес</w:t>
            </w:r>
            <w:r w:rsidRPr="006D0601">
              <w:rPr>
                <w:sz w:val="14"/>
                <w:lang w:val="ru-RU"/>
              </w:rPr>
              <w:t>твенную деталь; использовать вопросы высокого уровня и письменное доказательство цитатой; отдельно отрабатывать многошаговые задания повышенного уровня с комментированием стратегии решения.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Default="000B6168">
      <w:pPr>
        <w:pStyle w:val="31"/>
      </w:pPr>
      <w:proofErr w:type="spellStart"/>
      <w:r>
        <w:t>Математика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850"/>
        <w:gridCol w:w="397"/>
        <w:gridCol w:w="938"/>
        <w:gridCol w:w="680"/>
        <w:gridCol w:w="680"/>
        <w:gridCol w:w="680"/>
        <w:gridCol w:w="680"/>
        <w:gridCol w:w="4082"/>
        <w:gridCol w:w="4762"/>
      </w:tblGrid>
      <w:tr w:rsidR="0070134D">
        <w:trPr>
          <w:tblHeader/>
          <w:jc w:val="center"/>
        </w:trPr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Задание</w:t>
            </w:r>
          </w:p>
        </w:tc>
        <w:tc>
          <w:tcPr>
            <w:tcW w:w="39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Дефицит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Школа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Район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ЧР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РФ</w:t>
            </w:r>
          </w:p>
        </w:tc>
        <w:tc>
          <w:tcPr>
            <w:tcW w:w="408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 xml:space="preserve">Проверяемое </w:t>
            </w:r>
            <w:r>
              <w:rPr>
                <w:b/>
                <w:color w:val="FFFFFF"/>
                <w:sz w:val="14"/>
              </w:rPr>
              <w:t>умение</w:t>
            </w:r>
          </w:p>
        </w:tc>
        <w:tc>
          <w:tcPr>
            <w:tcW w:w="476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16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19,8%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16,0%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20,9%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4"/>
                <w:lang w:val="ru-RU"/>
              </w:rPr>
              <w:t>Распознавать изученные геометрические фигуры, определять их взаимное расположение, изображать геометрические фигуры, выполнять чертежи по условию задачи. Измерять линейные и угловые</w:t>
            </w:r>
            <w:r w:rsidRPr="006D0601">
              <w:rPr>
                <w:sz w:val="14"/>
                <w:lang w:val="ru-RU"/>
              </w:rPr>
              <w:t xml:space="preserve"> величины. Решать задачи на вычисление длин отрезков и величин углов. </w:t>
            </w:r>
            <w:proofErr w:type="spellStart"/>
            <w:r>
              <w:rPr>
                <w:sz w:val="14"/>
              </w:rPr>
              <w:t>Проводит</w:t>
            </w:r>
            <w:proofErr w:type="spellEnd"/>
            <w:r>
              <w:rPr>
                <w:sz w:val="14"/>
              </w:rPr>
              <w:t>…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учить переводить условие в схему, таблицу или краткую запись и проверять смысл полученного ответа; разбирать типичные ошибочные стратегии и давать аналогичное задание для повто</w:t>
            </w:r>
            <w:r w:rsidRPr="006D0601">
              <w:rPr>
                <w:sz w:val="14"/>
                <w:lang w:val="ru-RU"/>
              </w:rPr>
              <w:t>рного выполнения.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17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2,2%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13,9%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8,6%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9,7%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включить задания аналогичного типа в текущее и тематическое повторение; провести разбор типичных ошибок, затем повторное </w:t>
            </w:r>
            <w:r w:rsidRPr="006D0601">
              <w:rPr>
                <w:sz w:val="14"/>
                <w:lang w:val="ru-RU"/>
              </w:rPr>
              <w:t>выполнение с фиксацией индивидуальной динамики;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15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4,3%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21,0%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18,3%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19,7%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Решать практико-ориентированные задачи, связанные с отношением</w:t>
            </w:r>
            <w:r w:rsidRPr="006D0601">
              <w:rPr>
                <w:sz w:val="14"/>
                <w:lang w:val="ru-RU"/>
              </w:rPr>
              <w:t xml:space="preserve"> величин, пропорциональностью величин, процентами; интерпретировать результаты решения задач с учетом ограничений, связанных со свойствами рассматриваемых объектов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учить переводить условие в схему, таблицу или краткую запись и проверять смысл полученного о</w:t>
            </w:r>
            <w:r w:rsidRPr="006D0601">
              <w:rPr>
                <w:sz w:val="14"/>
                <w:lang w:val="ru-RU"/>
              </w:rPr>
              <w:t>твета; разбирать типичные ошибочные стратегии и давать аналогичное задание для повторного выполнения;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14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6,5%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36,6%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25,7%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40,1%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4"/>
                <w:lang w:val="ru-RU"/>
              </w:rPr>
              <w:t xml:space="preserve">Распознавать изученные геометрические фигуры, определять их взаимное расположение, 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углов. </w:t>
            </w:r>
            <w:proofErr w:type="spellStart"/>
            <w:r>
              <w:rPr>
                <w:sz w:val="14"/>
              </w:rPr>
              <w:t>Прово</w:t>
            </w:r>
            <w:r>
              <w:rPr>
                <w:sz w:val="14"/>
              </w:rPr>
              <w:t>дит</w:t>
            </w:r>
            <w:proofErr w:type="spellEnd"/>
            <w:r>
              <w:rPr>
                <w:sz w:val="14"/>
              </w:rPr>
              <w:t>…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учить переводить условие в схему, таблицу или краткую запись и проверять смысл полученного ответа; разбирать типичные ошибочные стратегии и давать аналогичное задание для повторного выполнения.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13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28,3%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40,8%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36,7%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44,4%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Решать </w:t>
            </w:r>
            <w:r w:rsidRPr="006D0601">
              <w:rPr>
                <w:sz w:val="14"/>
                <w:lang w:val="ru-RU"/>
              </w:rPr>
              <w:t>практико-ориентированные задачи, связанные с отношением величин, пропорциональностью величин, процентами; интерпретировать результаты решения задач с учетом ограничений, связанных со свойствами рассматриваемых объектов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учить переводить условие в схему, таб</w:t>
            </w:r>
            <w:r w:rsidRPr="006D0601">
              <w:rPr>
                <w:sz w:val="14"/>
                <w:lang w:val="ru-RU"/>
              </w:rPr>
              <w:t>лицу или краткую запись и проверять смысл полученного ответа; разбирать типичные ошибочные стратегии и давать аналогичное задание для повторного выполнения.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12 (2б)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34,8%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40,4%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35,8%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33,0%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Решать системы двух линейных уравнений с двумя </w:t>
            </w:r>
            <w:r w:rsidRPr="006D0601">
              <w:rPr>
                <w:sz w:val="14"/>
                <w:lang w:val="ru-RU"/>
              </w:rPr>
              <w:t>переменными, в том числе графически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закрепить алгоритмы преобразования выражений и решения уравнений; обязать обучающихся выполнять проверку подстановкой и проговаривать каждый шаг.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10 (1б)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43,5%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50,6%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58,7%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53,6%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Находить значения буквенных </w:t>
            </w:r>
            <w:r w:rsidRPr="006D0601">
              <w:rPr>
                <w:sz w:val="14"/>
                <w:lang w:val="ru-RU"/>
              </w:rPr>
              <w:t>выражений при заданных значениях переменных. Выполнять преобразования целого выражения в многочлен приведением подобных слагаемых, раскрытием скобок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закрепить алгоритмы преобразования выражений и решения уравнений; обязать обучающихся выполнять проверку по</w:t>
            </w:r>
            <w:r w:rsidRPr="006D0601">
              <w:rPr>
                <w:sz w:val="14"/>
                <w:lang w:val="ru-RU"/>
              </w:rPr>
              <w:t>дстановкой и проговаривать каждый шаг.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9.2 (1б)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47,8%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40,3%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37,8%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35,4%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2. 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включить задания </w:t>
            </w:r>
            <w:r w:rsidRPr="006D0601">
              <w:rPr>
                <w:sz w:val="14"/>
                <w:lang w:val="ru-RU"/>
              </w:rPr>
              <w:t>аналогичного типа в текущее и тематическое повторение; провести разбор типичных ошибок, затем повторное выполнение с фиксацией индивидуальной динамики.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Default="000B6168">
      <w:pPr>
        <w:pStyle w:val="31"/>
      </w:pPr>
      <w:proofErr w:type="spellStart"/>
      <w:r>
        <w:t>Русский</w:t>
      </w:r>
      <w:proofErr w:type="spellEnd"/>
      <w:r>
        <w:t xml:space="preserve"> </w:t>
      </w:r>
      <w:proofErr w:type="spellStart"/>
      <w:r>
        <w:t>язык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850"/>
        <w:gridCol w:w="397"/>
        <w:gridCol w:w="938"/>
        <w:gridCol w:w="680"/>
        <w:gridCol w:w="680"/>
        <w:gridCol w:w="680"/>
        <w:gridCol w:w="680"/>
        <w:gridCol w:w="4082"/>
        <w:gridCol w:w="4762"/>
      </w:tblGrid>
      <w:tr w:rsidR="0070134D">
        <w:trPr>
          <w:tblHeader/>
          <w:jc w:val="center"/>
        </w:trPr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Задание</w:t>
            </w:r>
          </w:p>
        </w:tc>
        <w:tc>
          <w:tcPr>
            <w:tcW w:w="39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Дефицит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Школа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Район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ЧР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РФ</w:t>
            </w:r>
          </w:p>
        </w:tc>
        <w:tc>
          <w:tcPr>
            <w:tcW w:w="408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Проверяемое умение</w:t>
            </w:r>
          </w:p>
        </w:tc>
        <w:tc>
          <w:tcPr>
            <w:tcW w:w="476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 (3б)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27,5%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44,4%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41,4%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42,4%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Проводить морфологический анализ причастий, деепричастий, наречий, предлогов, союзов, частиц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ввести алгоритмы морфологического распознавания и таблицы грамматических признаков; проводить еженедельные мини-диагностики на </w:t>
            </w:r>
            <w:r w:rsidRPr="006D0601">
              <w:rPr>
                <w:sz w:val="14"/>
                <w:lang w:val="ru-RU"/>
              </w:rPr>
              <w:t>классификацию частей речи.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7.1 (1б)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30,4%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65,6%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63,6%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69,4%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1. Правильно расставлять знаки препинания в предложениях с причастным оборотом, правильно расставлять знаки препинания в предложениях с одиночным деепричастием и деепричастным </w:t>
            </w:r>
            <w:r w:rsidRPr="006D0601">
              <w:rPr>
                <w:sz w:val="14"/>
                <w:lang w:val="ru-RU"/>
              </w:rPr>
              <w:t>оборотом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ввести алгоритмы морфологического распознавания и таблицы грамматических признаков; проводить еженедельные мини-диагностики на классификацию частей речи.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7.2 (1б)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30,4%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42,8%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37,2%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45,7%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2. Проводить пунктуационный анализ предложения</w:t>
            </w:r>
            <w:r w:rsidRPr="006D0601">
              <w:rPr>
                <w:sz w:val="14"/>
                <w:lang w:val="ru-RU"/>
              </w:rPr>
              <w:t xml:space="preserve"> с причастным оборотом (в рамках изученного), проводить пунктуационный анализ предложения с деепричастным оборотом (в рамках изученного)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организовать </w:t>
            </w:r>
            <w:proofErr w:type="spellStart"/>
            <w:r w:rsidRPr="006D0601">
              <w:rPr>
                <w:sz w:val="14"/>
                <w:lang w:val="ru-RU"/>
              </w:rPr>
              <w:t>орфографико-пунктуационный</w:t>
            </w:r>
            <w:proofErr w:type="spellEnd"/>
            <w:r w:rsidRPr="006D0601">
              <w:rPr>
                <w:sz w:val="14"/>
                <w:lang w:val="ru-RU"/>
              </w:rPr>
              <w:t xml:space="preserve"> практикум с комментированным письмом; вести индивидуальные карты типичных ошибо</w:t>
            </w:r>
            <w:r w:rsidRPr="006D0601">
              <w:rPr>
                <w:sz w:val="14"/>
                <w:lang w:val="ru-RU"/>
              </w:rPr>
              <w:t>к и повторную проверку через 7–10 дней.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6.2 (1б)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34,8%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56,6%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54,9%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60,7%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4"/>
              </w:rPr>
              <w:t>2. Соблюдать правила правописания союзов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организовать </w:t>
            </w:r>
            <w:proofErr w:type="spellStart"/>
            <w:r w:rsidRPr="006D0601">
              <w:rPr>
                <w:sz w:val="14"/>
                <w:lang w:val="ru-RU"/>
              </w:rPr>
              <w:t>орфографико-пунктуационный</w:t>
            </w:r>
            <w:proofErr w:type="spellEnd"/>
            <w:r w:rsidRPr="006D0601">
              <w:rPr>
                <w:sz w:val="14"/>
                <w:lang w:val="ru-RU"/>
              </w:rPr>
              <w:t xml:space="preserve"> практикум с комментированным письмом; вести индивидуальные карты типичных ошибок и </w:t>
            </w:r>
            <w:r w:rsidRPr="006D0601">
              <w:rPr>
                <w:sz w:val="14"/>
                <w:lang w:val="ru-RU"/>
              </w:rPr>
              <w:t>повторную проверку через 7–10 дней.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5.2 (1б)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39,1%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55,6%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56,6%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51,0%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2. Соблюдать правила правописания производных предлогов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организовать </w:t>
            </w:r>
            <w:proofErr w:type="spellStart"/>
            <w:r w:rsidRPr="006D0601">
              <w:rPr>
                <w:sz w:val="14"/>
                <w:lang w:val="ru-RU"/>
              </w:rPr>
              <w:t>орфографико-пунктуационный</w:t>
            </w:r>
            <w:proofErr w:type="spellEnd"/>
            <w:r w:rsidRPr="006D0601">
              <w:rPr>
                <w:sz w:val="14"/>
                <w:lang w:val="ru-RU"/>
              </w:rPr>
              <w:t xml:space="preserve"> практикум с комментированным письмом; вести индивидуальные карты типичных </w:t>
            </w:r>
            <w:r w:rsidRPr="006D0601">
              <w:rPr>
                <w:sz w:val="14"/>
                <w:lang w:val="ru-RU"/>
              </w:rPr>
              <w:t>ошибок и повторную проверку через 7–10 дней.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6.1 (1б)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43,5%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66,9%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69,2%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63,9%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1. Различать разряды союзов по значению, строению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включить задания аналогичного типа в текущее и тематическое повторение; провести разбор типичных ошибок, затем </w:t>
            </w:r>
            <w:r w:rsidRPr="006D0601">
              <w:rPr>
                <w:sz w:val="14"/>
                <w:lang w:val="ru-RU"/>
              </w:rPr>
              <w:t>повторное выполнение с фиксацией индивидуальной динамики.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Default="000B6168">
      <w:pPr>
        <w:pStyle w:val="21"/>
      </w:pPr>
      <w:r>
        <w:t xml:space="preserve">8 </w:t>
      </w:r>
      <w:proofErr w:type="spellStart"/>
      <w:r>
        <w:t>класс</w:t>
      </w:r>
      <w:proofErr w:type="spellEnd"/>
    </w:p>
    <w:p w:rsidR="0070134D" w:rsidRDefault="000B6168">
      <w:pPr>
        <w:pStyle w:val="31"/>
      </w:pPr>
      <w:r>
        <w:t>Английский язык</w:t>
      </w:r>
    </w:p>
    <w:tbl>
      <w:tblPr>
        <w:tblStyle w:val="aff0"/>
        <w:tblW w:w="0" w:type="auto"/>
        <w:jc w:val="center"/>
        <w:tblLook w:val="04A0"/>
      </w:tblPr>
      <w:tblGrid>
        <w:gridCol w:w="850"/>
        <w:gridCol w:w="397"/>
        <w:gridCol w:w="938"/>
        <w:gridCol w:w="680"/>
        <w:gridCol w:w="680"/>
        <w:gridCol w:w="680"/>
        <w:gridCol w:w="680"/>
        <w:gridCol w:w="4082"/>
        <w:gridCol w:w="4762"/>
      </w:tblGrid>
      <w:tr w:rsidR="0070134D">
        <w:trPr>
          <w:tblHeader/>
          <w:jc w:val="center"/>
        </w:trPr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Задание</w:t>
            </w:r>
          </w:p>
        </w:tc>
        <w:tc>
          <w:tcPr>
            <w:tcW w:w="39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Дефицит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Школа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Район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ЧР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РФ</w:t>
            </w:r>
          </w:p>
        </w:tc>
        <w:tc>
          <w:tcPr>
            <w:tcW w:w="408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Проверяемое умение</w:t>
            </w:r>
          </w:p>
        </w:tc>
        <w:tc>
          <w:tcPr>
            <w:tcW w:w="476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4К3 (3б)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42,2%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30,8%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25,4%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38,9%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Правильное лексико-грамматическое оформление </w:t>
            </w:r>
            <w:r w:rsidRPr="006D0601">
              <w:rPr>
                <w:sz w:val="14"/>
                <w:lang w:val="ru-RU"/>
              </w:rPr>
              <w:t>текста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отрабатывать просмотровое и поисковое чтение, выделение ключевой информации; вводить задания на доказательство ответа фрагментом текста.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 (5б)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49,3%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64,1%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68,5%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68,3%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Оперировать языковыми средствами в </w:t>
            </w:r>
            <w:proofErr w:type="spellStart"/>
            <w:r w:rsidRPr="006D0601">
              <w:rPr>
                <w:sz w:val="14"/>
                <w:lang w:val="ru-RU"/>
              </w:rPr>
              <w:t>коммуникативно</w:t>
            </w:r>
            <w:proofErr w:type="spellEnd"/>
            <w:r w:rsidRPr="006D0601">
              <w:rPr>
                <w:sz w:val="14"/>
                <w:lang w:val="ru-RU"/>
              </w:rPr>
              <w:t xml:space="preserve"> значимом </w:t>
            </w:r>
            <w:r w:rsidRPr="006D0601">
              <w:rPr>
                <w:sz w:val="14"/>
                <w:lang w:val="ru-RU"/>
              </w:rPr>
              <w:t>контексте: грамматические формы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отрабатывать просмотровое и поисковое чтение, выделение ключевой информации; вводить задания на доказательство ответа фрагментом текста.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Default="000B6168">
      <w:pPr>
        <w:pStyle w:val="31"/>
      </w:pPr>
      <w:proofErr w:type="spellStart"/>
      <w:r>
        <w:t>История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850"/>
        <w:gridCol w:w="397"/>
        <w:gridCol w:w="938"/>
        <w:gridCol w:w="680"/>
        <w:gridCol w:w="680"/>
        <w:gridCol w:w="680"/>
        <w:gridCol w:w="680"/>
        <w:gridCol w:w="4082"/>
        <w:gridCol w:w="4762"/>
      </w:tblGrid>
      <w:tr w:rsidR="0070134D">
        <w:trPr>
          <w:tblHeader/>
          <w:jc w:val="center"/>
        </w:trPr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Задание</w:t>
            </w:r>
          </w:p>
        </w:tc>
        <w:tc>
          <w:tcPr>
            <w:tcW w:w="39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Дефицит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Школа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Район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ЧР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РФ</w:t>
            </w:r>
          </w:p>
        </w:tc>
        <w:tc>
          <w:tcPr>
            <w:tcW w:w="408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Проверяемое умение</w:t>
            </w:r>
          </w:p>
        </w:tc>
        <w:tc>
          <w:tcPr>
            <w:tcW w:w="476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 xml:space="preserve">Адресная </w:t>
            </w:r>
            <w:r>
              <w:rPr>
                <w:b/>
                <w:color w:val="FFFFFF"/>
                <w:sz w:val="14"/>
              </w:rPr>
              <w:t>рекомендация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10 (3б)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11,8%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34,0%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28,5%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55,3%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Анализировать визуальные источники исторической </w:t>
            </w:r>
            <w:r w:rsidRPr="006D0601">
              <w:rPr>
                <w:sz w:val="14"/>
                <w:lang w:val="ru-RU"/>
              </w:rPr>
              <w:lastRenderedPageBreak/>
              <w:t>информации; раскрывать существенные черты и характерные признаки исторических событий, явлений, процессов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lastRenderedPageBreak/>
              <w:t xml:space="preserve">учить выделять автора, время, позицию и </w:t>
            </w:r>
            <w:r w:rsidRPr="006D0601">
              <w:rPr>
                <w:sz w:val="14"/>
                <w:lang w:val="ru-RU"/>
              </w:rPr>
              <w:t xml:space="preserve">фактические сведения источника; </w:t>
            </w:r>
            <w:r w:rsidRPr="006D0601">
              <w:rPr>
                <w:sz w:val="14"/>
                <w:lang w:val="ru-RU"/>
              </w:rPr>
              <w:lastRenderedPageBreak/>
              <w:t>требовать аргументацию ответа цитатой или конкретным фактом.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lastRenderedPageBreak/>
              <w:t>9 (3б)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23,5%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31,8%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28,7%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42,8%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Аргументировать предложенную точку зрения на события и личностей отечественной и всеобщей истории </w:t>
            </w:r>
            <w:r>
              <w:rPr>
                <w:sz w:val="14"/>
              </w:rPr>
              <w:t>XVIII</w:t>
            </w:r>
            <w:r w:rsidRPr="006D0601">
              <w:rPr>
                <w:sz w:val="14"/>
                <w:lang w:val="ru-RU"/>
              </w:rPr>
              <w:t xml:space="preserve"> </w:t>
            </w:r>
            <w:proofErr w:type="gramStart"/>
            <w:r w:rsidRPr="006D0601">
              <w:rPr>
                <w:sz w:val="14"/>
                <w:lang w:val="ru-RU"/>
              </w:rPr>
              <w:t>в</w:t>
            </w:r>
            <w:proofErr w:type="gramEnd"/>
            <w:r w:rsidRPr="006D0601">
              <w:rPr>
                <w:sz w:val="14"/>
                <w:lang w:val="ru-RU"/>
              </w:rPr>
              <w:t xml:space="preserve">. с опорой </w:t>
            </w:r>
            <w:r w:rsidRPr="006D0601">
              <w:rPr>
                <w:sz w:val="14"/>
                <w:lang w:val="ru-RU"/>
              </w:rPr>
              <w:t>на фактический материал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строить причинно-следственные цепочки и сравнительные таблицы; проводить устный разбор исторических понятий с примерами;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 (2б)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47,1%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52,5%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53,0%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70,5%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sz w:val="14"/>
              </w:rPr>
              <w:t>XVIII</w:t>
            </w:r>
            <w:r w:rsidRPr="006D0601">
              <w:rPr>
                <w:sz w:val="14"/>
                <w:lang w:val="ru-RU"/>
              </w:rPr>
              <w:t xml:space="preserve"> </w:t>
            </w:r>
            <w:proofErr w:type="gramStart"/>
            <w:r w:rsidRPr="006D0601">
              <w:rPr>
                <w:sz w:val="14"/>
                <w:lang w:val="ru-RU"/>
              </w:rPr>
              <w:t>в</w:t>
            </w:r>
            <w:proofErr w:type="gramEnd"/>
            <w:r w:rsidRPr="006D0601">
              <w:rPr>
                <w:sz w:val="14"/>
                <w:lang w:val="ru-RU"/>
              </w:rPr>
              <w:t>.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строить причинно-следственные цепочки и сравнительные таблицы; проводить устный разбор исторических понятий с </w:t>
            </w:r>
            <w:r w:rsidRPr="006D0601">
              <w:rPr>
                <w:sz w:val="14"/>
                <w:lang w:val="ru-RU"/>
              </w:rPr>
              <w:t>примерами.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Default="000B6168">
      <w:pPr>
        <w:pStyle w:val="31"/>
      </w:pPr>
      <w:proofErr w:type="spellStart"/>
      <w:r>
        <w:t>Математика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850"/>
        <w:gridCol w:w="397"/>
        <w:gridCol w:w="938"/>
        <w:gridCol w:w="680"/>
        <w:gridCol w:w="680"/>
        <w:gridCol w:w="680"/>
        <w:gridCol w:w="680"/>
        <w:gridCol w:w="4082"/>
        <w:gridCol w:w="4762"/>
      </w:tblGrid>
      <w:tr w:rsidR="0070134D">
        <w:trPr>
          <w:tblHeader/>
          <w:jc w:val="center"/>
        </w:trPr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Задание</w:t>
            </w:r>
          </w:p>
        </w:tc>
        <w:tc>
          <w:tcPr>
            <w:tcW w:w="39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Дефицит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Школа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Район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ЧР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РФ</w:t>
            </w:r>
          </w:p>
        </w:tc>
        <w:tc>
          <w:tcPr>
            <w:tcW w:w="408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Проверяемое умение</w:t>
            </w:r>
          </w:p>
        </w:tc>
        <w:tc>
          <w:tcPr>
            <w:tcW w:w="476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16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3,1%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25,6%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17,6%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30,9%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Находить вероятности случайных событий в опытах, зная вероятности элементарных событий, в том числе в </w:t>
            </w:r>
            <w:r w:rsidRPr="006D0601">
              <w:rPr>
                <w:sz w:val="14"/>
                <w:lang w:val="ru-RU"/>
              </w:rPr>
              <w:t>опытах с равновозможными элементарными событиями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повторное выполнение с фиксацией индивидуальной динамики; отдельно отрабатывать многошаговые зад</w:t>
            </w:r>
            <w:r w:rsidRPr="006D0601">
              <w:rPr>
                <w:sz w:val="14"/>
                <w:lang w:val="ru-RU"/>
              </w:rPr>
              <w:t>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17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4,7%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18,1%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12,3%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17,4%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Применять понятие арифметического квадратного корня; находить квадратные корни, используя при необходимости калькулятор; выполнять преобразования </w:t>
            </w:r>
            <w:r w:rsidRPr="006D0601">
              <w:rPr>
                <w:sz w:val="14"/>
                <w:lang w:val="ru-RU"/>
              </w:rPr>
              <w:t>выражений, содержащих квадратные корни, используя свойства корней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закрепить алгоритмы преобразования выражений и решения уравнений; обязать обучающихся выполнять проверку подстановкой и проговаривать каждый шаг; отдельно отрабатывать многошаговые задания п</w:t>
            </w:r>
            <w:r w:rsidRPr="006D0601">
              <w:rPr>
                <w:sz w:val="14"/>
                <w:lang w:val="ru-RU"/>
              </w:rPr>
              <w:t>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18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4,7%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13,3%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8,6%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9,9%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Применять полученные знания на практике: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учить переводить условие в схему, таблиц</w:t>
            </w:r>
            <w:r w:rsidRPr="006D0601">
              <w:rPr>
                <w:sz w:val="14"/>
                <w:lang w:val="ru-RU"/>
              </w:rPr>
              <w:t>у или краткую запись и проверять смысл полученного ответа; разбирать типичные ошибочные стратегии и давать аналогичное задание для повторного выполнения;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</w:t>
            </w:r>
            <w:r>
              <w:rPr>
                <w:sz w:val="14"/>
              </w:rPr>
              <w:t>5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6,2%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31,7%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23,4%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23,1%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Переходить от словесной формулировки задачи к ее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учить </w:t>
            </w:r>
            <w:r w:rsidRPr="006D0601">
              <w:rPr>
                <w:sz w:val="14"/>
                <w:lang w:val="ru-RU"/>
              </w:rPr>
              <w:t>переводить условие в схему, таблицу или краткую запись и проверять смысл полученного ответа; разбирать типичные ошибочные стратегии и давать аналогичное задание для повторного выполнения.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14 (2б)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31,2%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58,2%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46,4%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79,3%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Извлекать и </w:t>
            </w:r>
            <w:r w:rsidRPr="006D0601">
              <w:rPr>
                <w:sz w:val="14"/>
                <w:lang w:val="ru-RU"/>
              </w:rPr>
              <w:t>преобразовывать информацию, представленную в виде таблиц, диаграмм, графиков; представлять данные в виде таблиц, диаграмм, графиков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повторное вып</w:t>
            </w:r>
            <w:r w:rsidRPr="006D0601">
              <w:rPr>
                <w:sz w:val="14"/>
                <w:lang w:val="ru-RU"/>
              </w:rPr>
              <w:t>олнение с фиксацией индивидуальной динамики.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Default="000B6168">
      <w:pPr>
        <w:pStyle w:val="31"/>
      </w:pPr>
      <w:proofErr w:type="spellStart"/>
      <w:r>
        <w:t>Русский</w:t>
      </w:r>
      <w:proofErr w:type="spellEnd"/>
      <w:r>
        <w:t xml:space="preserve"> </w:t>
      </w:r>
      <w:proofErr w:type="spellStart"/>
      <w:r>
        <w:t>язык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850"/>
        <w:gridCol w:w="397"/>
        <w:gridCol w:w="927"/>
        <w:gridCol w:w="680"/>
        <w:gridCol w:w="680"/>
        <w:gridCol w:w="680"/>
        <w:gridCol w:w="680"/>
        <w:gridCol w:w="4082"/>
        <w:gridCol w:w="4762"/>
      </w:tblGrid>
      <w:tr w:rsidR="0070134D">
        <w:trPr>
          <w:tblHeader/>
          <w:jc w:val="center"/>
        </w:trPr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Задание</w:t>
            </w:r>
          </w:p>
        </w:tc>
        <w:tc>
          <w:tcPr>
            <w:tcW w:w="39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Дефицит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Школа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Район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ЧР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РФ</w:t>
            </w:r>
          </w:p>
        </w:tc>
        <w:tc>
          <w:tcPr>
            <w:tcW w:w="408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Проверяемое умение</w:t>
            </w:r>
          </w:p>
        </w:tc>
        <w:tc>
          <w:tcPr>
            <w:tcW w:w="476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10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1,6%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35,2%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34,1%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41,7%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Распознавать случаи нарушения грамматических норм русского </w:t>
            </w:r>
            <w:r w:rsidRPr="006D0601">
              <w:rPr>
                <w:sz w:val="14"/>
                <w:lang w:val="ru-RU"/>
              </w:rPr>
              <w:t>литературного языка в заданных предложениях и исправлять эти нарушения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ввести алгоритмы морфологического распознавания и таблицы грамматических признаков; проводить еженедельные мини-диагностики на классификацию частей речи.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9 (3б)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13,5%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30,7%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30,6%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34,3%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14"/>
              </w:rPr>
              <w:t>Проводить синтаксический анализ предложения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включить задания аналогичного типа в текущее и тематическое повторение; провести разбор типичных ошибок, затем повторное выполнение с </w:t>
            </w:r>
            <w:r w:rsidRPr="006D0601">
              <w:rPr>
                <w:sz w:val="14"/>
                <w:lang w:val="ru-RU"/>
              </w:rPr>
              <w:lastRenderedPageBreak/>
              <w:t>фиксацией индивидуальной динамики.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lastRenderedPageBreak/>
              <w:t>8.2 (1б)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25,0%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69,3%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67,6%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70,0%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2. Находить в ряду других предложений предложение с вводным словом, подбирать к данному вводному слову синоним (из той же группы по значению)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включить задания аналогичного типа в текущее и тематическое повторение; провести разбор ти</w:t>
            </w:r>
            <w:r w:rsidRPr="006D0601">
              <w:rPr>
                <w:sz w:val="14"/>
                <w:lang w:val="ru-RU"/>
              </w:rPr>
              <w:t>пичных ошибок, затем повторное выполнение с фиксацией индивидуальной динамики.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Default="000B6168">
      <w:pPr>
        <w:pStyle w:val="31"/>
      </w:pPr>
      <w:proofErr w:type="spellStart"/>
      <w:r>
        <w:t>Физика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850"/>
        <w:gridCol w:w="397"/>
        <w:gridCol w:w="938"/>
        <w:gridCol w:w="680"/>
        <w:gridCol w:w="680"/>
        <w:gridCol w:w="680"/>
        <w:gridCol w:w="680"/>
        <w:gridCol w:w="4082"/>
        <w:gridCol w:w="4762"/>
      </w:tblGrid>
      <w:tr w:rsidR="0070134D">
        <w:trPr>
          <w:tblHeader/>
          <w:jc w:val="center"/>
        </w:trPr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Задание</w:t>
            </w:r>
          </w:p>
        </w:tc>
        <w:tc>
          <w:tcPr>
            <w:tcW w:w="39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Дефицит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Школа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Район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ЧР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РФ</w:t>
            </w:r>
          </w:p>
        </w:tc>
        <w:tc>
          <w:tcPr>
            <w:tcW w:w="408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Проверяемое умение</w:t>
            </w:r>
          </w:p>
        </w:tc>
        <w:tc>
          <w:tcPr>
            <w:tcW w:w="476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10 (4б)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8,3%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15,9%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15,8%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22,2%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Анализировать отдельные этапы проведения </w:t>
            </w:r>
            <w:r w:rsidRPr="006D0601">
              <w:rPr>
                <w:sz w:val="14"/>
                <w:lang w:val="ru-RU"/>
              </w:rPr>
              <w:t xml:space="preserve">исследований и интерпретировать результаты наблюдений и опытов; решать задачи, используя физические законы (закон сохранения энергии в тепловых процессах, закон Ома для участка цепи, закон Джоуля – Ленца) и формулы, </w:t>
            </w:r>
            <w:proofErr w:type="gramStart"/>
            <w:r w:rsidRPr="006D0601">
              <w:rPr>
                <w:sz w:val="14"/>
                <w:lang w:val="ru-RU"/>
              </w:rPr>
              <w:t>св</w:t>
            </w:r>
            <w:proofErr w:type="gramEnd"/>
            <w:r w:rsidRPr="006D0601">
              <w:rPr>
                <w:sz w:val="14"/>
                <w:lang w:val="ru-RU"/>
              </w:rPr>
              <w:t>…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отрабатывать цепочку «дано — перевод</w:t>
            </w:r>
            <w:r w:rsidRPr="006D0601">
              <w:rPr>
                <w:sz w:val="14"/>
                <w:lang w:val="ru-RU"/>
              </w:rPr>
              <w:t xml:space="preserve"> единиц — формула — вычисление — проверка размерности»; включить короткие расчетные тренировки с самопроверкой;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9 (1б)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26,7%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62,5%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58,2%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74,8%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4"/>
                <w:lang w:val="ru-RU"/>
              </w:rPr>
              <w:t>Интерпретировать результаты наблюдений и опытов; решать задачи, используя формулы, связывающие физические величины (количество теплоты, температура, удельная теплоемкость вещества, удельная теплота плавления, удельная теплота парообразования, удельна</w:t>
            </w:r>
            <w:r w:rsidRPr="006D0601">
              <w:rPr>
                <w:sz w:val="14"/>
                <w:lang w:val="ru-RU"/>
              </w:rPr>
              <w:t>я теплота…</w:t>
            </w:r>
            <w:proofErr w:type="gramEnd"/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отрабатывать цепочку «дано — перевод единиц — формула — вычисление — проверка размерности»; включить короткие расчетные тренировки с самопроверкой; отдельно отрабатывать многошаговые задания повышенного уровня с комментированием стратегии решени</w:t>
            </w:r>
            <w:r w:rsidRPr="006D0601">
              <w:rPr>
                <w:sz w:val="14"/>
                <w:lang w:val="ru-RU"/>
              </w:rPr>
              <w:t>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8 (1б)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33,3%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72,4%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62,5%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62,2%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Решать задачи, используя физические законы (закон Ома для участка цепи, закон Джоуля – Ленца) и формулы, связывающие физические величины (масса тела, плотность вещества, сила тока, электрическое напряжение, </w:t>
            </w:r>
            <w:r w:rsidRPr="006D0601">
              <w:rPr>
                <w:sz w:val="14"/>
                <w:lang w:val="ru-RU"/>
              </w:rPr>
              <w:t xml:space="preserve">электрическое сопротивление, работа электрического </w:t>
            </w:r>
            <w:proofErr w:type="gramStart"/>
            <w:r w:rsidRPr="006D0601">
              <w:rPr>
                <w:sz w:val="14"/>
                <w:lang w:val="ru-RU"/>
              </w:rPr>
              <w:t>п</w:t>
            </w:r>
            <w:proofErr w:type="gramEnd"/>
            <w:r w:rsidRPr="006D0601">
              <w:rPr>
                <w:sz w:val="14"/>
                <w:lang w:val="ru-RU"/>
              </w:rPr>
              <w:t>…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отрабатывать цепочку «дано — перевод единиц — формула — вычисление — проверка размерности»; включить короткие расчетные тренировки с самопроверкой.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 (4б)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36,7%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31,7%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28,6%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35,3%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gramStart"/>
            <w:r w:rsidRPr="006D0601">
              <w:rPr>
                <w:sz w:val="14"/>
                <w:lang w:val="ru-RU"/>
              </w:rPr>
              <w:t>Решать за</w:t>
            </w:r>
            <w:r w:rsidRPr="006D0601">
              <w:rPr>
                <w:sz w:val="14"/>
                <w:lang w:val="ru-RU"/>
              </w:rPr>
              <w:t>дачи, используя физические законы (закон сохранения энергии в тепловых процессах, закон Ома для участка цепи, закон Джоуля – Ленца) и формулы, связывающие физические величины (масса тела, плотность вещества, сила, количество теплоты, температура, уде…</w:t>
            </w:r>
            <w:proofErr w:type="gramEnd"/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отра</w:t>
            </w:r>
            <w:r w:rsidRPr="006D0601">
              <w:rPr>
                <w:sz w:val="14"/>
                <w:lang w:val="ru-RU"/>
              </w:rPr>
              <w:t>батывать цепочку «дано — перевод единиц — формула — вычисление — проверка размерности»; включить короткие расчетные тренировки с самопроверкой;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 (2б)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40,0%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44,4%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52,6%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63,5%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Распознавать тепловые явления и объяснять на базе имеющихся знаний основные свойства или условия протекания этих явлений: диффузия, изменение объема тел при нагревании (охлаждении), тепловое равновесие, испарение, конденсация, плавление, кристаллизация, </w:t>
            </w:r>
            <w:proofErr w:type="spellStart"/>
            <w:r w:rsidRPr="006D0601">
              <w:rPr>
                <w:sz w:val="14"/>
                <w:lang w:val="ru-RU"/>
              </w:rPr>
              <w:t>ки</w:t>
            </w:r>
            <w:r w:rsidRPr="006D0601">
              <w:rPr>
                <w:sz w:val="14"/>
                <w:lang w:val="ru-RU"/>
              </w:rPr>
              <w:t>пен</w:t>
            </w:r>
            <w:proofErr w:type="spellEnd"/>
            <w:r w:rsidRPr="006D0601">
              <w:rPr>
                <w:sz w:val="14"/>
                <w:lang w:val="ru-RU"/>
              </w:rPr>
              <w:t>…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включить задания аналогичного типа в текущее и тематическое повторение; провести разбор типичных ошибок, затем повторное выполнение с фиксацией индивидуальной динамики.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Default="000B6168">
      <w:pPr>
        <w:pStyle w:val="31"/>
      </w:pPr>
      <w:proofErr w:type="spellStart"/>
      <w:r>
        <w:t>Химия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850"/>
        <w:gridCol w:w="397"/>
        <w:gridCol w:w="938"/>
        <w:gridCol w:w="680"/>
        <w:gridCol w:w="680"/>
        <w:gridCol w:w="680"/>
        <w:gridCol w:w="680"/>
        <w:gridCol w:w="4082"/>
        <w:gridCol w:w="4762"/>
      </w:tblGrid>
      <w:tr w:rsidR="0070134D">
        <w:trPr>
          <w:tblHeader/>
          <w:jc w:val="center"/>
        </w:trPr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Задание</w:t>
            </w:r>
          </w:p>
        </w:tc>
        <w:tc>
          <w:tcPr>
            <w:tcW w:w="39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Дефицит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Школа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Район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ЧР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РФ</w:t>
            </w:r>
          </w:p>
        </w:tc>
        <w:tc>
          <w:tcPr>
            <w:tcW w:w="408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Проверяемое умение</w:t>
            </w:r>
          </w:p>
        </w:tc>
        <w:tc>
          <w:tcPr>
            <w:tcW w:w="476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 xml:space="preserve">Адресная </w:t>
            </w:r>
            <w:r>
              <w:rPr>
                <w:b/>
                <w:color w:val="FFFFFF"/>
                <w:sz w:val="14"/>
              </w:rPr>
              <w:t>рекомендация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7.3.2 (1б)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37,4%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35,4%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39,5%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3.2. Применять выявление причинно-следственных связей для изучения свойств веществ и химических реакций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систематизировать признаки реакций и алгоритм составления уравнений; проводить химические </w:t>
            </w:r>
            <w:r w:rsidRPr="006D0601">
              <w:rPr>
                <w:sz w:val="14"/>
                <w:lang w:val="ru-RU"/>
              </w:rPr>
              <w:t>диктанты и взаимопроверку коэффициентов.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8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43,9%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68,6%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Прогнозировать свойства веществ в зависимости от их качественного состава, возможности протекания химических превращений в различных условиях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сочетать понятийные задания </w:t>
            </w:r>
            <w:r w:rsidRPr="006D0601">
              <w:rPr>
                <w:sz w:val="14"/>
                <w:lang w:val="ru-RU"/>
              </w:rPr>
              <w:t>с моделями частиц и демонстрационным опытом; организовать повторную диагностику после коррекционного модуля.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lastRenderedPageBreak/>
              <w:t>9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32,8%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36,0%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73,1%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4"/>
                <w:lang w:val="ru-RU"/>
              </w:rPr>
              <w:t xml:space="preserve">Следовать правилам пользования химической посудой и лабораторным оборудованием, а также правилам </w:t>
            </w:r>
            <w:r w:rsidRPr="006D0601">
              <w:rPr>
                <w:sz w:val="14"/>
                <w:lang w:val="ru-RU"/>
              </w:rPr>
              <w:t xml:space="preserve">обращения с веществами в соответствии с инструкциями по выполнению лабораторных химических опытов. </w:t>
            </w:r>
            <w:proofErr w:type="spellStart"/>
            <w:r>
              <w:rPr>
                <w:sz w:val="14"/>
              </w:rPr>
              <w:t>Применять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эксперимент</w:t>
            </w:r>
            <w:proofErr w:type="spellEnd"/>
            <w:r>
              <w:rPr>
                <w:sz w:val="14"/>
              </w:rPr>
              <w:t xml:space="preserve"> (</w:t>
            </w:r>
            <w:proofErr w:type="spellStart"/>
            <w:r>
              <w:rPr>
                <w:sz w:val="14"/>
              </w:rPr>
              <w:t>реальный</w:t>
            </w:r>
            <w:proofErr w:type="spellEnd"/>
            <w:r>
              <w:rPr>
                <w:sz w:val="14"/>
              </w:rPr>
              <w:t xml:space="preserve"> и мысленный)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сочетать понятийные задания с моделями частиц и демонстрационным опытом; организовать повторную диагностику посл</w:t>
            </w:r>
            <w:r w:rsidRPr="006D0601">
              <w:rPr>
                <w:sz w:val="14"/>
                <w:lang w:val="ru-RU"/>
              </w:rPr>
              <w:t>е коррекционного модуля.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7.3.1 (1б)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11,8%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46,2%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44,6%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60,2%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3.1. </w:t>
            </w:r>
            <w:proofErr w:type="gramStart"/>
            <w:r w:rsidRPr="006D0601">
              <w:rPr>
                <w:sz w:val="1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</w:t>
            </w:r>
            <w:r w:rsidRPr="006D0601">
              <w:rPr>
                <w:sz w:val="14"/>
                <w:lang w:val="ru-RU"/>
              </w:rPr>
              <w:t xml:space="preserve"> химических опытов по получению и собиранию газообразных веществ (водорода и к…</w:t>
            </w:r>
            <w:proofErr w:type="gramEnd"/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сочетать понятийные задания с моделями частиц и демонстрационным опытом; организовать повторную диагностику после коррекционного модуля.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7.1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17,6%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35,1%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37,9%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48,5%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1. Использовать химическую символику для составления уравнений химических реакций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систематизировать признаки реакций и алгоритм составления уравнений; проводить химические диктанты и взаимопроверку коэффициентов.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7.2 (1б)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23,5%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44,4%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45,4%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55,4%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2. Классифицировать химические реакции по количеству и составу участвующих в реакции веществ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систематизировать признаки реакций и алгоритм составления уравнений; проводить химические диктанты и взаимопроверку коэффициентов.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4.4 (2б)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32,4%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44,4%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55,0%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67,0%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 w:rsidRPr="006D0601">
              <w:rPr>
                <w:sz w:val="14"/>
                <w:lang w:val="ru-RU"/>
              </w:rPr>
              <w:t xml:space="preserve">4. Использовать химическую символику для составления формул веществ. Демонстрировать понимание периодической зависимости свойств химических элементов от их положения в Периодической системе. </w:t>
            </w:r>
            <w:proofErr w:type="spellStart"/>
            <w:r>
              <w:rPr>
                <w:sz w:val="14"/>
              </w:rPr>
              <w:t>Определять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степень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окисления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элементов</w:t>
            </w:r>
            <w:proofErr w:type="spellEnd"/>
            <w:r>
              <w:rPr>
                <w:sz w:val="14"/>
              </w:rPr>
              <w:t xml:space="preserve"> в бинарных соединениях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сочетать понятийные задания с моделями частиц и демонстрационным опытом; организовать повторную диагностику после коррекционного модуля.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6.5 (1б)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35,3%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47,4%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44,8%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50,1%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5. Раскрывать смысл основных химических</w:t>
            </w:r>
            <w:r w:rsidRPr="006D0601">
              <w:rPr>
                <w:sz w:val="14"/>
                <w:lang w:val="ru-RU"/>
              </w:rPr>
              <w:t xml:space="preserve"> понятий: «количество вещества», «моль», «молярная масса»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закрепить расчетный алгоритм с единицами измерения и проверкой результата; использовать задачи с постепенным увеличением числа действий.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Default="000B6168">
      <w:pPr>
        <w:pStyle w:val="21"/>
      </w:pPr>
      <w:r>
        <w:t xml:space="preserve">10 </w:t>
      </w:r>
      <w:proofErr w:type="spellStart"/>
      <w:r>
        <w:t>класс</w:t>
      </w:r>
      <w:proofErr w:type="spellEnd"/>
    </w:p>
    <w:p w:rsidR="0070134D" w:rsidRDefault="000B6168">
      <w:pPr>
        <w:pStyle w:val="31"/>
      </w:pPr>
      <w:r>
        <w:t>География</w:t>
      </w:r>
    </w:p>
    <w:tbl>
      <w:tblPr>
        <w:tblStyle w:val="aff0"/>
        <w:tblW w:w="0" w:type="auto"/>
        <w:jc w:val="center"/>
        <w:tblLook w:val="04A0"/>
      </w:tblPr>
      <w:tblGrid>
        <w:gridCol w:w="850"/>
        <w:gridCol w:w="397"/>
        <w:gridCol w:w="938"/>
        <w:gridCol w:w="680"/>
        <w:gridCol w:w="680"/>
        <w:gridCol w:w="680"/>
        <w:gridCol w:w="680"/>
        <w:gridCol w:w="4082"/>
        <w:gridCol w:w="4762"/>
      </w:tblGrid>
      <w:tr w:rsidR="0070134D">
        <w:trPr>
          <w:tblHeader/>
          <w:jc w:val="center"/>
        </w:trPr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Задание</w:t>
            </w:r>
          </w:p>
        </w:tc>
        <w:tc>
          <w:tcPr>
            <w:tcW w:w="39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Дефицит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Школа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Район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ЧР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РФ</w:t>
            </w:r>
          </w:p>
        </w:tc>
        <w:tc>
          <w:tcPr>
            <w:tcW w:w="408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Проверяемое умение</w:t>
            </w:r>
          </w:p>
        </w:tc>
        <w:tc>
          <w:tcPr>
            <w:tcW w:w="476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9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21,4%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39,6%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58,3%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Владение умениями географического анализа и интерпретации информации из различных источников: формулировать выводы и заключения на основе анализа и интерпретации </w:t>
            </w:r>
            <w:r w:rsidRPr="006D0601">
              <w:rPr>
                <w:sz w:val="14"/>
                <w:lang w:val="ru-RU"/>
              </w:rPr>
              <w:t>информации из различных источников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связывать понятия с картой, схемой и конкретным примером территории; использовать задания на сравнение объектов по нескольким признакам.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14 (1б)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54,0%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59,8%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83,9%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Освоение и применение знаний о </w:t>
            </w:r>
            <w:r w:rsidRPr="006D0601">
              <w:rPr>
                <w:sz w:val="14"/>
                <w:lang w:val="ru-RU"/>
              </w:rPr>
              <w:t>размещении основных географических объектов: выбирать и использовать источники географической информации для определения положения и взаиморасположения объектов в пространстве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связывать понятия с картой, схемой и конкретным примером территории; использоват</w:t>
            </w:r>
            <w:r w:rsidRPr="006D0601">
              <w:rPr>
                <w:sz w:val="14"/>
                <w:lang w:val="ru-RU"/>
              </w:rPr>
              <w:t>ь задания на сравнение объектов по нескольким признакам.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17К1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18,2%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22,1%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47,3%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spellStart"/>
            <w:r w:rsidRPr="006D0601">
              <w:rPr>
                <w:sz w:val="14"/>
                <w:lang w:val="ru-RU"/>
              </w:rPr>
              <w:t>Сформированность</w:t>
            </w:r>
            <w:proofErr w:type="spellEnd"/>
            <w:r w:rsidRPr="006D0601">
              <w:rPr>
                <w:sz w:val="14"/>
                <w:lang w:val="ru-RU"/>
              </w:rPr>
              <w:t xml:space="preserve"> умения применять географические знания для оценки разнообразных явлений и процессов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связывать понятия с картой, схемой и конкретным </w:t>
            </w:r>
            <w:r w:rsidRPr="006D0601">
              <w:rPr>
                <w:sz w:val="14"/>
                <w:lang w:val="ru-RU"/>
              </w:rPr>
              <w:t>примером территории; использовать задания на сравнение объектов по нескольким признакам;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17К2 (1б)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19,1%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21,9%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47,9%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spellStart"/>
            <w:r w:rsidRPr="006D0601">
              <w:rPr>
                <w:sz w:val="14"/>
                <w:lang w:val="ru-RU"/>
              </w:rPr>
              <w:t>Сформированность</w:t>
            </w:r>
            <w:proofErr w:type="spellEnd"/>
            <w:r w:rsidRPr="006D0601">
              <w:rPr>
                <w:sz w:val="14"/>
                <w:lang w:val="ru-RU"/>
              </w:rPr>
              <w:t xml:space="preserve"> </w:t>
            </w:r>
            <w:r w:rsidRPr="006D0601">
              <w:rPr>
                <w:sz w:val="14"/>
                <w:lang w:val="ru-RU"/>
              </w:rPr>
              <w:t>умения применять географические знания для оценки разнообразных явлений и процессов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связывать понятия с картой, схемой и конкретным примером территории; использовать задания на сравнение объектов по нескольким признакам; отдельно отрабатывать многошаговые </w:t>
            </w:r>
            <w:r w:rsidRPr="006D0601">
              <w:rPr>
                <w:sz w:val="14"/>
                <w:lang w:val="ru-RU"/>
              </w:rPr>
              <w:t>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lastRenderedPageBreak/>
              <w:t>15 (1б)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46,0%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49,0%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73,8%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Владение географической терминологией и системой базовых географических понятий: применять понятия: воспроизводство населения, демографическая </w:t>
            </w:r>
            <w:r w:rsidRPr="006D0601">
              <w:rPr>
                <w:sz w:val="14"/>
                <w:lang w:val="ru-RU"/>
              </w:rPr>
              <w:t xml:space="preserve">политика, урбанизация, ложная урбанизация, </w:t>
            </w:r>
            <w:proofErr w:type="spellStart"/>
            <w:r w:rsidRPr="006D0601">
              <w:rPr>
                <w:sz w:val="14"/>
                <w:lang w:val="ru-RU"/>
              </w:rPr>
              <w:t>энергопереход</w:t>
            </w:r>
            <w:proofErr w:type="spellEnd"/>
            <w:r w:rsidRPr="006D0601">
              <w:rPr>
                <w:sz w:val="14"/>
                <w:lang w:val="ru-RU"/>
              </w:rPr>
              <w:t xml:space="preserve">, экономическая интеграция, международная хозяйственная </w:t>
            </w:r>
            <w:proofErr w:type="gramStart"/>
            <w:r w:rsidRPr="006D0601">
              <w:rPr>
                <w:sz w:val="14"/>
                <w:lang w:val="ru-RU"/>
              </w:rPr>
              <w:t>спец</w:t>
            </w:r>
            <w:proofErr w:type="gramEnd"/>
            <w:r w:rsidRPr="006D0601">
              <w:rPr>
                <w:sz w:val="14"/>
                <w:lang w:val="ru-RU"/>
              </w:rPr>
              <w:t>…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связывать понятия с картой, схемой и конкретным примером территории; использовать задания на сравнение объектов по нескольким признакам; о</w:t>
            </w:r>
            <w:r w:rsidRPr="006D0601">
              <w:rPr>
                <w:sz w:val="14"/>
                <w:lang w:val="ru-RU"/>
              </w:rPr>
              <w:t>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16 (1б)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30,2%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43,0%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65,9%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spellStart"/>
            <w:r w:rsidRPr="006D0601">
              <w:rPr>
                <w:sz w:val="14"/>
                <w:lang w:val="ru-RU"/>
              </w:rPr>
              <w:t>Сформированность</w:t>
            </w:r>
            <w:proofErr w:type="spellEnd"/>
            <w:r w:rsidRPr="006D0601">
              <w:rPr>
                <w:sz w:val="14"/>
                <w:lang w:val="ru-RU"/>
              </w:rPr>
              <w:t xml:space="preserve"> умения применять географические знания для объяснения изученных социально-экономических и </w:t>
            </w:r>
            <w:proofErr w:type="spellStart"/>
            <w:r w:rsidRPr="006D0601">
              <w:rPr>
                <w:sz w:val="14"/>
                <w:lang w:val="ru-RU"/>
              </w:rPr>
              <w:t>геоэкологических</w:t>
            </w:r>
            <w:proofErr w:type="spellEnd"/>
            <w:r w:rsidRPr="006D0601">
              <w:rPr>
                <w:sz w:val="14"/>
                <w:lang w:val="ru-RU"/>
              </w:rPr>
              <w:t xml:space="preserve"> процессов и явлений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связывать понятия с картой, схемой и конкретным примером территории; использовать задания на сравнение объектов по нескольким признакам; отдельно отрабатывать многошаговые задания повышенного уровня с комментированием с</w:t>
            </w:r>
            <w:r w:rsidRPr="006D0601">
              <w:rPr>
                <w:sz w:val="14"/>
                <w:lang w:val="ru-RU"/>
              </w:rPr>
              <w:t>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 (2б)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40,0%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44,4%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54,7%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80,7%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Владение географической терминологией и системой базовых географических понятий: различать понятия воспроизводство населения, демографическая политика, урбанизация, ложная урбанизация, </w:t>
            </w:r>
            <w:proofErr w:type="spellStart"/>
            <w:r w:rsidRPr="006D0601">
              <w:rPr>
                <w:sz w:val="14"/>
                <w:lang w:val="ru-RU"/>
              </w:rPr>
              <w:t>энергопереход</w:t>
            </w:r>
            <w:proofErr w:type="spellEnd"/>
            <w:r w:rsidRPr="006D0601">
              <w:rPr>
                <w:sz w:val="14"/>
                <w:lang w:val="ru-RU"/>
              </w:rPr>
              <w:t xml:space="preserve">, экономическая интеграция, международная хозяйственная </w:t>
            </w:r>
            <w:proofErr w:type="spellStart"/>
            <w:r w:rsidRPr="006D0601">
              <w:rPr>
                <w:sz w:val="14"/>
                <w:lang w:val="ru-RU"/>
              </w:rPr>
              <w:t>специ</w:t>
            </w:r>
            <w:proofErr w:type="spellEnd"/>
            <w:r w:rsidRPr="006D0601">
              <w:rPr>
                <w:sz w:val="14"/>
                <w:lang w:val="ru-RU"/>
              </w:rPr>
              <w:t>…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связывать понятия с картой, схемой и конкретным примером территории; использовать задания на сравнение объектов по нескольким признакам.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13 (1б)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40,0%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58,7%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45,8%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45,</w:t>
            </w:r>
            <w:r>
              <w:rPr>
                <w:sz w:val="14"/>
              </w:rPr>
              <w:t>3%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spellStart"/>
            <w:r w:rsidRPr="006D0601">
              <w:rPr>
                <w:sz w:val="14"/>
                <w:lang w:val="ru-RU"/>
              </w:rPr>
              <w:t>Сформированность</w:t>
            </w:r>
            <w:proofErr w:type="spellEnd"/>
            <w:r w:rsidRPr="006D0601">
              <w:rPr>
                <w:sz w:val="14"/>
                <w:lang w:val="ru-RU"/>
              </w:rPr>
              <w:t xml:space="preserve"> знаний об основных проблемах взаимодействия природы и общества, о природных и социально-экономических аспектах экологических проблем: описывать географические аспекты проблем взаимодействия природы и общества, различия в особенностях </w:t>
            </w:r>
            <w:proofErr w:type="gramStart"/>
            <w:r w:rsidRPr="006D0601">
              <w:rPr>
                <w:sz w:val="14"/>
                <w:lang w:val="ru-RU"/>
              </w:rPr>
              <w:t>пр</w:t>
            </w:r>
            <w:r w:rsidRPr="006D0601">
              <w:rPr>
                <w:sz w:val="14"/>
                <w:lang w:val="ru-RU"/>
              </w:rPr>
              <w:t>оявлен</w:t>
            </w:r>
            <w:proofErr w:type="gramEnd"/>
            <w:r w:rsidRPr="006D0601">
              <w:rPr>
                <w:sz w:val="14"/>
                <w:lang w:val="ru-RU"/>
              </w:rPr>
              <w:t>…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связывать понятия с картой, схемой и конкретным примером территории; использовать задания на сравнение объектов по нескольким признакам.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Default="000B6168">
      <w:pPr>
        <w:pStyle w:val="31"/>
      </w:pPr>
      <w:proofErr w:type="spellStart"/>
      <w:r>
        <w:t>Литература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850"/>
        <w:gridCol w:w="397"/>
        <w:gridCol w:w="938"/>
        <w:gridCol w:w="680"/>
        <w:gridCol w:w="680"/>
        <w:gridCol w:w="680"/>
        <w:gridCol w:w="680"/>
        <w:gridCol w:w="4082"/>
        <w:gridCol w:w="4762"/>
      </w:tblGrid>
      <w:tr w:rsidR="0070134D">
        <w:trPr>
          <w:tblHeader/>
          <w:jc w:val="center"/>
        </w:trPr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Задание</w:t>
            </w:r>
          </w:p>
        </w:tc>
        <w:tc>
          <w:tcPr>
            <w:tcW w:w="39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Дефицит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Школа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Район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ЧР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РФ</w:t>
            </w:r>
          </w:p>
        </w:tc>
        <w:tc>
          <w:tcPr>
            <w:tcW w:w="408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Проверяемое умение</w:t>
            </w:r>
          </w:p>
        </w:tc>
        <w:tc>
          <w:tcPr>
            <w:tcW w:w="476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9К3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32,3%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33,9%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58,8%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Овладение умением самостоятельного истолкования прочитанного в устной и письменной формах; раскрывать конкретно-историческое и общечеловеческое содержание литературных произведений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отрабатывать структуру письменного </w:t>
            </w:r>
            <w:r w:rsidRPr="006D0601">
              <w:rPr>
                <w:sz w:val="14"/>
                <w:lang w:val="ru-RU"/>
              </w:rPr>
              <w:t>ответа: тезис — доказательство — пример — вывод; проводить взаимопроверку по критериям и обязательное редактирование текста;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9К2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35,0%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39,2%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54,3%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Осознанное умение внимательно читать, понимать и самостоятельно интерпретировать художественный текст; овладение умением самостоятельного истолкования прочитанного в устной и письменной формах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отрабатывать структуру письменного ответа: те</w:t>
            </w:r>
            <w:r w:rsidRPr="006D0601">
              <w:rPr>
                <w:sz w:val="14"/>
                <w:lang w:val="ru-RU"/>
              </w:rPr>
              <w:t>зис — доказательство — пример — вывод; проводить взаимопроверку по критериям и обязательное редактирование текста;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9К4 (1б)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41,5%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46,8%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73,2%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Овладение умением самостоятельного истолкования прочитанного в устной и письменной формах; редактировать и совершенствовать собственные письменные высказывания с учетом норм русского литературного языка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отрабатывать структуру письменного ответа: </w:t>
            </w:r>
            <w:r w:rsidRPr="006D0601">
              <w:rPr>
                <w:sz w:val="14"/>
                <w:lang w:val="ru-RU"/>
              </w:rPr>
              <w:t>тезис — доказательство — пример — вывод; проводить взаимопроверку по критериям и обязательное редактирование текста;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8К2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51,9%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57,7%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64,9%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Умение эмоционально откликаться на прочитанное, выражать личное отношение к нему, передавать читательские впечатления; овладение умением самостоятельного истолкования прочитанного в устной и письменной формах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отрабатывать структуру письменного </w:t>
            </w:r>
            <w:r w:rsidRPr="006D0601">
              <w:rPr>
                <w:sz w:val="14"/>
                <w:lang w:val="ru-RU"/>
              </w:rPr>
              <w:t>ответа: тезис — доказательство — пример — вывод; проводить взаимопроверку по критериям и обязательное редактирование текста.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8К3 (1б)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69,2%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73,8%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84,9%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Овладение умением самостоятельного истолкования прочитанного в устной и письменной </w:t>
            </w:r>
            <w:r w:rsidRPr="006D0601">
              <w:rPr>
                <w:sz w:val="14"/>
                <w:lang w:val="ru-RU"/>
              </w:rPr>
              <w:t>формах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отрабатывать структуру письменного ответа: тезис — доказательство — пример — вывод; проводить взаимопроверку по критериям и обязательное редактирование текста.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9К1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45,8%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49,6%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67,2%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spellStart"/>
            <w:r w:rsidRPr="006D0601">
              <w:rPr>
                <w:sz w:val="14"/>
                <w:lang w:val="ru-RU"/>
              </w:rPr>
              <w:t>Сформированность</w:t>
            </w:r>
            <w:proofErr w:type="spellEnd"/>
            <w:r w:rsidRPr="006D0601">
              <w:rPr>
                <w:sz w:val="14"/>
                <w:lang w:val="ru-RU"/>
              </w:rPr>
              <w:t xml:space="preserve"> устойчивого интереса к чтению как средству познания </w:t>
            </w:r>
            <w:proofErr w:type="gramStart"/>
            <w:r w:rsidRPr="006D0601">
              <w:rPr>
                <w:sz w:val="14"/>
                <w:lang w:val="ru-RU"/>
              </w:rPr>
              <w:t>отечественной</w:t>
            </w:r>
            <w:proofErr w:type="gramEnd"/>
            <w:r w:rsidRPr="006D0601">
              <w:rPr>
                <w:sz w:val="14"/>
                <w:lang w:val="ru-RU"/>
              </w:rPr>
              <w:t xml:space="preserve"> и других культур, уважительного отношения к ним; осознанное умение внимательно читать, понимать и самостоятельно интерпретировать художественный </w:t>
            </w:r>
            <w:r w:rsidRPr="006D0601">
              <w:rPr>
                <w:sz w:val="14"/>
                <w:lang w:val="ru-RU"/>
              </w:rPr>
              <w:lastRenderedPageBreak/>
              <w:t>текст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lastRenderedPageBreak/>
              <w:t>ввести читательские дн</w:t>
            </w:r>
            <w:r w:rsidRPr="006D0601">
              <w:rPr>
                <w:sz w:val="14"/>
                <w:lang w:val="ru-RU"/>
              </w:rPr>
              <w:t xml:space="preserve">евники и задания на интерпретацию; проводить мини-сочинения по </w:t>
            </w:r>
            <w:proofErr w:type="gramStart"/>
            <w:r w:rsidRPr="006D0601">
              <w:rPr>
                <w:sz w:val="14"/>
                <w:lang w:val="ru-RU"/>
              </w:rPr>
              <w:t>прочитанному</w:t>
            </w:r>
            <w:proofErr w:type="gramEnd"/>
            <w:r w:rsidRPr="006D0601">
              <w:rPr>
                <w:sz w:val="14"/>
                <w:lang w:val="ru-RU"/>
              </w:rPr>
              <w:t xml:space="preserve"> с разбором образца;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lastRenderedPageBreak/>
              <w:t>5К5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25,0%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49,2%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57,6%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67,9%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spellStart"/>
            <w:r w:rsidRPr="006D0601">
              <w:rPr>
                <w:sz w:val="14"/>
                <w:lang w:val="ru-RU"/>
              </w:rPr>
              <w:t>Сформированность</w:t>
            </w:r>
            <w:proofErr w:type="spellEnd"/>
            <w:r w:rsidRPr="006D0601">
              <w:rPr>
                <w:sz w:val="14"/>
                <w:lang w:val="ru-RU"/>
              </w:rPr>
              <w:t xml:space="preserve"> умений определять и учитывать историко-культурный контекст и конте</w:t>
            </w:r>
            <w:proofErr w:type="gramStart"/>
            <w:r w:rsidRPr="006D0601">
              <w:rPr>
                <w:sz w:val="14"/>
                <w:lang w:val="ru-RU"/>
              </w:rPr>
              <w:t>кст тв</w:t>
            </w:r>
            <w:proofErr w:type="gramEnd"/>
            <w:r w:rsidRPr="006D0601">
              <w:rPr>
                <w:sz w:val="14"/>
                <w:lang w:val="ru-RU"/>
              </w:rPr>
              <w:t xml:space="preserve">орчества писателя в процессе анализа художественных текстов; раскрывать конкретно-историческое и общечеловеческое содержание литературных произведений; способность </w:t>
            </w:r>
            <w:proofErr w:type="spellStart"/>
            <w:r w:rsidRPr="006D0601">
              <w:rPr>
                <w:sz w:val="14"/>
                <w:lang w:val="ru-RU"/>
              </w:rPr>
              <w:t>выя</w:t>
            </w:r>
            <w:r w:rsidRPr="006D0601">
              <w:rPr>
                <w:sz w:val="14"/>
                <w:lang w:val="ru-RU"/>
              </w:rPr>
              <w:t>вля</w:t>
            </w:r>
            <w:proofErr w:type="spellEnd"/>
            <w:r w:rsidRPr="006D0601">
              <w:rPr>
                <w:sz w:val="14"/>
                <w:lang w:val="ru-RU"/>
              </w:rPr>
              <w:t>…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отрабатывать структуру письменного ответа: тезис — доказательство — пример — вывод; проводить взаимопроверку по критериям и обязательное редактирование текста; отдельно отрабатывать многошаговые задания повышенного уровня с комментированием стратегии </w:t>
            </w:r>
            <w:r w:rsidRPr="006D0601">
              <w:rPr>
                <w:sz w:val="14"/>
                <w:lang w:val="ru-RU"/>
              </w:rPr>
              <w:t>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5К4 (2б)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30,0%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49,2%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55,9%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62,6%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spellStart"/>
            <w:r w:rsidRPr="006D0601">
              <w:rPr>
                <w:sz w:val="14"/>
                <w:lang w:val="ru-RU"/>
              </w:rPr>
              <w:t>Сформированность</w:t>
            </w:r>
            <w:proofErr w:type="spellEnd"/>
            <w:r w:rsidRPr="006D0601">
              <w:rPr>
                <w:sz w:val="14"/>
                <w:lang w:val="ru-RU"/>
              </w:rPr>
              <w:t xml:space="preserve"> умений определять и учитывать историко-культурный контекст и конте</w:t>
            </w:r>
            <w:proofErr w:type="gramStart"/>
            <w:r w:rsidRPr="006D0601">
              <w:rPr>
                <w:sz w:val="14"/>
                <w:lang w:val="ru-RU"/>
              </w:rPr>
              <w:t>кст тв</w:t>
            </w:r>
            <w:proofErr w:type="gramEnd"/>
            <w:r w:rsidRPr="006D0601">
              <w:rPr>
                <w:sz w:val="14"/>
                <w:lang w:val="ru-RU"/>
              </w:rPr>
              <w:t xml:space="preserve">орчества писателя в процессе анализа художественных текстов; раскрывать конкретно-историческое и </w:t>
            </w:r>
            <w:r w:rsidRPr="006D0601">
              <w:rPr>
                <w:sz w:val="14"/>
                <w:lang w:val="ru-RU"/>
              </w:rPr>
              <w:t xml:space="preserve">общечеловеческое содержание литературных произведений; способность </w:t>
            </w:r>
            <w:proofErr w:type="spellStart"/>
            <w:r w:rsidRPr="006D0601">
              <w:rPr>
                <w:sz w:val="14"/>
                <w:lang w:val="ru-RU"/>
              </w:rPr>
              <w:t>выявля</w:t>
            </w:r>
            <w:proofErr w:type="spellEnd"/>
            <w:r w:rsidRPr="006D0601">
              <w:rPr>
                <w:sz w:val="14"/>
                <w:lang w:val="ru-RU"/>
              </w:rPr>
              <w:t>…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отрабатывать структуру письменного ответа: тезис — доказательство — пример — вывод; проводить взаимопроверку по критериям и обязательное редактирование текста; отдельно отрабатывать</w:t>
            </w:r>
            <w:r w:rsidRPr="006D0601">
              <w:rPr>
                <w:sz w:val="14"/>
                <w:lang w:val="ru-RU"/>
              </w:rPr>
              <w:t xml:space="preserve">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5К3 (2б)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35,0%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55,0%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62,9%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67,9%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proofErr w:type="spellStart"/>
            <w:r w:rsidRPr="006D0601">
              <w:rPr>
                <w:sz w:val="14"/>
                <w:lang w:val="ru-RU"/>
              </w:rPr>
              <w:t>Сформированность</w:t>
            </w:r>
            <w:proofErr w:type="spellEnd"/>
            <w:r w:rsidRPr="006D0601">
              <w:rPr>
                <w:sz w:val="14"/>
                <w:lang w:val="ru-RU"/>
              </w:rPr>
              <w:t xml:space="preserve"> умений определять и учитывать историко-культурный контекст и конте</w:t>
            </w:r>
            <w:proofErr w:type="gramStart"/>
            <w:r w:rsidRPr="006D0601">
              <w:rPr>
                <w:sz w:val="14"/>
                <w:lang w:val="ru-RU"/>
              </w:rPr>
              <w:t>кст тв</w:t>
            </w:r>
            <w:proofErr w:type="gramEnd"/>
            <w:r w:rsidRPr="006D0601">
              <w:rPr>
                <w:sz w:val="14"/>
                <w:lang w:val="ru-RU"/>
              </w:rPr>
              <w:t xml:space="preserve">орчества писателя в процессе анализа </w:t>
            </w:r>
            <w:r w:rsidRPr="006D0601">
              <w:rPr>
                <w:sz w:val="14"/>
                <w:lang w:val="ru-RU"/>
              </w:rPr>
              <w:t xml:space="preserve">художественных текстов; раскрывать конкретно-историческое и общечеловеческое содержание литературных произведений; способность </w:t>
            </w:r>
            <w:proofErr w:type="spellStart"/>
            <w:r w:rsidRPr="006D0601">
              <w:rPr>
                <w:sz w:val="14"/>
                <w:lang w:val="ru-RU"/>
              </w:rPr>
              <w:t>выявля</w:t>
            </w:r>
            <w:proofErr w:type="spellEnd"/>
            <w:r w:rsidRPr="006D0601">
              <w:rPr>
                <w:sz w:val="14"/>
                <w:lang w:val="ru-RU"/>
              </w:rPr>
              <w:t>…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отрабатывать структуру письменного ответа: тезис — доказательство — пример — вывод; проводить взаимопроверку по критериям</w:t>
            </w:r>
            <w:r w:rsidRPr="006D0601">
              <w:rPr>
                <w:sz w:val="14"/>
                <w:lang w:val="ru-RU"/>
              </w:rPr>
              <w:t xml:space="preserve"> и обязательное редактирование текста;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5К6 (1б)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40,0%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62,3%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76,5%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87,2%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Иметь устойчивые навыки устной и письменной речи в процессе чтения и </w:t>
            </w:r>
            <w:proofErr w:type="gramStart"/>
            <w:r w:rsidRPr="006D0601">
              <w:rPr>
                <w:sz w:val="14"/>
                <w:lang w:val="ru-RU"/>
              </w:rPr>
              <w:t>о</w:t>
            </w:r>
            <w:r w:rsidRPr="006D0601">
              <w:rPr>
                <w:sz w:val="14"/>
                <w:lang w:val="ru-RU"/>
              </w:rPr>
              <w:t>бсуждения</w:t>
            </w:r>
            <w:proofErr w:type="gramEnd"/>
            <w:r w:rsidRPr="006D0601">
              <w:rPr>
                <w:sz w:val="14"/>
                <w:lang w:val="ru-RU"/>
              </w:rPr>
              <w:t xml:space="preserve"> лучших образцов отечественной и зарубежной литературы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отрабатывать структуру письменного ответа: тезис — доказательство — пример — вывод; проводить взаимопроверку по критериям и обязательное редактирование текста; отдельно отрабатывать многошагов</w:t>
            </w:r>
            <w:r w:rsidRPr="006D0601">
              <w:rPr>
                <w:sz w:val="14"/>
                <w:lang w:val="ru-RU"/>
              </w:rPr>
              <w:t>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8К1 (2б)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40,0%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63,5%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66,5%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75,3%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Осмысление художественной картины жизни, созданной автором в литературном произведении, в единстве эмоционального личностного восприятия и </w:t>
            </w:r>
            <w:r w:rsidRPr="006D0601">
              <w:rPr>
                <w:sz w:val="14"/>
                <w:lang w:val="ru-RU"/>
              </w:rPr>
              <w:t>интеллектуального понимания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учить сопоставлять поступок героя, авторскую позицию и художественную деталь; использовать вопросы высокого уровня и письменное доказательство цитатой.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Default="000B6168">
      <w:pPr>
        <w:pStyle w:val="31"/>
      </w:pPr>
      <w:proofErr w:type="spellStart"/>
      <w:r>
        <w:t>Математика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850"/>
        <w:gridCol w:w="397"/>
        <w:gridCol w:w="938"/>
        <w:gridCol w:w="680"/>
        <w:gridCol w:w="680"/>
        <w:gridCol w:w="680"/>
        <w:gridCol w:w="680"/>
        <w:gridCol w:w="4082"/>
        <w:gridCol w:w="4762"/>
      </w:tblGrid>
      <w:tr w:rsidR="0070134D">
        <w:trPr>
          <w:tblHeader/>
          <w:jc w:val="center"/>
        </w:trPr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Задание</w:t>
            </w:r>
          </w:p>
        </w:tc>
        <w:tc>
          <w:tcPr>
            <w:tcW w:w="39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Ур.</w:t>
            </w:r>
          </w:p>
        </w:tc>
        <w:tc>
          <w:tcPr>
            <w:tcW w:w="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Дефицит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Школа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Район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ЧР</w:t>
            </w:r>
          </w:p>
        </w:tc>
        <w:tc>
          <w:tcPr>
            <w:tcW w:w="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РФ</w:t>
            </w:r>
          </w:p>
        </w:tc>
        <w:tc>
          <w:tcPr>
            <w:tcW w:w="408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Проверяемое умение</w:t>
            </w:r>
          </w:p>
        </w:tc>
        <w:tc>
          <w:tcPr>
            <w:tcW w:w="476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Адресная рекомендация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17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П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18,1%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17,9%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36,1%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</w:t>
            </w:r>
            <w:r w:rsidRPr="006D0601">
              <w:rPr>
                <w:sz w:val="14"/>
                <w:lang w:val="ru-RU"/>
              </w:rPr>
              <w:t>случайными событиями, находить и сравнивать вероятности событий в изученных сл…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учить переводить условие в схему, таблицу или краткую запись и проверять смысл полученного ответа; разбирать типичные ошибочные стратегии и давать аналогичное задание для повто</w:t>
            </w:r>
            <w:r w:rsidRPr="006D0601">
              <w:rPr>
                <w:sz w:val="14"/>
                <w:lang w:val="ru-RU"/>
              </w:rPr>
              <w:t>рного выполнения; отдельно отрабатывать многошаговые задания повышенного уровня с комментированием стратегии решения.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16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18,9%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12,1%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13,6%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Решать задачи на нахождение геометрических величин по образцам или алгоритмам, применяя </w:t>
            </w:r>
            <w:r w:rsidRPr="006D0601">
              <w:rPr>
                <w:sz w:val="14"/>
                <w:lang w:val="ru-RU"/>
              </w:rPr>
              <w:t xml:space="preserve">известные аналитические методы при решении стандартных математических задач на вычисление расстояний между двумя точками, от точки до прямой, от точки до плоскости, </w:t>
            </w:r>
            <w:proofErr w:type="gramStart"/>
            <w:r w:rsidRPr="006D0601">
              <w:rPr>
                <w:sz w:val="14"/>
                <w:lang w:val="ru-RU"/>
              </w:rPr>
              <w:t>между</w:t>
            </w:r>
            <w:proofErr w:type="gramEnd"/>
            <w:r w:rsidRPr="006D0601">
              <w:rPr>
                <w:sz w:val="14"/>
                <w:lang w:val="ru-RU"/>
              </w:rPr>
              <w:t>…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учить переводить условие в схему, таблицу или краткую запись и проверять смысл получ</w:t>
            </w:r>
            <w:r w:rsidRPr="006D0601">
              <w:rPr>
                <w:sz w:val="14"/>
                <w:lang w:val="ru-RU"/>
              </w:rPr>
              <w:t>енного ответа; разбирать типичные ошибочные стратегии и давать аналогичное задание для повторного выполнения.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11 (1б)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20,0%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55,5%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62,0%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67,5%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Применять полученные знания на практике: анализировать реальные ситуации и применять изученные </w:t>
            </w:r>
            <w:r w:rsidRPr="006D0601">
              <w:rPr>
                <w:sz w:val="14"/>
                <w:lang w:val="ru-RU"/>
              </w:rPr>
              <w:t xml:space="preserve">понятия в процессе поиска решения математически сформулированной проблемы; моделировать реальные ситуации на языке геометрии; исследовать построенные модели с </w:t>
            </w:r>
            <w:proofErr w:type="spellStart"/>
            <w:r w:rsidRPr="006D0601">
              <w:rPr>
                <w:sz w:val="14"/>
                <w:lang w:val="ru-RU"/>
              </w:rPr>
              <w:t>испол</w:t>
            </w:r>
            <w:proofErr w:type="spellEnd"/>
            <w:r w:rsidRPr="006D0601">
              <w:rPr>
                <w:sz w:val="14"/>
                <w:lang w:val="ru-RU"/>
              </w:rPr>
              <w:t>…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учить переводить условие в схему, таблицу или краткую запись и проверять смысл полученного</w:t>
            </w:r>
            <w:r w:rsidRPr="006D0601">
              <w:rPr>
                <w:sz w:val="14"/>
                <w:lang w:val="ru-RU"/>
              </w:rPr>
              <w:t xml:space="preserve"> ответа; разбирать типичные ошибочные стратегии и давать аналогичное задание для повторного выполнения.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15 (2б)</w:t>
            </w:r>
          </w:p>
        </w:tc>
        <w:tc>
          <w:tcPr>
            <w:tcW w:w="39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25,0%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20,3%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13,0%</w:t>
            </w:r>
          </w:p>
        </w:tc>
        <w:tc>
          <w:tcPr>
            <w:tcW w:w="68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7,8%</w:t>
            </w:r>
          </w:p>
        </w:tc>
        <w:tc>
          <w:tcPr>
            <w:tcW w:w="40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Использовать графики функций для решения уравнений. Строить и читать графики линейной функции, </w:t>
            </w:r>
            <w:r w:rsidRPr="006D0601">
              <w:rPr>
                <w:sz w:val="14"/>
                <w:lang w:val="ru-RU"/>
              </w:rPr>
              <w:t>квадратичной функции, степенной функции с целым показателем</w:t>
            </w:r>
          </w:p>
        </w:tc>
        <w:tc>
          <w:tcPr>
            <w:tcW w:w="476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закрепить алгоритмы преобразования выражений и решения уравнений; обязать обучающихся выполнять проверку подстановкой и проговаривать каждый шаг.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lastRenderedPageBreak/>
              <w:t>10 (1б)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30,0%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60,1%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61,1%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69,4%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закрепить алгоритмы преобразования выражений и решения уравнений; обязать обучающихся выполнять проверку подстановкой и проговаривать каждый шаг.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14 (2б)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</w:t>
            </w:r>
            <w:r>
              <w:rPr>
                <w:sz w:val="14"/>
              </w:rPr>
              <w:t>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30,0%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38,0%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28,2%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39,2%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закрепить алгоритмы преобразования выражений и решения уравнений; обязать</w:t>
            </w:r>
            <w:r w:rsidRPr="006D0601">
              <w:rPr>
                <w:sz w:val="14"/>
                <w:lang w:val="ru-RU"/>
              </w:rPr>
              <w:t xml:space="preserve"> обучающихся выполнять проверку подстановкой и проговаривать каждый шаг.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13 (2б)</w:t>
            </w:r>
          </w:p>
        </w:tc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35,0%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36,6%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28,3%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30,8%</w:t>
            </w: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закрепить алгоритмы преобразования выражений </w:t>
            </w:r>
            <w:r w:rsidRPr="006D0601">
              <w:rPr>
                <w:sz w:val="14"/>
                <w:lang w:val="ru-RU"/>
              </w:rPr>
              <w:t>и решения уравнений; обязать обучающихся выполнять проверку подстановкой и проговаривать каждый шаг.</w:t>
            </w:r>
          </w:p>
        </w:tc>
      </w:tr>
      <w:tr w:rsidR="0070134D" w:rsidRPr="006D0601">
        <w:trPr>
          <w:jc w:val="center"/>
        </w:trPr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12 (1б)</w:t>
            </w:r>
          </w:p>
        </w:tc>
        <w:tc>
          <w:tcPr>
            <w:tcW w:w="39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85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40,0%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53,0%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55,1%</w:t>
            </w:r>
          </w:p>
        </w:tc>
        <w:tc>
          <w:tcPr>
            <w:tcW w:w="68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69,8%</w:t>
            </w:r>
          </w:p>
        </w:tc>
        <w:tc>
          <w:tcPr>
            <w:tcW w:w="40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Оперировать понятиями: параллельность и перпендикулярность прямых и плоскостей. Классифицировать взаимное </w:t>
            </w:r>
            <w:r w:rsidRPr="006D0601">
              <w:rPr>
                <w:sz w:val="14"/>
                <w:lang w:val="ru-RU"/>
              </w:rPr>
              <w:t xml:space="preserve">расположение прямых и плоскостей в пространстве. Оперировать понятиями: двугранный угол, грани двугранного угла, ребро двугранного угла, линейный угол </w:t>
            </w:r>
            <w:proofErr w:type="spellStart"/>
            <w:r w:rsidRPr="006D0601">
              <w:rPr>
                <w:sz w:val="14"/>
                <w:lang w:val="ru-RU"/>
              </w:rPr>
              <w:t>дв</w:t>
            </w:r>
            <w:proofErr w:type="spellEnd"/>
            <w:r w:rsidRPr="006D0601">
              <w:rPr>
                <w:sz w:val="14"/>
                <w:lang w:val="ru-RU"/>
              </w:rPr>
              <w:t>…</w:t>
            </w:r>
          </w:p>
        </w:tc>
        <w:tc>
          <w:tcPr>
            <w:tcW w:w="476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включить геометрический практикум с чертежом, измерением и обоснованием формулы; отрабатывать чтение </w:t>
            </w:r>
            <w:r w:rsidRPr="006D0601">
              <w:rPr>
                <w:sz w:val="14"/>
                <w:lang w:val="ru-RU"/>
              </w:rPr>
              <w:t>рисунка и пошаговую проверку вычислений.</w:t>
            </w:r>
          </w:p>
        </w:tc>
      </w:tr>
    </w:tbl>
    <w:p w:rsidR="0070134D" w:rsidRPr="006D0601" w:rsidRDefault="0070134D">
      <w:pPr>
        <w:spacing w:after="0"/>
        <w:rPr>
          <w:lang w:val="ru-RU"/>
        </w:rPr>
      </w:pPr>
    </w:p>
    <w:p w:rsidR="0070134D" w:rsidRDefault="000B6168">
      <w:pPr>
        <w:pStyle w:val="31"/>
      </w:pPr>
      <w:proofErr w:type="spellStart"/>
      <w:r>
        <w:t>Русский</w:t>
      </w:r>
      <w:proofErr w:type="spellEnd"/>
      <w:r>
        <w:t xml:space="preserve"> </w:t>
      </w:r>
      <w:proofErr w:type="spellStart"/>
      <w:r>
        <w:t>язык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777"/>
        <w:gridCol w:w="382"/>
        <w:gridCol w:w="938"/>
        <w:gridCol w:w="648"/>
        <w:gridCol w:w="624"/>
        <w:gridCol w:w="614"/>
        <w:gridCol w:w="614"/>
        <w:gridCol w:w="3030"/>
        <w:gridCol w:w="3393"/>
      </w:tblGrid>
      <w:tr w:rsidR="0070134D" w:rsidTr="006D0601">
        <w:trPr>
          <w:tblHeader/>
          <w:jc w:val="center"/>
        </w:trPr>
        <w:tc>
          <w:tcPr>
            <w:tcW w:w="77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Задание</w:t>
            </w:r>
          </w:p>
        </w:tc>
        <w:tc>
          <w:tcPr>
            <w:tcW w:w="38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Ур.</w:t>
            </w:r>
          </w:p>
        </w:tc>
        <w:tc>
          <w:tcPr>
            <w:tcW w:w="938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Дефицит</w:t>
            </w:r>
          </w:p>
        </w:tc>
        <w:tc>
          <w:tcPr>
            <w:tcW w:w="648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Школа</w:t>
            </w:r>
          </w:p>
        </w:tc>
        <w:tc>
          <w:tcPr>
            <w:tcW w:w="62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Район</w:t>
            </w:r>
          </w:p>
        </w:tc>
        <w:tc>
          <w:tcPr>
            <w:tcW w:w="61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ЧР</w:t>
            </w:r>
          </w:p>
        </w:tc>
        <w:tc>
          <w:tcPr>
            <w:tcW w:w="61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РФ</w:t>
            </w:r>
          </w:p>
        </w:tc>
        <w:tc>
          <w:tcPr>
            <w:tcW w:w="303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Проверяемое умение</w:t>
            </w:r>
          </w:p>
        </w:tc>
        <w:tc>
          <w:tcPr>
            <w:tcW w:w="3393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14"/>
              </w:rPr>
              <w:t>Адресная рекомендация</w:t>
            </w:r>
          </w:p>
        </w:tc>
      </w:tr>
      <w:tr w:rsidR="0070134D" w:rsidRPr="006D0601" w:rsidTr="006D0601">
        <w:trPr>
          <w:jc w:val="center"/>
        </w:trPr>
        <w:tc>
          <w:tcPr>
            <w:tcW w:w="77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10К4 (1б)</w:t>
            </w:r>
          </w:p>
        </w:tc>
        <w:tc>
          <w:tcPr>
            <w:tcW w:w="3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938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48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0,0%</w:t>
            </w:r>
          </w:p>
        </w:tc>
        <w:tc>
          <w:tcPr>
            <w:tcW w:w="624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35,4%</w:t>
            </w:r>
          </w:p>
        </w:tc>
        <w:tc>
          <w:tcPr>
            <w:tcW w:w="614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36,3%</w:t>
            </w:r>
          </w:p>
        </w:tc>
        <w:tc>
          <w:tcPr>
            <w:tcW w:w="614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57,4%</w:t>
            </w:r>
          </w:p>
        </w:tc>
        <w:tc>
          <w:tcPr>
            <w:tcW w:w="303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Понимать, анализировать и комментировать основную и дополнительную, явную</w:t>
            </w:r>
            <w:r w:rsidRPr="006D0601">
              <w:rPr>
                <w:sz w:val="14"/>
                <w:lang w:val="ru-RU"/>
              </w:rPr>
              <w:t xml:space="preserve"> и скрытую (</w:t>
            </w:r>
            <w:proofErr w:type="spellStart"/>
            <w:r w:rsidRPr="006D0601">
              <w:rPr>
                <w:sz w:val="14"/>
                <w:lang w:val="ru-RU"/>
              </w:rPr>
              <w:t>подтекстовую</w:t>
            </w:r>
            <w:proofErr w:type="spellEnd"/>
            <w:r w:rsidRPr="006D0601">
              <w:rPr>
                <w:sz w:val="14"/>
                <w:lang w:val="ru-RU"/>
              </w:rPr>
              <w:t xml:space="preserve">) информацию текстов, воспринимаемых зрительно; создавать письменный текст в соответствии с коммуникативной задачей; соблюдать на письме нормы </w:t>
            </w:r>
            <w:proofErr w:type="gramStart"/>
            <w:r w:rsidRPr="006D0601">
              <w:rPr>
                <w:sz w:val="14"/>
                <w:lang w:val="ru-RU"/>
              </w:rPr>
              <w:t>современного</w:t>
            </w:r>
            <w:proofErr w:type="gramEnd"/>
            <w:r w:rsidRPr="006D0601">
              <w:rPr>
                <w:sz w:val="14"/>
                <w:lang w:val="ru-RU"/>
              </w:rPr>
              <w:t xml:space="preserve"> </w:t>
            </w:r>
            <w:proofErr w:type="spellStart"/>
            <w:r w:rsidRPr="006D0601">
              <w:rPr>
                <w:sz w:val="14"/>
                <w:lang w:val="ru-RU"/>
              </w:rPr>
              <w:t>русско</w:t>
            </w:r>
            <w:proofErr w:type="spellEnd"/>
            <w:r w:rsidRPr="006D0601">
              <w:rPr>
                <w:sz w:val="14"/>
                <w:lang w:val="ru-RU"/>
              </w:rPr>
              <w:t>…</w:t>
            </w:r>
          </w:p>
        </w:tc>
        <w:tc>
          <w:tcPr>
            <w:tcW w:w="3393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отрабатывать смысловое чтение: тема, главная мысль, </w:t>
            </w:r>
            <w:proofErr w:type="spellStart"/>
            <w:r w:rsidRPr="006D0601">
              <w:rPr>
                <w:sz w:val="14"/>
                <w:lang w:val="ru-RU"/>
              </w:rPr>
              <w:t>микротемы</w:t>
            </w:r>
            <w:proofErr w:type="spellEnd"/>
            <w:r w:rsidRPr="006D0601">
              <w:rPr>
                <w:sz w:val="14"/>
                <w:lang w:val="ru-RU"/>
              </w:rPr>
              <w:t xml:space="preserve">, план </w:t>
            </w:r>
            <w:r w:rsidRPr="006D0601">
              <w:rPr>
                <w:sz w:val="14"/>
                <w:lang w:val="ru-RU"/>
              </w:rPr>
              <w:t>и вопросы к тексту; использовать короткие тексты с обязательным письменным обоснованием ответа.</w:t>
            </w:r>
          </w:p>
        </w:tc>
      </w:tr>
      <w:tr w:rsidR="0070134D" w:rsidRPr="006D0601" w:rsidTr="006D0601">
        <w:trPr>
          <w:jc w:val="center"/>
        </w:trPr>
        <w:tc>
          <w:tcPr>
            <w:tcW w:w="77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10К3 (2б)</w:t>
            </w:r>
          </w:p>
        </w:tc>
        <w:tc>
          <w:tcPr>
            <w:tcW w:w="3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938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48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15,0%</w:t>
            </w:r>
          </w:p>
        </w:tc>
        <w:tc>
          <w:tcPr>
            <w:tcW w:w="624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30,6%</w:t>
            </w:r>
          </w:p>
        </w:tc>
        <w:tc>
          <w:tcPr>
            <w:tcW w:w="614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30,1%</w:t>
            </w:r>
          </w:p>
        </w:tc>
        <w:tc>
          <w:tcPr>
            <w:tcW w:w="614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63,5%</w:t>
            </w:r>
          </w:p>
        </w:tc>
        <w:tc>
          <w:tcPr>
            <w:tcW w:w="303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Понимать, анализировать и комментировать основную и дополнительную, явную и скрытую (</w:t>
            </w:r>
            <w:proofErr w:type="spellStart"/>
            <w:r w:rsidRPr="006D0601">
              <w:rPr>
                <w:sz w:val="14"/>
                <w:lang w:val="ru-RU"/>
              </w:rPr>
              <w:t>подтекстовую</w:t>
            </w:r>
            <w:proofErr w:type="spellEnd"/>
            <w:r w:rsidRPr="006D0601">
              <w:rPr>
                <w:sz w:val="14"/>
                <w:lang w:val="ru-RU"/>
              </w:rPr>
              <w:t xml:space="preserve">) информацию </w:t>
            </w:r>
            <w:r w:rsidRPr="006D0601">
              <w:rPr>
                <w:sz w:val="14"/>
                <w:lang w:val="ru-RU"/>
              </w:rPr>
              <w:t xml:space="preserve">текстов, воспринимаемых зрительно; создавать письменный текст в соответствии с коммуникативной задачей; соблюдать на письме нормы </w:t>
            </w:r>
            <w:proofErr w:type="gramStart"/>
            <w:r w:rsidRPr="006D0601">
              <w:rPr>
                <w:sz w:val="14"/>
                <w:lang w:val="ru-RU"/>
              </w:rPr>
              <w:t>современного</w:t>
            </w:r>
            <w:proofErr w:type="gramEnd"/>
            <w:r w:rsidRPr="006D0601">
              <w:rPr>
                <w:sz w:val="14"/>
                <w:lang w:val="ru-RU"/>
              </w:rPr>
              <w:t xml:space="preserve"> </w:t>
            </w:r>
            <w:proofErr w:type="spellStart"/>
            <w:r w:rsidRPr="006D0601">
              <w:rPr>
                <w:sz w:val="14"/>
                <w:lang w:val="ru-RU"/>
              </w:rPr>
              <w:t>русско</w:t>
            </w:r>
            <w:proofErr w:type="spellEnd"/>
            <w:r w:rsidRPr="006D0601">
              <w:rPr>
                <w:sz w:val="14"/>
                <w:lang w:val="ru-RU"/>
              </w:rPr>
              <w:t>…</w:t>
            </w:r>
          </w:p>
        </w:tc>
        <w:tc>
          <w:tcPr>
            <w:tcW w:w="3393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отрабатывать смысловое чтение: тема, главная мысль, </w:t>
            </w:r>
            <w:proofErr w:type="spellStart"/>
            <w:r w:rsidRPr="006D0601">
              <w:rPr>
                <w:sz w:val="14"/>
                <w:lang w:val="ru-RU"/>
              </w:rPr>
              <w:t>микротемы</w:t>
            </w:r>
            <w:proofErr w:type="spellEnd"/>
            <w:r w:rsidRPr="006D0601">
              <w:rPr>
                <w:sz w:val="14"/>
                <w:lang w:val="ru-RU"/>
              </w:rPr>
              <w:t>, план и вопросы к тексту; использовать коро</w:t>
            </w:r>
            <w:r w:rsidRPr="006D0601">
              <w:rPr>
                <w:sz w:val="14"/>
                <w:lang w:val="ru-RU"/>
              </w:rPr>
              <w:t>ткие тексты с обязательным письменным обоснованием ответа.</w:t>
            </w:r>
          </w:p>
        </w:tc>
      </w:tr>
      <w:tr w:rsidR="0070134D" w:rsidRPr="006D0601" w:rsidTr="006D0601">
        <w:trPr>
          <w:jc w:val="center"/>
        </w:trPr>
        <w:tc>
          <w:tcPr>
            <w:tcW w:w="777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10К2 (2б)</w:t>
            </w:r>
          </w:p>
        </w:tc>
        <w:tc>
          <w:tcPr>
            <w:tcW w:w="382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938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Критический</w:t>
            </w:r>
          </w:p>
        </w:tc>
        <w:tc>
          <w:tcPr>
            <w:tcW w:w="648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20,0%</w:t>
            </w:r>
          </w:p>
        </w:tc>
        <w:tc>
          <w:tcPr>
            <w:tcW w:w="624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33,9%</w:t>
            </w:r>
          </w:p>
        </w:tc>
        <w:tc>
          <w:tcPr>
            <w:tcW w:w="614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36,2%</w:t>
            </w:r>
          </w:p>
        </w:tc>
        <w:tc>
          <w:tcPr>
            <w:tcW w:w="614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70,9%</w:t>
            </w:r>
          </w:p>
        </w:tc>
        <w:tc>
          <w:tcPr>
            <w:tcW w:w="3030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Понимать, анализировать и комментировать основную и дополнительную, явную и скрытую (</w:t>
            </w:r>
            <w:proofErr w:type="spellStart"/>
            <w:r w:rsidRPr="006D0601">
              <w:rPr>
                <w:sz w:val="14"/>
                <w:lang w:val="ru-RU"/>
              </w:rPr>
              <w:t>подтекстовую</w:t>
            </w:r>
            <w:proofErr w:type="spellEnd"/>
            <w:r w:rsidRPr="006D0601">
              <w:rPr>
                <w:sz w:val="14"/>
                <w:lang w:val="ru-RU"/>
              </w:rPr>
              <w:t xml:space="preserve">) информацию текстов, воспринимаемых зрительно; </w:t>
            </w:r>
            <w:r w:rsidRPr="006D0601">
              <w:rPr>
                <w:sz w:val="14"/>
                <w:lang w:val="ru-RU"/>
              </w:rPr>
              <w:t xml:space="preserve">создавать письменный текст в соответствии с коммуникативной задачей; соблюдать на письме нормы </w:t>
            </w:r>
            <w:proofErr w:type="gramStart"/>
            <w:r w:rsidRPr="006D0601">
              <w:rPr>
                <w:sz w:val="14"/>
                <w:lang w:val="ru-RU"/>
              </w:rPr>
              <w:t>современного</w:t>
            </w:r>
            <w:proofErr w:type="gramEnd"/>
            <w:r w:rsidRPr="006D0601">
              <w:rPr>
                <w:sz w:val="14"/>
                <w:lang w:val="ru-RU"/>
              </w:rPr>
              <w:t xml:space="preserve"> </w:t>
            </w:r>
            <w:proofErr w:type="spellStart"/>
            <w:r w:rsidRPr="006D0601">
              <w:rPr>
                <w:sz w:val="14"/>
                <w:lang w:val="ru-RU"/>
              </w:rPr>
              <w:t>русско</w:t>
            </w:r>
            <w:proofErr w:type="spellEnd"/>
            <w:r w:rsidRPr="006D0601">
              <w:rPr>
                <w:sz w:val="14"/>
                <w:lang w:val="ru-RU"/>
              </w:rPr>
              <w:t>…</w:t>
            </w:r>
          </w:p>
        </w:tc>
        <w:tc>
          <w:tcPr>
            <w:tcW w:w="3393" w:type="dxa"/>
            <w:shd w:val="clear" w:color="auto" w:fill="FCE4D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отрабатывать смысловое чтение: тема, главная мысль, </w:t>
            </w:r>
            <w:proofErr w:type="spellStart"/>
            <w:r w:rsidRPr="006D0601">
              <w:rPr>
                <w:sz w:val="14"/>
                <w:lang w:val="ru-RU"/>
              </w:rPr>
              <w:t>микротемы</w:t>
            </w:r>
            <w:proofErr w:type="spellEnd"/>
            <w:r w:rsidRPr="006D0601">
              <w:rPr>
                <w:sz w:val="14"/>
                <w:lang w:val="ru-RU"/>
              </w:rPr>
              <w:t>, план и вопросы к тексту; использовать короткие тексты с обязательным письменн</w:t>
            </w:r>
            <w:r w:rsidRPr="006D0601">
              <w:rPr>
                <w:sz w:val="14"/>
                <w:lang w:val="ru-RU"/>
              </w:rPr>
              <w:t>ым обоснованием ответа.</w:t>
            </w:r>
          </w:p>
        </w:tc>
      </w:tr>
      <w:tr w:rsidR="0070134D" w:rsidRPr="006D0601" w:rsidTr="006D0601">
        <w:trPr>
          <w:jc w:val="center"/>
        </w:trPr>
        <w:tc>
          <w:tcPr>
            <w:tcW w:w="777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8 (2б)</w:t>
            </w:r>
          </w:p>
        </w:tc>
        <w:tc>
          <w:tcPr>
            <w:tcW w:w="38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Б</w:t>
            </w:r>
          </w:p>
        </w:tc>
        <w:tc>
          <w:tcPr>
            <w:tcW w:w="938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Выраженный</w:t>
            </w:r>
          </w:p>
        </w:tc>
        <w:tc>
          <w:tcPr>
            <w:tcW w:w="648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45,0%</w:t>
            </w:r>
          </w:p>
        </w:tc>
        <w:tc>
          <w:tcPr>
            <w:tcW w:w="62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52,5%</w:t>
            </w:r>
          </w:p>
        </w:tc>
        <w:tc>
          <w:tcPr>
            <w:tcW w:w="61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56,8%</w:t>
            </w:r>
          </w:p>
        </w:tc>
        <w:tc>
          <w:tcPr>
            <w:tcW w:w="614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14"/>
              </w:rPr>
              <w:t>76,0%</w:t>
            </w:r>
          </w:p>
        </w:tc>
        <w:tc>
          <w:tcPr>
            <w:tcW w:w="303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>Применять знания о тексте, его основных признаках, структуре и видах представленной в нем информации в речевой практике</w:t>
            </w:r>
          </w:p>
        </w:tc>
        <w:tc>
          <w:tcPr>
            <w:tcW w:w="3393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14"/>
                <w:lang w:val="ru-RU"/>
              </w:rPr>
              <w:t xml:space="preserve">отрабатывать смысловое чтение: тема, главная мысль, </w:t>
            </w:r>
            <w:proofErr w:type="spellStart"/>
            <w:r w:rsidRPr="006D0601">
              <w:rPr>
                <w:sz w:val="14"/>
                <w:lang w:val="ru-RU"/>
              </w:rPr>
              <w:t>микротемы</w:t>
            </w:r>
            <w:proofErr w:type="spellEnd"/>
            <w:r w:rsidRPr="006D0601">
              <w:rPr>
                <w:sz w:val="14"/>
                <w:lang w:val="ru-RU"/>
              </w:rPr>
              <w:t>, план</w:t>
            </w:r>
            <w:r w:rsidRPr="006D0601">
              <w:rPr>
                <w:sz w:val="14"/>
                <w:lang w:val="ru-RU"/>
              </w:rPr>
              <w:t xml:space="preserve"> и вопросы к тексту; использовать короткие тексты с обязательным письменным обоснованием ответа.</w:t>
            </w:r>
          </w:p>
        </w:tc>
      </w:tr>
    </w:tbl>
    <w:p w:rsidR="006D0601" w:rsidRPr="006D0601" w:rsidRDefault="006D0601" w:rsidP="006D0601">
      <w:pPr>
        <w:tabs>
          <w:tab w:val="left" w:pos="851"/>
        </w:tabs>
        <w:spacing w:after="0"/>
        <w:ind w:firstLine="567"/>
        <w:jc w:val="both"/>
        <w:rPr>
          <w:rFonts w:cs="Times New Roman"/>
          <w:bCs/>
          <w:szCs w:val="28"/>
          <w:lang w:val="ru-RU" w:eastAsia="ru-RU"/>
        </w:rPr>
      </w:pPr>
      <w:r w:rsidRPr="006D0601">
        <w:rPr>
          <w:rFonts w:cs="Times New Roman"/>
          <w:bCs/>
          <w:szCs w:val="28"/>
          <w:lang w:val="ru-RU" w:eastAsia="ru-RU"/>
        </w:rPr>
        <w:lastRenderedPageBreak/>
        <w:t xml:space="preserve">Учителя-предметники общие аналитические отчеты самостоятельно не формируют по итогам ВПР, но вместе с тем, безусловно, составляют точную предметную диагностику: смотрят, какие задания «не пошли», где накопились ошибки, какие разделы стоит подтянуть. </w:t>
      </w:r>
    </w:p>
    <w:p w:rsidR="006D0601" w:rsidRPr="006D0601" w:rsidRDefault="006D0601" w:rsidP="006D0601">
      <w:pPr>
        <w:tabs>
          <w:tab w:val="left" w:pos="851"/>
        </w:tabs>
        <w:spacing w:after="0"/>
        <w:ind w:firstLine="567"/>
        <w:jc w:val="both"/>
        <w:rPr>
          <w:rFonts w:cs="Times New Roman"/>
          <w:bCs/>
          <w:szCs w:val="28"/>
          <w:lang w:val="ru-RU" w:eastAsia="ru-RU"/>
        </w:rPr>
      </w:pPr>
      <w:r w:rsidRPr="006D0601">
        <w:rPr>
          <w:rFonts w:cs="Times New Roman"/>
          <w:bCs/>
          <w:szCs w:val="28"/>
          <w:lang w:val="ru-RU" w:eastAsia="ru-RU"/>
        </w:rPr>
        <w:t xml:space="preserve">Анализ, выполненный учителями – предметниками, применяется ими </w:t>
      </w:r>
      <w:proofErr w:type="gramStart"/>
      <w:r w:rsidRPr="006D0601">
        <w:rPr>
          <w:rFonts w:cs="Times New Roman"/>
          <w:bCs/>
          <w:szCs w:val="28"/>
          <w:lang w:val="ru-RU" w:eastAsia="ru-RU"/>
        </w:rPr>
        <w:t>для</w:t>
      </w:r>
      <w:proofErr w:type="gramEnd"/>
      <w:r w:rsidRPr="006D0601">
        <w:rPr>
          <w:rFonts w:cs="Times New Roman"/>
          <w:bCs/>
          <w:szCs w:val="28"/>
          <w:lang w:val="ru-RU" w:eastAsia="ru-RU"/>
        </w:rPr>
        <w:t>:</w:t>
      </w:r>
    </w:p>
    <w:p w:rsidR="006D0601" w:rsidRPr="006D0601" w:rsidRDefault="006D0601" w:rsidP="006D0601">
      <w:pPr>
        <w:pStyle w:val="ae"/>
        <w:numPr>
          <w:ilvl w:val="0"/>
          <w:numId w:val="11"/>
        </w:numPr>
        <w:tabs>
          <w:tab w:val="left" w:pos="851"/>
        </w:tabs>
        <w:spacing w:after="0" w:line="259" w:lineRule="auto"/>
        <w:jc w:val="both"/>
        <w:rPr>
          <w:rFonts w:cs="Times New Roman"/>
          <w:bCs/>
          <w:szCs w:val="28"/>
          <w:lang w:val="ru-RU" w:eastAsia="ru-RU"/>
        </w:rPr>
      </w:pPr>
      <w:r w:rsidRPr="006D0601">
        <w:rPr>
          <w:rFonts w:cs="Times New Roman"/>
          <w:bCs/>
          <w:szCs w:val="28"/>
          <w:lang w:val="ru-RU" w:eastAsia="ru-RU"/>
        </w:rPr>
        <w:t>выявления проблемных зон и дефицитов в знаниях и умениях учащихся;</w:t>
      </w:r>
    </w:p>
    <w:p w:rsidR="006D0601" w:rsidRDefault="006D0601" w:rsidP="006D0601">
      <w:pPr>
        <w:pStyle w:val="ae"/>
        <w:numPr>
          <w:ilvl w:val="0"/>
          <w:numId w:val="11"/>
        </w:numPr>
        <w:tabs>
          <w:tab w:val="left" w:pos="851"/>
        </w:tabs>
        <w:spacing w:after="0" w:line="259" w:lineRule="auto"/>
        <w:jc w:val="both"/>
        <w:rPr>
          <w:rFonts w:cs="Times New Roman"/>
          <w:bCs/>
          <w:szCs w:val="28"/>
          <w:lang w:eastAsia="ru-RU"/>
        </w:rPr>
      </w:pPr>
      <w:proofErr w:type="spellStart"/>
      <w:r>
        <w:rPr>
          <w:rFonts w:cs="Times New Roman"/>
          <w:bCs/>
          <w:szCs w:val="28"/>
          <w:lang w:eastAsia="ru-RU"/>
        </w:rPr>
        <w:t>персонализации</w:t>
      </w:r>
      <w:proofErr w:type="spellEnd"/>
      <w:r>
        <w:rPr>
          <w:rFonts w:cs="Times New Roman"/>
          <w:bCs/>
          <w:szCs w:val="28"/>
          <w:lang w:eastAsia="ru-RU"/>
        </w:rPr>
        <w:t xml:space="preserve"> </w:t>
      </w:r>
      <w:proofErr w:type="spellStart"/>
      <w:r>
        <w:rPr>
          <w:rFonts w:cs="Times New Roman"/>
          <w:bCs/>
          <w:szCs w:val="28"/>
          <w:lang w:eastAsia="ru-RU"/>
        </w:rPr>
        <w:t>обучения</w:t>
      </w:r>
      <w:proofErr w:type="spellEnd"/>
      <w:r>
        <w:rPr>
          <w:rFonts w:cs="Times New Roman"/>
          <w:bCs/>
          <w:szCs w:val="28"/>
          <w:lang w:eastAsia="ru-RU"/>
        </w:rPr>
        <w:t>;</w:t>
      </w:r>
    </w:p>
    <w:p w:rsidR="006D0601" w:rsidRDefault="006D0601" w:rsidP="006D0601">
      <w:pPr>
        <w:pStyle w:val="ae"/>
        <w:numPr>
          <w:ilvl w:val="0"/>
          <w:numId w:val="11"/>
        </w:numPr>
        <w:tabs>
          <w:tab w:val="left" w:pos="851"/>
        </w:tabs>
        <w:spacing w:after="0" w:line="259" w:lineRule="auto"/>
        <w:jc w:val="both"/>
        <w:rPr>
          <w:rFonts w:cs="Times New Roman"/>
          <w:bCs/>
          <w:szCs w:val="28"/>
          <w:lang w:eastAsia="ru-RU"/>
        </w:rPr>
      </w:pPr>
      <w:proofErr w:type="spellStart"/>
      <w:r>
        <w:rPr>
          <w:rFonts w:cs="Times New Roman"/>
          <w:bCs/>
          <w:szCs w:val="28"/>
          <w:lang w:eastAsia="ru-RU"/>
        </w:rPr>
        <w:t>совершенствования</w:t>
      </w:r>
      <w:proofErr w:type="spellEnd"/>
      <w:r>
        <w:rPr>
          <w:rFonts w:cs="Times New Roman"/>
          <w:bCs/>
          <w:szCs w:val="28"/>
          <w:lang w:eastAsia="ru-RU"/>
        </w:rPr>
        <w:t xml:space="preserve"> </w:t>
      </w:r>
      <w:proofErr w:type="spellStart"/>
      <w:r>
        <w:rPr>
          <w:rFonts w:cs="Times New Roman"/>
          <w:bCs/>
          <w:szCs w:val="28"/>
          <w:lang w:eastAsia="ru-RU"/>
        </w:rPr>
        <w:t>методики</w:t>
      </w:r>
      <w:proofErr w:type="spellEnd"/>
      <w:r>
        <w:rPr>
          <w:rFonts w:cs="Times New Roman"/>
          <w:bCs/>
          <w:szCs w:val="28"/>
          <w:lang w:eastAsia="ru-RU"/>
        </w:rPr>
        <w:t xml:space="preserve"> </w:t>
      </w:r>
      <w:proofErr w:type="spellStart"/>
      <w:r>
        <w:rPr>
          <w:rFonts w:cs="Times New Roman"/>
          <w:bCs/>
          <w:szCs w:val="28"/>
          <w:lang w:eastAsia="ru-RU"/>
        </w:rPr>
        <w:t>преподавания</w:t>
      </w:r>
      <w:proofErr w:type="spellEnd"/>
      <w:r>
        <w:rPr>
          <w:rFonts w:cs="Times New Roman"/>
          <w:bCs/>
          <w:szCs w:val="28"/>
          <w:lang w:eastAsia="ru-RU"/>
        </w:rPr>
        <w:t>;</w:t>
      </w:r>
    </w:p>
    <w:p w:rsidR="006D0601" w:rsidRPr="00F225A5" w:rsidRDefault="006D0601" w:rsidP="006D0601">
      <w:pPr>
        <w:pStyle w:val="ae"/>
        <w:numPr>
          <w:ilvl w:val="0"/>
          <w:numId w:val="11"/>
        </w:numPr>
        <w:tabs>
          <w:tab w:val="left" w:pos="851"/>
        </w:tabs>
        <w:spacing w:after="0" w:line="259" w:lineRule="auto"/>
        <w:jc w:val="both"/>
        <w:rPr>
          <w:rFonts w:cs="Times New Roman"/>
          <w:bCs/>
          <w:szCs w:val="28"/>
          <w:lang w:eastAsia="ru-RU"/>
        </w:rPr>
      </w:pPr>
      <w:proofErr w:type="spellStart"/>
      <w:proofErr w:type="gramStart"/>
      <w:r>
        <w:rPr>
          <w:rFonts w:cs="Times New Roman"/>
          <w:bCs/>
          <w:szCs w:val="28"/>
          <w:lang w:eastAsia="ru-RU"/>
        </w:rPr>
        <w:t>профессионального</w:t>
      </w:r>
      <w:proofErr w:type="spellEnd"/>
      <w:proofErr w:type="gramEnd"/>
      <w:r>
        <w:rPr>
          <w:rFonts w:cs="Times New Roman"/>
          <w:bCs/>
          <w:szCs w:val="28"/>
          <w:lang w:eastAsia="ru-RU"/>
        </w:rPr>
        <w:t xml:space="preserve"> </w:t>
      </w:r>
      <w:proofErr w:type="spellStart"/>
      <w:r>
        <w:rPr>
          <w:rFonts w:cs="Times New Roman"/>
          <w:bCs/>
          <w:szCs w:val="28"/>
          <w:lang w:eastAsia="ru-RU"/>
        </w:rPr>
        <w:t>саморазвития</w:t>
      </w:r>
      <w:proofErr w:type="spellEnd"/>
      <w:r>
        <w:rPr>
          <w:rFonts w:cs="Times New Roman"/>
          <w:bCs/>
          <w:szCs w:val="28"/>
          <w:lang w:eastAsia="ru-RU"/>
        </w:rPr>
        <w:t xml:space="preserve"> </w:t>
      </w:r>
      <w:proofErr w:type="spellStart"/>
      <w:r>
        <w:rPr>
          <w:rFonts w:cs="Times New Roman"/>
          <w:bCs/>
          <w:szCs w:val="28"/>
          <w:lang w:eastAsia="ru-RU"/>
        </w:rPr>
        <w:t>учителя</w:t>
      </w:r>
      <w:proofErr w:type="spellEnd"/>
      <w:r>
        <w:rPr>
          <w:rFonts w:cs="Times New Roman"/>
          <w:bCs/>
          <w:szCs w:val="28"/>
          <w:lang w:eastAsia="ru-RU"/>
        </w:rPr>
        <w:t xml:space="preserve"> – </w:t>
      </w:r>
      <w:proofErr w:type="spellStart"/>
      <w:r>
        <w:rPr>
          <w:rFonts w:cs="Times New Roman"/>
          <w:bCs/>
          <w:szCs w:val="28"/>
          <w:lang w:eastAsia="ru-RU"/>
        </w:rPr>
        <w:t>предметника</w:t>
      </w:r>
      <w:proofErr w:type="spellEnd"/>
      <w:r>
        <w:rPr>
          <w:rFonts w:cs="Times New Roman"/>
          <w:bCs/>
          <w:szCs w:val="28"/>
          <w:lang w:eastAsia="ru-RU"/>
        </w:rPr>
        <w:t xml:space="preserve">. </w:t>
      </w:r>
    </w:p>
    <w:p w:rsidR="006D0601" w:rsidRPr="006D0601" w:rsidRDefault="006D0601" w:rsidP="006D0601">
      <w:pPr>
        <w:tabs>
          <w:tab w:val="left" w:pos="851"/>
        </w:tabs>
        <w:spacing w:after="0"/>
        <w:jc w:val="both"/>
        <w:rPr>
          <w:rFonts w:cs="Times New Roman"/>
          <w:bCs/>
          <w:szCs w:val="28"/>
          <w:lang w:val="ru-RU" w:eastAsia="ru-RU"/>
        </w:rPr>
      </w:pPr>
      <w:r w:rsidRPr="006D0601">
        <w:rPr>
          <w:rFonts w:cs="Times New Roman"/>
          <w:bCs/>
          <w:szCs w:val="28"/>
          <w:lang w:val="ru-RU" w:eastAsia="ru-RU"/>
        </w:rPr>
        <w:t xml:space="preserve">         Общий аналитический отчет использует в организации </w:t>
      </w:r>
      <w:proofErr w:type="gramStart"/>
      <w:r w:rsidRPr="006D0601">
        <w:rPr>
          <w:rFonts w:cs="Times New Roman"/>
          <w:bCs/>
          <w:szCs w:val="28"/>
          <w:lang w:val="ru-RU" w:eastAsia="ru-RU"/>
        </w:rPr>
        <w:t>в</w:t>
      </w:r>
      <w:proofErr w:type="gramEnd"/>
      <w:r w:rsidRPr="006D0601">
        <w:rPr>
          <w:rFonts w:cs="Times New Roman"/>
          <w:bCs/>
          <w:szCs w:val="28"/>
          <w:lang w:val="ru-RU" w:eastAsia="ru-RU"/>
        </w:rPr>
        <w:t xml:space="preserve"> для:</w:t>
      </w:r>
    </w:p>
    <w:p w:rsidR="006D0601" w:rsidRPr="006D0601" w:rsidRDefault="006D0601" w:rsidP="006D0601">
      <w:pPr>
        <w:pStyle w:val="ae"/>
        <w:numPr>
          <w:ilvl w:val="0"/>
          <w:numId w:val="12"/>
        </w:numPr>
        <w:tabs>
          <w:tab w:val="left" w:pos="851"/>
        </w:tabs>
        <w:spacing w:after="0" w:line="259" w:lineRule="auto"/>
        <w:jc w:val="both"/>
        <w:rPr>
          <w:rFonts w:cs="Times New Roman"/>
          <w:bCs/>
          <w:szCs w:val="28"/>
          <w:lang w:val="ru-RU" w:eastAsia="ru-RU"/>
        </w:rPr>
      </w:pPr>
      <w:r w:rsidRPr="006D0601">
        <w:rPr>
          <w:rFonts w:cs="Times New Roman"/>
          <w:bCs/>
          <w:szCs w:val="28"/>
          <w:lang w:val="ru-RU" w:eastAsia="ru-RU"/>
        </w:rPr>
        <w:t xml:space="preserve">проверки результатов усвоения учебных программ; </w:t>
      </w:r>
    </w:p>
    <w:p w:rsidR="006D0601" w:rsidRPr="006D0601" w:rsidRDefault="006D0601" w:rsidP="006D0601">
      <w:pPr>
        <w:pStyle w:val="ae"/>
        <w:numPr>
          <w:ilvl w:val="0"/>
          <w:numId w:val="12"/>
        </w:numPr>
        <w:tabs>
          <w:tab w:val="left" w:pos="851"/>
        </w:tabs>
        <w:spacing w:after="0" w:line="259" w:lineRule="auto"/>
        <w:jc w:val="both"/>
        <w:rPr>
          <w:rFonts w:cs="Times New Roman"/>
          <w:bCs/>
          <w:szCs w:val="28"/>
          <w:lang w:val="ru-RU" w:eastAsia="ru-RU"/>
        </w:rPr>
      </w:pPr>
      <w:r w:rsidRPr="006D0601">
        <w:rPr>
          <w:rFonts w:cs="Times New Roman"/>
          <w:bCs/>
          <w:szCs w:val="28"/>
          <w:lang w:val="ru-RU" w:eastAsia="ru-RU"/>
        </w:rPr>
        <w:t>анализа результатов и корректировки образовательного процесса;</w:t>
      </w:r>
    </w:p>
    <w:p w:rsidR="006D0601" w:rsidRPr="006D0601" w:rsidRDefault="006D0601" w:rsidP="006D0601">
      <w:pPr>
        <w:pStyle w:val="ae"/>
        <w:numPr>
          <w:ilvl w:val="0"/>
          <w:numId w:val="12"/>
        </w:numPr>
        <w:tabs>
          <w:tab w:val="left" w:pos="851"/>
        </w:tabs>
        <w:spacing w:after="0" w:line="259" w:lineRule="auto"/>
        <w:jc w:val="both"/>
        <w:rPr>
          <w:rFonts w:cs="Times New Roman"/>
          <w:bCs/>
          <w:szCs w:val="28"/>
          <w:lang w:val="ru-RU" w:eastAsia="ru-RU"/>
        </w:rPr>
      </w:pPr>
      <w:r w:rsidRPr="006D0601">
        <w:rPr>
          <w:rFonts w:cs="Times New Roman"/>
          <w:bCs/>
          <w:szCs w:val="28"/>
          <w:lang w:val="ru-RU" w:eastAsia="ru-RU"/>
        </w:rPr>
        <w:t>выявления проблемных зон и дефицитов в достижении планируемых результатов освоения образовательных программ – по отдельным обучающимся, классам, параллелям и в целом по образовательной организации, а также по каждому учебному предмету, по которому проводились ВПР.</w:t>
      </w:r>
    </w:p>
    <w:p w:rsidR="006D0601" w:rsidRPr="006D0601" w:rsidRDefault="006D0601" w:rsidP="006D0601">
      <w:pPr>
        <w:tabs>
          <w:tab w:val="left" w:pos="851"/>
        </w:tabs>
        <w:spacing w:after="0"/>
        <w:jc w:val="both"/>
        <w:rPr>
          <w:rFonts w:cs="Times New Roman"/>
          <w:bCs/>
          <w:szCs w:val="28"/>
          <w:lang w:val="ru-RU" w:eastAsia="ru-RU"/>
        </w:rPr>
      </w:pPr>
      <w:r w:rsidRPr="006D0601">
        <w:rPr>
          <w:rFonts w:cs="Times New Roman"/>
          <w:bCs/>
          <w:szCs w:val="28"/>
          <w:lang w:val="ru-RU" w:eastAsia="ru-RU"/>
        </w:rPr>
        <w:t xml:space="preserve">Аналитическую работу выстраивают в логике </w:t>
      </w:r>
      <w:proofErr w:type="spellStart"/>
      <w:r w:rsidRPr="006D0601">
        <w:rPr>
          <w:rFonts w:cs="Times New Roman"/>
          <w:bCs/>
          <w:szCs w:val="28"/>
          <w:lang w:val="ru-RU" w:eastAsia="ru-RU"/>
        </w:rPr>
        <w:t>проблемноориентированного</w:t>
      </w:r>
      <w:proofErr w:type="spellEnd"/>
      <w:r w:rsidRPr="006D0601">
        <w:rPr>
          <w:rFonts w:cs="Times New Roman"/>
          <w:bCs/>
          <w:szCs w:val="28"/>
          <w:lang w:val="ru-RU" w:eastAsia="ru-RU"/>
        </w:rPr>
        <w:t xml:space="preserve"> анализа, предполагающего движение «от результата к условиям», что позволяет определить:</w:t>
      </w:r>
    </w:p>
    <w:p w:rsidR="006D0601" w:rsidRPr="006D0601" w:rsidRDefault="006D0601" w:rsidP="006D0601">
      <w:pPr>
        <w:tabs>
          <w:tab w:val="left" w:pos="851"/>
        </w:tabs>
        <w:spacing w:after="0"/>
        <w:jc w:val="both"/>
        <w:rPr>
          <w:rFonts w:cs="Times New Roman"/>
          <w:bCs/>
          <w:szCs w:val="28"/>
          <w:lang w:val="ru-RU" w:eastAsia="ru-RU"/>
        </w:rPr>
      </w:pPr>
      <w:r w:rsidRPr="006D0601">
        <w:rPr>
          <w:rFonts w:cs="Times New Roman"/>
          <w:bCs/>
          <w:szCs w:val="28"/>
          <w:lang w:val="ru-RU" w:eastAsia="ru-RU"/>
        </w:rPr>
        <w:t>• какие результаты обучения не соответствуют установленным требованиям;</w:t>
      </w:r>
    </w:p>
    <w:p w:rsidR="006D0601" w:rsidRPr="006D0601" w:rsidRDefault="006D0601" w:rsidP="006D0601">
      <w:pPr>
        <w:tabs>
          <w:tab w:val="left" w:pos="851"/>
        </w:tabs>
        <w:spacing w:after="0"/>
        <w:jc w:val="both"/>
        <w:rPr>
          <w:rFonts w:cs="Times New Roman"/>
          <w:bCs/>
          <w:szCs w:val="28"/>
          <w:lang w:val="ru-RU" w:eastAsia="ru-RU"/>
        </w:rPr>
      </w:pPr>
      <w:r w:rsidRPr="006D0601">
        <w:rPr>
          <w:rFonts w:cs="Times New Roman"/>
          <w:bCs/>
          <w:szCs w:val="28"/>
          <w:lang w:val="ru-RU" w:eastAsia="ru-RU"/>
        </w:rPr>
        <w:t>• какие организационно-педагогические условия требуют уточнения, изменения или усиления.</w:t>
      </w:r>
    </w:p>
    <w:p w:rsidR="006D0601" w:rsidRPr="006D0601" w:rsidRDefault="006D0601" w:rsidP="006D0601">
      <w:pPr>
        <w:tabs>
          <w:tab w:val="left" w:pos="851"/>
        </w:tabs>
        <w:spacing w:after="0"/>
        <w:jc w:val="both"/>
        <w:rPr>
          <w:rFonts w:cs="Times New Roman"/>
          <w:bCs/>
          <w:szCs w:val="28"/>
          <w:lang w:val="ru-RU" w:eastAsia="ru-RU"/>
        </w:rPr>
      </w:pPr>
      <w:r w:rsidRPr="006D0601">
        <w:rPr>
          <w:rFonts w:cs="Times New Roman"/>
          <w:bCs/>
          <w:szCs w:val="28"/>
          <w:lang w:val="ru-RU" w:eastAsia="ru-RU"/>
        </w:rPr>
        <w:t xml:space="preserve">       Результаты анализа отражаются в аналитических материалах образовательной организации и используются в управленческих и методических целях.</w:t>
      </w:r>
    </w:p>
    <w:p w:rsidR="006D0601" w:rsidRPr="006D0601" w:rsidRDefault="006D0601" w:rsidP="006D0601">
      <w:pPr>
        <w:tabs>
          <w:tab w:val="left" w:pos="851"/>
        </w:tabs>
        <w:spacing w:after="0"/>
        <w:ind w:firstLine="426"/>
        <w:jc w:val="both"/>
        <w:rPr>
          <w:rFonts w:cs="Times New Roman"/>
          <w:bCs/>
          <w:szCs w:val="28"/>
          <w:lang w:val="ru-RU" w:eastAsia="ru-RU"/>
        </w:rPr>
        <w:sectPr w:rsidR="006D0601" w:rsidRPr="006D0601" w:rsidSect="00445133">
          <w:pgSz w:w="16838" w:h="11906" w:orient="landscape"/>
          <w:pgMar w:top="993" w:right="1134" w:bottom="850" w:left="1134" w:header="708" w:footer="708" w:gutter="0"/>
          <w:pgBorders w:offsetFrom="page">
            <w:top w:val="twistedLines1" w:sz="12" w:space="24" w:color="auto"/>
            <w:left w:val="twistedLines1" w:sz="12" w:space="24" w:color="auto"/>
            <w:bottom w:val="twistedLines1" w:sz="12" w:space="24" w:color="auto"/>
            <w:right w:val="twistedLines1" w:sz="12" w:space="24" w:color="auto"/>
          </w:pgBorders>
          <w:pgNumType w:start="1"/>
          <w:cols w:space="708"/>
          <w:docGrid w:linePitch="360"/>
        </w:sectPr>
      </w:pPr>
      <w:r w:rsidRPr="006D0601">
        <w:rPr>
          <w:rFonts w:cs="Times New Roman"/>
          <w:bCs/>
          <w:szCs w:val="28"/>
          <w:lang w:val="ru-RU" w:eastAsia="ru-RU"/>
        </w:rPr>
        <w:t>По результатам анализа формируются обобщенные выводы, разрабатываются методические рекомендации для педагогических работников и методических объединений, а также принимаются управленческие решения, направленные на совершенствование образовательного процесса и устранение выявленных дефицитов.</w:t>
      </w:r>
    </w:p>
    <w:p w:rsidR="006D0601" w:rsidRDefault="006D0601">
      <w:pPr>
        <w:pStyle w:val="1"/>
        <w:rPr>
          <w:lang w:val="ru-RU"/>
        </w:rPr>
      </w:pPr>
    </w:p>
    <w:p w:rsidR="0070134D" w:rsidRPr="006D0601" w:rsidRDefault="000B6168">
      <w:pPr>
        <w:pStyle w:val="1"/>
        <w:rPr>
          <w:lang w:val="ru-RU"/>
        </w:rPr>
      </w:pPr>
      <w:r w:rsidRPr="006D0601">
        <w:rPr>
          <w:lang w:val="ru-RU"/>
        </w:rPr>
        <w:t>Лист ознакомления и управленческого решения</w:t>
      </w: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 xml:space="preserve">С аналитической справкой </w:t>
      </w:r>
      <w:proofErr w:type="gramStart"/>
      <w:r w:rsidRPr="006D0601">
        <w:rPr>
          <w:lang w:val="ru-RU"/>
        </w:rPr>
        <w:t>ознакомлены</w:t>
      </w:r>
      <w:proofErr w:type="gramEnd"/>
      <w:r w:rsidRPr="006D0601">
        <w:rPr>
          <w:lang w:val="ru-RU"/>
        </w:rPr>
        <w:t>:</w:t>
      </w:r>
    </w:p>
    <w:tbl>
      <w:tblPr>
        <w:tblStyle w:val="aff0"/>
        <w:tblW w:w="0" w:type="auto"/>
        <w:jc w:val="center"/>
        <w:tblLook w:val="04A0"/>
      </w:tblPr>
      <w:tblGrid>
        <w:gridCol w:w="5102"/>
        <w:gridCol w:w="2268"/>
        <w:gridCol w:w="2835"/>
      </w:tblGrid>
      <w:tr w:rsidR="0070134D">
        <w:trPr>
          <w:tblHeader/>
          <w:jc w:val="center"/>
        </w:trPr>
        <w:tc>
          <w:tcPr>
            <w:tcW w:w="510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Должность</w:t>
            </w:r>
            <w:proofErr w:type="spellEnd"/>
          </w:p>
        </w:tc>
        <w:tc>
          <w:tcPr>
            <w:tcW w:w="2268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20"/>
              </w:rPr>
              <w:t>Подпись</w:t>
            </w:r>
          </w:p>
        </w:tc>
        <w:tc>
          <w:tcPr>
            <w:tcW w:w="283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b/>
                <w:color w:val="FFFFFF"/>
                <w:sz w:val="20"/>
              </w:rPr>
              <w:t>Дата</w:t>
            </w:r>
          </w:p>
        </w:tc>
      </w:tr>
      <w:tr w:rsidR="0070134D">
        <w:trPr>
          <w:jc w:val="center"/>
        </w:trPr>
        <w:tc>
          <w:tcPr>
            <w:tcW w:w="51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r>
              <w:rPr>
                <w:sz w:val="20"/>
              </w:rPr>
              <w:t>Заместитель директора по УР</w:t>
            </w: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20"/>
              </w:rPr>
              <w:t>________________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20"/>
              </w:rPr>
              <w:t>«____» ____________ 2026 г.</w:t>
            </w:r>
          </w:p>
        </w:tc>
      </w:tr>
      <w:tr w:rsidR="0070134D">
        <w:trPr>
          <w:jc w:val="center"/>
        </w:trPr>
        <w:tc>
          <w:tcPr>
            <w:tcW w:w="510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20"/>
                <w:lang w:val="ru-RU"/>
              </w:rPr>
              <w:t>Руководитель ШМО учителей начальных классов</w:t>
            </w:r>
          </w:p>
        </w:tc>
        <w:tc>
          <w:tcPr>
            <w:tcW w:w="2268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20"/>
              </w:rPr>
              <w:t>________________</w:t>
            </w:r>
          </w:p>
        </w:tc>
        <w:tc>
          <w:tcPr>
            <w:tcW w:w="283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20"/>
              </w:rPr>
              <w:t>«____» ____________ 2026 г.</w:t>
            </w:r>
          </w:p>
        </w:tc>
      </w:tr>
      <w:tr w:rsidR="0070134D">
        <w:trPr>
          <w:jc w:val="center"/>
        </w:trPr>
        <w:tc>
          <w:tcPr>
            <w:tcW w:w="51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20"/>
                <w:lang w:val="ru-RU"/>
              </w:rPr>
              <w:t>Руководитель ШМО учителей гуманитарного цикла</w:t>
            </w: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20"/>
              </w:rPr>
              <w:t>________________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20"/>
              </w:rPr>
              <w:t>«____» ____________ 2026 г.</w:t>
            </w:r>
          </w:p>
        </w:tc>
      </w:tr>
      <w:tr w:rsidR="0070134D">
        <w:trPr>
          <w:jc w:val="center"/>
        </w:trPr>
        <w:tc>
          <w:tcPr>
            <w:tcW w:w="5102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Pr="006D0601" w:rsidRDefault="000B6168">
            <w:pPr>
              <w:rPr>
                <w:lang w:val="ru-RU"/>
              </w:rPr>
            </w:pPr>
            <w:r w:rsidRPr="006D0601">
              <w:rPr>
                <w:sz w:val="20"/>
                <w:lang w:val="ru-RU"/>
              </w:rPr>
              <w:t xml:space="preserve">Руководитель ШМО учителей </w:t>
            </w:r>
            <w:r w:rsidRPr="006D0601">
              <w:rPr>
                <w:sz w:val="20"/>
                <w:lang w:val="ru-RU"/>
              </w:rPr>
              <w:t>естественно-математического цикла</w:t>
            </w:r>
          </w:p>
        </w:tc>
        <w:tc>
          <w:tcPr>
            <w:tcW w:w="2268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20"/>
              </w:rPr>
              <w:t>________________</w:t>
            </w:r>
          </w:p>
        </w:tc>
        <w:tc>
          <w:tcPr>
            <w:tcW w:w="2835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0134D" w:rsidRDefault="000B6168">
            <w:pPr>
              <w:jc w:val="center"/>
            </w:pPr>
            <w:r>
              <w:rPr>
                <w:sz w:val="20"/>
              </w:rPr>
              <w:t>«____» ____________ 2026 г.</w:t>
            </w:r>
          </w:p>
        </w:tc>
      </w:tr>
    </w:tbl>
    <w:p w:rsidR="0070134D" w:rsidRDefault="0070134D">
      <w:pPr>
        <w:spacing w:after="0"/>
      </w:pPr>
    </w:p>
    <w:p w:rsidR="0070134D" w:rsidRPr="006D0601" w:rsidRDefault="000B6168">
      <w:pPr>
        <w:spacing w:after="80"/>
        <w:ind w:firstLine="709"/>
        <w:jc w:val="both"/>
        <w:rPr>
          <w:lang w:val="ru-RU"/>
        </w:rPr>
      </w:pPr>
      <w:r w:rsidRPr="006D0601">
        <w:rPr>
          <w:lang w:val="ru-RU"/>
        </w:rPr>
        <w:t>Решение педагогического совета / управленческие поручения:</w:t>
      </w:r>
    </w:p>
    <w:p w:rsidR="006D0601" w:rsidRDefault="006D0601" w:rsidP="006D0601">
      <w:pPr>
        <w:tabs>
          <w:tab w:val="left" w:pos="851"/>
        </w:tabs>
        <w:spacing w:after="0"/>
        <w:jc w:val="center"/>
        <w:rPr>
          <w:rFonts w:cs="Times New Roman"/>
          <w:b/>
          <w:bCs/>
          <w:szCs w:val="28"/>
          <w:u w:val="single"/>
        </w:rPr>
      </w:pPr>
      <w:proofErr w:type="spellStart"/>
      <w:r w:rsidRPr="00692D9D">
        <w:rPr>
          <w:rFonts w:cs="Times New Roman"/>
          <w:b/>
          <w:bCs/>
          <w:szCs w:val="28"/>
          <w:u w:val="single"/>
        </w:rPr>
        <w:t>Управленческие</w:t>
      </w:r>
      <w:proofErr w:type="spellEnd"/>
      <w:r w:rsidRPr="00692D9D">
        <w:rPr>
          <w:rFonts w:cs="Times New Roman"/>
          <w:b/>
          <w:bCs/>
          <w:szCs w:val="28"/>
          <w:u w:val="single"/>
        </w:rPr>
        <w:t xml:space="preserve"> </w:t>
      </w:r>
      <w:proofErr w:type="spellStart"/>
      <w:r w:rsidRPr="00692D9D">
        <w:rPr>
          <w:rFonts w:cs="Times New Roman"/>
          <w:b/>
          <w:bCs/>
          <w:szCs w:val="28"/>
          <w:u w:val="single"/>
        </w:rPr>
        <w:t>решения</w:t>
      </w:r>
      <w:proofErr w:type="spellEnd"/>
      <w:r w:rsidRPr="00692D9D">
        <w:rPr>
          <w:rFonts w:cs="Times New Roman"/>
          <w:b/>
          <w:bCs/>
          <w:szCs w:val="28"/>
          <w:u w:val="single"/>
        </w:rPr>
        <w:t xml:space="preserve"> </w:t>
      </w:r>
      <w:proofErr w:type="spellStart"/>
      <w:r w:rsidRPr="00692D9D">
        <w:rPr>
          <w:rFonts w:cs="Times New Roman"/>
          <w:b/>
          <w:bCs/>
          <w:szCs w:val="28"/>
          <w:u w:val="single"/>
        </w:rPr>
        <w:t>по</w:t>
      </w:r>
      <w:proofErr w:type="spellEnd"/>
      <w:r w:rsidRPr="00692D9D">
        <w:rPr>
          <w:rFonts w:cs="Times New Roman"/>
          <w:b/>
          <w:bCs/>
          <w:szCs w:val="28"/>
          <w:u w:val="single"/>
        </w:rPr>
        <w:t xml:space="preserve"> </w:t>
      </w:r>
      <w:proofErr w:type="spellStart"/>
      <w:r w:rsidRPr="00692D9D">
        <w:rPr>
          <w:rFonts w:cs="Times New Roman"/>
          <w:b/>
          <w:bCs/>
          <w:szCs w:val="28"/>
          <w:u w:val="single"/>
        </w:rPr>
        <w:t>результатам</w:t>
      </w:r>
      <w:proofErr w:type="spellEnd"/>
      <w:r w:rsidRPr="00692D9D">
        <w:rPr>
          <w:rFonts w:cs="Times New Roman"/>
          <w:b/>
          <w:bCs/>
          <w:szCs w:val="28"/>
          <w:u w:val="single"/>
        </w:rPr>
        <w:t xml:space="preserve"> ВПР</w:t>
      </w:r>
    </w:p>
    <w:p w:rsidR="006D0601" w:rsidRDefault="006D0601" w:rsidP="006D0601">
      <w:pPr>
        <w:tabs>
          <w:tab w:val="left" w:pos="851"/>
        </w:tabs>
        <w:spacing w:after="0"/>
        <w:jc w:val="center"/>
        <w:rPr>
          <w:rFonts w:cs="Times New Roman"/>
          <w:b/>
          <w:bCs/>
          <w:szCs w:val="28"/>
          <w:u w:val="single"/>
        </w:rPr>
      </w:pPr>
    </w:p>
    <w:tbl>
      <w:tblPr>
        <w:tblStyle w:val="aff0"/>
        <w:tblW w:w="0" w:type="auto"/>
        <w:tblLook w:val="04A0"/>
      </w:tblPr>
      <w:tblGrid>
        <w:gridCol w:w="562"/>
        <w:gridCol w:w="2268"/>
        <w:gridCol w:w="4536"/>
        <w:gridCol w:w="3374"/>
      </w:tblGrid>
      <w:tr w:rsidR="006D0601" w:rsidRPr="006D0601" w:rsidTr="006D0601">
        <w:tc>
          <w:tcPr>
            <w:tcW w:w="562" w:type="dxa"/>
            <w:shd w:val="clear" w:color="auto" w:fill="DAEEF3" w:themeFill="accent5" w:themeFillTint="33"/>
          </w:tcPr>
          <w:p w:rsidR="006D0601" w:rsidRPr="00692D9D" w:rsidRDefault="006D0601" w:rsidP="00451CA7">
            <w:pPr>
              <w:tabs>
                <w:tab w:val="left" w:pos="851"/>
              </w:tabs>
              <w:jc w:val="center"/>
              <w:rPr>
                <w:rFonts w:cs="Times New Roman"/>
                <w:b/>
                <w:bCs/>
                <w:sz w:val="20"/>
                <w:szCs w:val="20"/>
                <w:lang w:eastAsia="ru-RU"/>
              </w:rPr>
            </w:pPr>
            <w:r w:rsidRPr="00692D9D">
              <w:rPr>
                <w:rFonts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:rsidR="006D0601" w:rsidRPr="00692D9D" w:rsidRDefault="006D0601" w:rsidP="00451CA7">
            <w:pPr>
              <w:tabs>
                <w:tab w:val="left" w:pos="851"/>
              </w:tabs>
              <w:jc w:val="center"/>
              <w:rPr>
                <w:rFonts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692D9D">
              <w:rPr>
                <w:rFonts w:cs="Times New Roman"/>
                <w:b/>
                <w:bCs/>
                <w:sz w:val="20"/>
                <w:szCs w:val="20"/>
                <w:lang w:eastAsia="ru-RU"/>
              </w:rPr>
              <w:t>Причина</w:t>
            </w:r>
            <w:proofErr w:type="spellEnd"/>
          </w:p>
        </w:tc>
        <w:tc>
          <w:tcPr>
            <w:tcW w:w="4536" w:type="dxa"/>
            <w:shd w:val="clear" w:color="auto" w:fill="DAEEF3" w:themeFill="accent5" w:themeFillTint="33"/>
          </w:tcPr>
          <w:p w:rsidR="006D0601" w:rsidRPr="00692D9D" w:rsidRDefault="006D0601" w:rsidP="00451CA7">
            <w:pPr>
              <w:tabs>
                <w:tab w:val="left" w:pos="851"/>
              </w:tabs>
              <w:jc w:val="center"/>
              <w:rPr>
                <w:rFonts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692D9D">
              <w:rPr>
                <w:rFonts w:cs="Times New Roman"/>
                <w:b/>
                <w:bCs/>
                <w:sz w:val="20"/>
                <w:szCs w:val="20"/>
                <w:lang w:eastAsia="ru-RU"/>
              </w:rPr>
              <w:t>Управленческие</w:t>
            </w:r>
            <w:proofErr w:type="spellEnd"/>
            <w:r w:rsidRPr="00692D9D">
              <w:rPr>
                <w:rFonts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92D9D">
              <w:rPr>
                <w:rFonts w:cs="Times New Roman"/>
                <w:b/>
                <w:bCs/>
                <w:sz w:val="20"/>
                <w:szCs w:val="20"/>
                <w:lang w:eastAsia="ru-RU"/>
              </w:rPr>
              <w:t>решения</w:t>
            </w:r>
            <w:proofErr w:type="spellEnd"/>
          </w:p>
        </w:tc>
        <w:tc>
          <w:tcPr>
            <w:tcW w:w="3374" w:type="dxa"/>
            <w:shd w:val="clear" w:color="auto" w:fill="DAEEF3" w:themeFill="accent5" w:themeFillTint="33"/>
          </w:tcPr>
          <w:p w:rsidR="006D0601" w:rsidRPr="006D0601" w:rsidRDefault="006D0601" w:rsidP="00451CA7">
            <w:pPr>
              <w:tabs>
                <w:tab w:val="left" w:pos="851"/>
              </w:tabs>
              <w:jc w:val="center"/>
              <w:rPr>
                <w:rFonts w:cs="Times New Roman"/>
                <w:b/>
                <w:bCs/>
                <w:sz w:val="20"/>
                <w:szCs w:val="20"/>
                <w:lang w:val="ru-RU" w:eastAsia="ru-RU"/>
              </w:rPr>
            </w:pPr>
            <w:r w:rsidRPr="006D0601">
              <w:rPr>
                <w:rFonts w:cs="Times New Roman"/>
                <w:b/>
                <w:bCs/>
                <w:sz w:val="20"/>
                <w:szCs w:val="20"/>
                <w:lang w:val="ru-RU" w:eastAsia="ru-RU"/>
              </w:rPr>
              <w:t>Основные документы для фиксирования управленческих решений</w:t>
            </w:r>
          </w:p>
        </w:tc>
      </w:tr>
      <w:tr w:rsidR="006D0601" w:rsidRPr="006D0601" w:rsidTr="006D0601">
        <w:tc>
          <w:tcPr>
            <w:tcW w:w="562" w:type="dxa"/>
          </w:tcPr>
          <w:p w:rsidR="006D0601" w:rsidRDefault="006D0601" w:rsidP="00451CA7">
            <w:pPr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6D0601" w:rsidRP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val="ru-RU" w:eastAsia="ru-RU"/>
              </w:rPr>
            </w:pPr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>Технология проведения ВПР (регламент, единый подход к трактовке критериев оценивания)</w:t>
            </w:r>
          </w:p>
        </w:tc>
        <w:tc>
          <w:tcPr>
            <w:tcW w:w="4536" w:type="dxa"/>
          </w:tcPr>
          <w:p w:rsidR="006D0601" w:rsidRP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val="ru-RU" w:eastAsia="ru-RU"/>
              </w:rPr>
            </w:pPr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>Изменения оценочных процедур в рамках ВСОКО</w:t>
            </w:r>
          </w:p>
          <w:p w:rsidR="006D0601" w:rsidRP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val="ru-RU" w:eastAsia="ru-RU"/>
              </w:rPr>
            </w:pPr>
          </w:p>
          <w:p w:rsidR="006D0601" w:rsidRP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val="ru-RU" w:eastAsia="ru-RU"/>
              </w:rPr>
            </w:pPr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 xml:space="preserve">Определение новых подходов к формированию ФОС </w:t>
            </w:r>
          </w:p>
        </w:tc>
        <w:tc>
          <w:tcPr>
            <w:tcW w:w="3374" w:type="dxa"/>
          </w:tcPr>
          <w:p w:rsidR="006D0601" w:rsidRP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val="ru-RU" w:eastAsia="ru-RU"/>
              </w:rPr>
            </w:pPr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>КИМ с оценочными материалами (тематические демоверсии текущих и итоговых контрольных работ по математике и русскому языку с учетом кодификаторов)</w:t>
            </w:r>
          </w:p>
        </w:tc>
      </w:tr>
      <w:tr w:rsidR="006D0601" w:rsidTr="006D0601">
        <w:tc>
          <w:tcPr>
            <w:tcW w:w="562" w:type="dxa"/>
          </w:tcPr>
          <w:p w:rsidR="006D0601" w:rsidRDefault="006D0601" w:rsidP="00451CA7">
            <w:pPr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6D0601" w:rsidRP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val="ru-RU" w:eastAsia="ru-RU"/>
              </w:rPr>
            </w:pPr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 xml:space="preserve">Выявлены пробелы в знаниях или навыках </w:t>
            </w:r>
            <w:proofErr w:type="gramStart"/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>у</w:t>
            </w:r>
            <w:proofErr w:type="gramEnd"/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 xml:space="preserve"> обучающихся</w:t>
            </w:r>
          </w:p>
        </w:tc>
        <w:tc>
          <w:tcPr>
            <w:tcW w:w="4536" w:type="dxa"/>
          </w:tcPr>
          <w:p w:rsidR="006D0601" w:rsidRP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val="ru-RU" w:eastAsia="ru-RU"/>
              </w:rPr>
            </w:pPr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 xml:space="preserve">Корректировка рабочих программ и оценочных материалов для проведения текущего контроля и учета успеваемости обучающихся, промежуточной аттестации с целью повторения и отработки проблемных зон основных содержательных линий, оптимизация методов и приемов урочной и внеурочной деятельности, приобретение необходимого  оборудования, УМК и т.п. </w:t>
            </w:r>
          </w:p>
          <w:p w:rsidR="006D0601" w:rsidRP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val="ru-RU" w:eastAsia="ru-RU"/>
              </w:rPr>
            </w:pPr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>Внедрение эффективных педагогических практик в образовательную систему</w:t>
            </w:r>
          </w:p>
        </w:tc>
        <w:tc>
          <w:tcPr>
            <w:tcW w:w="3374" w:type="dxa"/>
          </w:tcPr>
          <w:p w:rsid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eastAsia="ru-RU"/>
              </w:rPr>
            </w:pPr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 xml:space="preserve">Рабочие программы, календарно тематическое планирование с корректировкой тем. </w:t>
            </w:r>
            <w:r w:rsidRPr="00D42718">
              <w:rPr>
                <w:rFonts w:cs="Times New Roman"/>
                <w:sz w:val="24"/>
                <w:szCs w:val="24"/>
                <w:lang w:eastAsia="ru-RU"/>
              </w:rPr>
              <w:t xml:space="preserve">КИМ с </w:t>
            </w:r>
            <w:proofErr w:type="spellStart"/>
            <w:r w:rsidRPr="00D42718">
              <w:rPr>
                <w:rFonts w:cs="Times New Roman"/>
                <w:sz w:val="24"/>
                <w:szCs w:val="24"/>
                <w:lang w:eastAsia="ru-RU"/>
              </w:rPr>
              <w:t>оценочными</w:t>
            </w:r>
            <w:proofErr w:type="spellEnd"/>
            <w:r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2718">
              <w:rPr>
                <w:rFonts w:cs="Times New Roman"/>
                <w:sz w:val="24"/>
                <w:szCs w:val="24"/>
                <w:lang w:eastAsia="ru-RU"/>
              </w:rPr>
              <w:t>материалами</w:t>
            </w:r>
            <w:proofErr w:type="spellEnd"/>
          </w:p>
        </w:tc>
      </w:tr>
      <w:tr w:rsidR="006D0601" w:rsidRPr="006D0601" w:rsidTr="006D0601">
        <w:tc>
          <w:tcPr>
            <w:tcW w:w="562" w:type="dxa"/>
          </w:tcPr>
          <w:p w:rsidR="006D0601" w:rsidRDefault="006D0601" w:rsidP="00451CA7">
            <w:pPr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6D0601" w:rsidRPr="00D42718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eastAsia="ru-RU"/>
              </w:rPr>
            </w:pPr>
            <w:proofErr w:type="spellStart"/>
            <w:r w:rsidRPr="00D42718">
              <w:rPr>
                <w:rFonts w:cs="Times New Roman"/>
                <w:sz w:val="24"/>
                <w:szCs w:val="24"/>
                <w:lang w:eastAsia="ru-RU"/>
              </w:rPr>
              <w:t>Предметная</w:t>
            </w:r>
            <w:proofErr w:type="spellEnd"/>
          </w:p>
          <w:p w:rsidR="006D0601" w:rsidRPr="00D42718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eastAsia="ru-RU"/>
              </w:rPr>
            </w:pPr>
            <w:proofErr w:type="spellStart"/>
            <w:r w:rsidRPr="00D42718">
              <w:rPr>
                <w:rFonts w:cs="Times New Roman"/>
                <w:sz w:val="24"/>
                <w:szCs w:val="24"/>
                <w:lang w:eastAsia="ru-RU"/>
              </w:rPr>
              <w:t>компетенция</w:t>
            </w:r>
            <w:proofErr w:type="spellEnd"/>
          </w:p>
          <w:p w:rsid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eastAsia="ru-RU"/>
              </w:rPr>
            </w:pPr>
            <w:proofErr w:type="spellStart"/>
            <w:r w:rsidRPr="00D42718">
              <w:rPr>
                <w:rFonts w:cs="Times New Roman"/>
                <w:sz w:val="24"/>
                <w:szCs w:val="24"/>
                <w:lang w:eastAsia="ru-RU"/>
              </w:rPr>
              <w:t>учителя</w:t>
            </w:r>
            <w:proofErr w:type="spellEnd"/>
          </w:p>
        </w:tc>
        <w:tc>
          <w:tcPr>
            <w:tcW w:w="4536" w:type="dxa"/>
          </w:tcPr>
          <w:p w:rsidR="006D0601" w:rsidRP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val="ru-RU" w:eastAsia="ru-RU"/>
              </w:rPr>
            </w:pPr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>Скорректировать план методической работы и план повышения квалификации учителей</w:t>
            </w:r>
          </w:p>
        </w:tc>
        <w:tc>
          <w:tcPr>
            <w:tcW w:w="3374" w:type="dxa"/>
          </w:tcPr>
          <w:p w:rsidR="006D0601" w:rsidRP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val="ru-RU" w:eastAsia="ru-RU"/>
              </w:rPr>
            </w:pPr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>Программа повышения квалификации педагогов</w:t>
            </w:r>
          </w:p>
          <w:p w:rsidR="006D0601" w:rsidRP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val="ru-RU" w:eastAsia="ru-RU"/>
              </w:rPr>
            </w:pPr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>План методической работы</w:t>
            </w:r>
          </w:p>
          <w:p w:rsidR="006D0601" w:rsidRP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val="ru-RU" w:eastAsia="ru-RU"/>
              </w:rPr>
            </w:pPr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>Методическое сопровождение учителей через наставничество</w:t>
            </w:r>
          </w:p>
        </w:tc>
      </w:tr>
      <w:tr w:rsidR="006D0601" w:rsidRPr="006D0601" w:rsidTr="006D0601">
        <w:tc>
          <w:tcPr>
            <w:tcW w:w="562" w:type="dxa"/>
          </w:tcPr>
          <w:p w:rsidR="006D0601" w:rsidRDefault="006D0601" w:rsidP="00451CA7">
            <w:pPr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:rsidR="006D0601" w:rsidRP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val="ru-RU" w:eastAsia="ru-RU"/>
              </w:rPr>
            </w:pPr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 xml:space="preserve">Методика подготовки </w:t>
            </w:r>
            <w:proofErr w:type="gramStart"/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lastRenderedPageBreak/>
              <w:t>обучающихся</w:t>
            </w:r>
            <w:proofErr w:type="gramEnd"/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 xml:space="preserve"> к ВПР /без натаскивания по демоверсиям/</w:t>
            </w:r>
          </w:p>
        </w:tc>
        <w:tc>
          <w:tcPr>
            <w:tcW w:w="4536" w:type="dxa"/>
          </w:tcPr>
          <w:p w:rsidR="006D0601" w:rsidRP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val="ru-RU" w:eastAsia="ru-RU"/>
              </w:rPr>
            </w:pPr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lastRenderedPageBreak/>
              <w:t>Организация внеурочной деятельности.</w:t>
            </w:r>
          </w:p>
          <w:p w:rsidR="006D0601" w:rsidRP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val="ru-RU" w:eastAsia="ru-RU"/>
              </w:rPr>
            </w:pPr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 xml:space="preserve">Организация образовательного процесса </w:t>
            </w:r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lastRenderedPageBreak/>
              <w:t>с применением электронного обучения и дистанционных образовательных технологий</w:t>
            </w:r>
          </w:p>
        </w:tc>
        <w:tc>
          <w:tcPr>
            <w:tcW w:w="3374" w:type="dxa"/>
          </w:tcPr>
          <w:p w:rsidR="006D0601" w:rsidRP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val="ru-RU" w:eastAsia="ru-RU"/>
              </w:rPr>
            </w:pPr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lastRenderedPageBreak/>
              <w:t>Программа внеурочной деятельности</w:t>
            </w:r>
          </w:p>
          <w:p w:rsidR="006D0601" w:rsidRP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val="ru-RU" w:eastAsia="ru-RU"/>
              </w:rPr>
            </w:pPr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lastRenderedPageBreak/>
              <w:t>Проекты «</w:t>
            </w:r>
            <w:proofErr w:type="spellStart"/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>ПРОчтение</w:t>
            </w:r>
            <w:proofErr w:type="spellEnd"/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>», «</w:t>
            </w:r>
            <w:proofErr w:type="spellStart"/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>ПРОчтецкие</w:t>
            </w:r>
            <w:proofErr w:type="spellEnd"/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 xml:space="preserve"> клубы»</w:t>
            </w:r>
          </w:p>
        </w:tc>
      </w:tr>
      <w:tr w:rsidR="006D0601" w:rsidRPr="006D0601" w:rsidTr="006D0601">
        <w:tc>
          <w:tcPr>
            <w:tcW w:w="562" w:type="dxa"/>
          </w:tcPr>
          <w:p w:rsidR="006D0601" w:rsidRDefault="006D0601" w:rsidP="00451CA7">
            <w:pPr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268" w:type="dxa"/>
          </w:tcPr>
          <w:p w:rsid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eastAsia="ru-RU"/>
              </w:rPr>
            </w:pPr>
            <w:proofErr w:type="spellStart"/>
            <w:r w:rsidRPr="00D42718">
              <w:rPr>
                <w:rFonts w:cs="Times New Roman"/>
                <w:sz w:val="24"/>
                <w:szCs w:val="24"/>
                <w:lang w:eastAsia="ru-RU"/>
              </w:rPr>
              <w:t>Повышение</w:t>
            </w:r>
            <w:proofErr w:type="spellEnd"/>
            <w:r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2718">
              <w:rPr>
                <w:rFonts w:cs="Times New Roman"/>
                <w:sz w:val="24"/>
                <w:szCs w:val="24"/>
                <w:lang w:eastAsia="ru-RU"/>
              </w:rPr>
              <w:t>качества</w:t>
            </w:r>
            <w:proofErr w:type="spellEnd"/>
            <w:r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2718">
              <w:rPr>
                <w:rFonts w:cs="Times New Roman"/>
                <w:sz w:val="24"/>
                <w:szCs w:val="24"/>
                <w:lang w:eastAsia="ru-RU"/>
              </w:rPr>
              <w:t>подготовки</w:t>
            </w:r>
            <w:proofErr w:type="spellEnd"/>
            <w:r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2718">
              <w:rPr>
                <w:rFonts w:cs="Times New Roman"/>
                <w:sz w:val="24"/>
                <w:szCs w:val="24"/>
                <w:lang w:eastAsia="ru-RU"/>
              </w:rPr>
              <w:t>учащихся</w:t>
            </w:r>
            <w:proofErr w:type="spellEnd"/>
          </w:p>
        </w:tc>
        <w:tc>
          <w:tcPr>
            <w:tcW w:w="4536" w:type="dxa"/>
          </w:tcPr>
          <w:p w:rsidR="006D0601" w:rsidRP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val="ru-RU" w:eastAsia="ru-RU"/>
              </w:rPr>
            </w:pPr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 xml:space="preserve">Для достижения планируемых результатов необходимо реализовать </w:t>
            </w:r>
            <w:proofErr w:type="spellStart"/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>системнодеятельностный</w:t>
            </w:r>
            <w:proofErr w:type="spellEnd"/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 xml:space="preserve"> подход к проектированию уроков, который предполагает включение ребенка в активную познавательную деятельность, наблюдение за объектами и предметами, выполнение действий моделирования, поиска и преобразования информации, выделения существенных признаков и установление </w:t>
            </w:r>
            <w:proofErr w:type="spellStart"/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>причинноследственных</w:t>
            </w:r>
            <w:proofErr w:type="spellEnd"/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 xml:space="preserve"> связей, работе с текстом</w:t>
            </w:r>
          </w:p>
          <w:p w:rsidR="006D0601" w:rsidRP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val="ru-RU" w:eastAsia="ru-RU"/>
              </w:rPr>
            </w:pPr>
          </w:p>
          <w:p w:rsidR="006D0601" w:rsidRP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val="ru-RU" w:eastAsia="ru-RU"/>
              </w:rPr>
            </w:pPr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 xml:space="preserve">Включение в планирование заданий на развитие вариативности мышления обучающихся и способности применения знаний в новой ситуации, создавать и преобразовывать модели и схемы для экспериментальных задач, включать учебно-практические задания, которые диагностируют степень </w:t>
            </w:r>
            <w:proofErr w:type="spellStart"/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>сформированности</w:t>
            </w:r>
            <w:proofErr w:type="spellEnd"/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 xml:space="preserve"> УУД.</w:t>
            </w:r>
          </w:p>
        </w:tc>
        <w:tc>
          <w:tcPr>
            <w:tcW w:w="3374" w:type="dxa"/>
          </w:tcPr>
          <w:p w:rsidR="006D0601" w:rsidRP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val="ru-RU" w:eastAsia="ru-RU"/>
              </w:rPr>
            </w:pPr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 xml:space="preserve">План мероприятий </w:t>
            </w:r>
          </w:p>
          <w:p w:rsidR="006D0601" w:rsidRP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val="ru-RU" w:eastAsia="ru-RU"/>
              </w:rPr>
            </w:pPr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>База заданий</w:t>
            </w:r>
          </w:p>
          <w:p w:rsidR="006D0601" w:rsidRP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val="ru-RU" w:eastAsia="ru-RU"/>
              </w:rPr>
            </w:pPr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>Справки по итогам ВСОКО</w:t>
            </w:r>
          </w:p>
        </w:tc>
      </w:tr>
      <w:tr w:rsidR="006D0601" w:rsidTr="006D0601">
        <w:tc>
          <w:tcPr>
            <w:tcW w:w="562" w:type="dxa"/>
          </w:tcPr>
          <w:p w:rsidR="006D0601" w:rsidRDefault="006D0601" w:rsidP="00451CA7">
            <w:pPr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</w:tcPr>
          <w:p w:rsidR="006D0601" w:rsidRPr="003F360F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eastAsia="ru-RU"/>
              </w:rPr>
            </w:pPr>
            <w:proofErr w:type="spellStart"/>
            <w:r w:rsidRPr="003F360F">
              <w:rPr>
                <w:rFonts w:cs="Times New Roman"/>
                <w:sz w:val="24"/>
                <w:szCs w:val="24"/>
                <w:lang w:eastAsia="ru-RU"/>
              </w:rPr>
              <w:t>Объективность</w:t>
            </w:r>
            <w:proofErr w:type="spellEnd"/>
          </w:p>
          <w:p w:rsidR="006D0601" w:rsidRPr="003F360F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eastAsia="ru-RU"/>
              </w:rPr>
            </w:pPr>
            <w:proofErr w:type="spellStart"/>
            <w:r w:rsidRPr="003F360F">
              <w:rPr>
                <w:rFonts w:cs="Times New Roman"/>
                <w:sz w:val="24"/>
                <w:szCs w:val="24"/>
                <w:lang w:eastAsia="ru-RU"/>
              </w:rPr>
              <w:t>полученных</w:t>
            </w:r>
            <w:proofErr w:type="spellEnd"/>
          </w:p>
          <w:p w:rsidR="006D0601" w:rsidRPr="00D42718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eastAsia="ru-RU"/>
              </w:rPr>
            </w:pPr>
            <w:proofErr w:type="spellStart"/>
            <w:r w:rsidRPr="003F360F">
              <w:rPr>
                <w:rFonts w:cs="Times New Roman"/>
                <w:sz w:val="24"/>
                <w:szCs w:val="24"/>
                <w:lang w:eastAsia="ru-RU"/>
              </w:rPr>
              <w:t>результатов</w:t>
            </w:r>
            <w:proofErr w:type="spellEnd"/>
          </w:p>
        </w:tc>
        <w:tc>
          <w:tcPr>
            <w:tcW w:w="4536" w:type="dxa"/>
          </w:tcPr>
          <w:p w:rsidR="006D0601" w:rsidRP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val="ru-RU" w:eastAsia="ru-RU"/>
              </w:rPr>
            </w:pPr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 xml:space="preserve"> Внести коррективы в план </w:t>
            </w:r>
            <w:proofErr w:type="spellStart"/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>внутришкольного</w:t>
            </w:r>
            <w:proofErr w:type="spellEnd"/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 xml:space="preserve"> контроля по обеспечению качества общего образования в условиях реализации ФГОС, отслеживания результативности работы учителя по ликвидации выявленных проблем, особого статуса при проведении промежуточной аттестации </w:t>
            </w:r>
          </w:p>
          <w:p w:rsidR="006D0601" w:rsidRP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val="ru-RU" w:eastAsia="ru-RU"/>
              </w:rPr>
            </w:pPr>
          </w:p>
          <w:p w:rsidR="006D0601" w:rsidRP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val="ru-RU" w:eastAsia="ru-RU"/>
              </w:rPr>
            </w:pPr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>Ввести в практику рассмотрение на заседаниях педагогических советов вопросов объективности полученных результатов независимой оценки, их использования в целях повышения качества образования</w:t>
            </w:r>
          </w:p>
        </w:tc>
        <w:tc>
          <w:tcPr>
            <w:tcW w:w="3374" w:type="dxa"/>
          </w:tcPr>
          <w:p w:rsid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eastAsia="ru-RU"/>
              </w:rPr>
              <w:t>План</w:t>
            </w:r>
            <w:proofErr w:type="spellEnd"/>
            <w:r>
              <w:rPr>
                <w:rFonts w:cs="Times New Roman"/>
                <w:sz w:val="24"/>
                <w:szCs w:val="24"/>
                <w:lang w:eastAsia="ru-RU"/>
              </w:rPr>
              <w:t xml:space="preserve"> ВСОКО</w:t>
            </w:r>
          </w:p>
          <w:p w:rsid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eastAsia="ru-RU"/>
              </w:rPr>
            </w:pPr>
          </w:p>
          <w:p w:rsid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eastAsia="ru-RU"/>
              </w:rPr>
            </w:pPr>
          </w:p>
          <w:p w:rsid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eastAsia="ru-RU"/>
              </w:rPr>
            </w:pPr>
          </w:p>
          <w:p w:rsid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eastAsia="ru-RU"/>
              </w:rPr>
            </w:pPr>
          </w:p>
          <w:p w:rsid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eastAsia="ru-RU"/>
              </w:rPr>
            </w:pPr>
          </w:p>
          <w:p w:rsid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eastAsia="ru-RU"/>
              </w:rPr>
            </w:pPr>
          </w:p>
          <w:p w:rsid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eastAsia="ru-RU"/>
              </w:rPr>
            </w:pPr>
          </w:p>
          <w:p w:rsid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eastAsia="ru-RU"/>
              </w:rPr>
            </w:pPr>
          </w:p>
          <w:p w:rsid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eastAsia="ru-RU"/>
              </w:rPr>
            </w:pPr>
          </w:p>
          <w:p w:rsid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eastAsia="ru-RU"/>
              </w:rPr>
              <w:t>План</w:t>
            </w:r>
            <w:proofErr w:type="spellEnd"/>
            <w:r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  <w:lang w:eastAsia="ru-RU"/>
              </w:rPr>
              <w:t>педсоветов</w:t>
            </w:r>
            <w:proofErr w:type="spellEnd"/>
          </w:p>
        </w:tc>
      </w:tr>
      <w:tr w:rsidR="006D0601" w:rsidTr="006D0601">
        <w:tc>
          <w:tcPr>
            <w:tcW w:w="562" w:type="dxa"/>
          </w:tcPr>
          <w:p w:rsidR="006D0601" w:rsidRDefault="006D0601" w:rsidP="00451CA7">
            <w:pPr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</w:tcPr>
          <w:p w:rsidR="006D0601" w:rsidRPr="003F360F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eastAsia="ru-RU"/>
              </w:rPr>
            </w:pPr>
            <w:proofErr w:type="spellStart"/>
            <w:r w:rsidRPr="003F360F">
              <w:rPr>
                <w:rFonts w:cs="Times New Roman"/>
                <w:sz w:val="24"/>
                <w:szCs w:val="24"/>
                <w:lang w:eastAsia="ru-RU"/>
              </w:rPr>
              <w:t>Информирование</w:t>
            </w:r>
            <w:proofErr w:type="spellEnd"/>
          </w:p>
          <w:p w:rsidR="006D0601" w:rsidRPr="00D42718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eastAsia="ru-RU"/>
              </w:rPr>
            </w:pPr>
            <w:proofErr w:type="spellStart"/>
            <w:r w:rsidRPr="003F360F">
              <w:rPr>
                <w:rFonts w:cs="Times New Roman"/>
                <w:sz w:val="24"/>
                <w:szCs w:val="24"/>
                <w:lang w:eastAsia="ru-RU"/>
              </w:rPr>
              <w:t>родителе</w:t>
            </w:r>
            <w:r>
              <w:rPr>
                <w:rFonts w:cs="Times New Roman"/>
                <w:sz w:val="24"/>
                <w:szCs w:val="24"/>
                <w:lang w:eastAsia="ru-RU"/>
              </w:rPr>
              <w:t>й</w:t>
            </w:r>
            <w:proofErr w:type="spellEnd"/>
          </w:p>
        </w:tc>
        <w:tc>
          <w:tcPr>
            <w:tcW w:w="4536" w:type="dxa"/>
          </w:tcPr>
          <w:p w:rsidR="006D0601" w:rsidRP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val="ru-RU" w:eastAsia="ru-RU"/>
              </w:rPr>
            </w:pPr>
            <w:r w:rsidRPr="006D0601">
              <w:rPr>
                <w:rFonts w:cs="Times New Roman"/>
                <w:sz w:val="24"/>
                <w:szCs w:val="24"/>
                <w:lang w:val="ru-RU" w:eastAsia="ru-RU"/>
              </w:rPr>
              <w:t>Информировать родителей о целях и задачах проводимых исследований по оценке качества образования, обеспечить индивидуальное ознакомление родителей с результатами независимой оценки их детей</w:t>
            </w:r>
          </w:p>
        </w:tc>
        <w:tc>
          <w:tcPr>
            <w:tcW w:w="3374" w:type="dxa"/>
          </w:tcPr>
          <w:p w:rsid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eastAsia="ru-RU"/>
              </w:rPr>
              <w:t>Протоколы</w:t>
            </w:r>
            <w:proofErr w:type="spellEnd"/>
            <w:r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  <w:lang w:eastAsia="ru-RU"/>
              </w:rPr>
              <w:t>родительских</w:t>
            </w:r>
            <w:proofErr w:type="spellEnd"/>
            <w:r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  <w:lang w:eastAsia="ru-RU"/>
              </w:rPr>
              <w:t>собраний</w:t>
            </w:r>
            <w:proofErr w:type="spellEnd"/>
          </w:p>
        </w:tc>
      </w:tr>
      <w:tr w:rsidR="006D0601" w:rsidTr="006D0601">
        <w:tc>
          <w:tcPr>
            <w:tcW w:w="562" w:type="dxa"/>
          </w:tcPr>
          <w:p w:rsidR="006D0601" w:rsidRDefault="006D0601" w:rsidP="00451CA7">
            <w:pPr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</w:tcPr>
          <w:p w:rsidR="006D0601" w:rsidRPr="00D42718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eastAsia="ru-RU"/>
              </w:rPr>
              <w:t>Содержание</w:t>
            </w:r>
            <w:proofErr w:type="spellEnd"/>
            <w:r>
              <w:rPr>
                <w:rFonts w:cs="Times New Roman"/>
                <w:sz w:val="24"/>
                <w:szCs w:val="24"/>
                <w:lang w:eastAsia="ru-RU"/>
              </w:rPr>
              <w:t xml:space="preserve"> ВПР</w:t>
            </w:r>
          </w:p>
        </w:tc>
        <w:tc>
          <w:tcPr>
            <w:tcW w:w="4536" w:type="dxa"/>
          </w:tcPr>
          <w:p w:rsidR="006D0601" w:rsidRPr="00D42718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eastAsia="ru-RU"/>
              </w:rPr>
              <w:t>Выбор</w:t>
            </w:r>
            <w:proofErr w:type="spellEnd"/>
            <w:r>
              <w:rPr>
                <w:rFonts w:cs="Times New Roman"/>
                <w:sz w:val="24"/>
                <w:szCs w:val="24"/>
                <w:lang w:eastAsia="ru-RU"/>
              </w:rPr>
              <w:t xml:space="preserve"> УМК, </w:t>
            </w:r>
            <w:proofErr w:type="spellStart"/>
            <w:r>
              <w:rPr>
                <w:rFonts w:cs="Times New Roman"/>
                <w:sz w:val="24"/>
                <w:szCs w:val="24"/>
                <w:lang w:eastAsia="ru-RU"/>
              </w:rPr>
              <w:t>корректировка</w:t>
            </w:r>
            <w:proofErr w:type="spellEnd"/>
            <w:r>
              <w:rPr>
                <w:rFonts w:cs="Times New Roman"/>
                <w:sz w:val="24"/>
                <w:szCs w:val="24"/>
                <w:lang w:eastAsia="ru-RU"/>
              </w:rPr>
              <w:t xml:space="preserve"> ООП</w:t>
            </w:r>
          </w:p>
        </w:tc>
        <w:tc>
          <w:tcPr>
            <w:tcW w:w="3374" w:type="dxa"/>
          </w:tcPr>
          <w:p w:rsidR="006D0601" w:rsidRDefault="006D0601" w:rsidP="00451CA7">
            <w:pPr>
              <w:tabs>
                <w:tab w:val="left" w:pos="851"/>
              </w:tabs>
              <w:rPr>
                <w:rFonts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eastAsia="ru-RU"/>
              </w:rPr>
              <w:t>Перечень</w:t>
            </w:r>
            <w:proofErr w:type="spellEnd"/>
            <w:r>
              <w:rPr>
                <w:rFonts w:cs="Times New Roman"/>
                <w:sz w:val="24"/>
                <w:szCs w:val="24"/>
                <w:lang w:eastAsia="ru-RU"/>
              </w:rPr>
              <w:t xml:space="preserve"> УМК, </w:t>
            </w:r>
            <w:proofErr w:type="spellStart"/>
            <w:r>
              <w:rPr>
                <w:rFonts w:cs="Times New Roman"/>
                <w:sz w:val="24"/>
                <w:szCs w:val="24"/>
                <w:lang w:eastAsia="ru-RU"/>
              </w:rPr>
              <w:t>учебный</w:t>
            </w:r>
            <w:proofErr w:type="spellEnd"/>
            <w:r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  <w:lang w:eastAsia="ru-RU"/>
              </w:rPr>
              <w:t>план</w:t>
            </w:r>
            <w:proofErr w:type="spellEnd"/>
          </w:p>
        </w:tc>
      </w:tr>
    </w:tbl>
    <w:p w:rsidR="0070134D" w:rsidRDefault="0070134D" w:rsidP="006D0601">
      <w:pPr>
        <w:spacing w:after="60"/>
      </w:pPr>
    </w:p>
    <w:sectPr w:rsidR="0070134D" w:rsidSect="00034616">
      <w:pgSz w:w="12240" w:h="15840" w:orient="landscape"/>
      <w:pgMar w:top="680" w:right="680" w:bottom="680" w:left="68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6168" w:rsidRDefault="000B6168">
      <w:pPr>
        <w:spacing w:after="0" w:line="240" w:lineRule="auto"/>
      </w:pPr>
      <w:r>
        <w:separator/>
      </w:r>
    </w:p>
  </w:endnote>
  <w:endnote w:type="continuationSeparator" w:id="0">
    <w:p w:rsidR="000B6168" w:rsidRDefault="000B6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A6B" w:rsidRDefault="00F57A6B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4D" w:rsidRDefault="000B6168">
    <w:pPr>
      <w:pStyle w:val="a7"/>
      <w:jc w:val="right"/>
    </w:pPr>
    <w:proofErr w:type="spellStart"/>
    <w:r>
      <w:rPr>
        <w:sz w:val="18"/>
      </w:rPr>
      <w:t>Страница</w:t>
    </w:r>
    <w:proofErr w:type="spellEnd"/>
    <w:r>
      <w:rPr>
        <w:sz w:val="18"/>
      </w:rPr>
      <w:t xml:space="preserve"> </w:t>
    </w:r>
    <w:r w:rsidR="00FC65F0">
      <w:rPr>
        <w:sz w:val="18"/>
      </w:rPr>
      <w:fldChar w:fldCharType="begin"/>
    </w:r>
    <w:r>
      <w:rPr>
        <w:sz w:val="18"/>
      </w:rPr>
      <w:instrText>PAGE</w:instrText>
    </w:r>
    <w:r w:rsidR="00FC65F0">
      <w:rPr>
        <w:sz w:val="18"/>
      </w:rPr>
      <w:fldChar w:fldCharType="separate"/>
    </w:r>
    <w:r w:rsidR="006D0601">
      <w:rPr>
        <w:noProof/>
        <w:sz w:val="18"/>
      </w:rPr>
      <w:t>21</w:t>
    </w:r>
    <w:r w:rsidR="00FC65F0">
      <w:rPr>
        <w:sz w:val="18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A6B" w:rsidRDefault="00F57A6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6168" w:rsidRDefault="000B6168">
      <w:pPr>
        <w:spacing w:after="0" w:line="240" w:lineRule="auto"/>
      </w:pPr>
      <w:r>
        <w:separator/>
      </w:r>
    </w:p>
  </w:footnote>
  <w:footnote w:type="continuationSeparator" w:id="0">
    <w:p w:rsidR="000B6168" w:rsidRDefault="000B6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A6B" w:rsidRDefault="00F57A6B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4D" w:rsidRPr="00863762" w:rsidRDefault="000B6168" w:rsidP="00863762">
    <w:pPr>
      <w:pStyle w:val="a5"/>
      <w:jc w:val="center"/>
      <w:rPr>
        <w:lang w:val="ru-RU"/>
      </w:rPr>
    </w:pPr>
    <w:r w:rsidRPr="00863762">
      <w:rPr>
        <w:color w:val="1F4E78"/>
        <w:sz w:val="18"/>
        <w:lang w:val="ru-RU"/>
      </w:rPr>
      <w:t xml:space="preserve">МБОУ «СОШ с. </w:t>
    </w:r>
    <w:proofErr w:type="spellStart"/>
    <w:r w:rsidRPr="00863762">
      <w:rPr>
        <w:color w:val="1F4E78"/>
        <w:sz w:val="18"/>
        <w:lang w:val="ru-RU"/>
      </w:rPr>
      <w:t>Байтарки</w:t>
    </w:r>
    <w:proofErr w:type="spellEnd"/>
    <w:r w:rsidRPr="00863762">
      <w:rPr>
        <w:color w:val="1F4E78"/>
        <w:sz w:val="18"/>
        <w:lang w:val="ru-RU"/>
      </w:rPr>
      <w:t>»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A6B" w:rsidRDefault="00F57A6B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>
    <w:nsid w:val="30491C96"/>
    <w:multiLevelType w:val="hybridMultilevel"/>
    <w:tmpl w:val="BDF876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AF5C42"/>
    <w:multiLevelType w:val="hybridMultilevel"/>
    <w:tmpl w:val="3F4E095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1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0B6168"/>
    <w:rsid w:val="0015074B"/>
    <w:rsid w:val="0029639D"/>
    <w:rsid w:val="00326F90"/>
    <w:rsid w:val="004C359E"/>
    <w:rsid w:val="006D0601"/>
    <w:rsid w:val="0070134D"/>
    <w:rsid w:val="007D2577"/>
    <w:rsid w:val="00863762"/>
    <w:rsid w:val="00AA1D8D"/>
    <w:rsid w:val="00B47730"/>
    <w:rsid w:val="00CB0664"/>
    <w:rsid w:val="00F57A6B"/>
    <w:rsid w:val="00FC65F0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1F4E78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1F4E78"/>
      <w:sz w:val="30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/>
      <w:b/>
      <w:bCs/>
      <w:color w:val="1F1F1F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before="160" w:after="10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44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3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6D0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6D060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3.xml"/><Relationship Id="rId39" Type="http://schemas.openxmlformats.org/officeDocument/2006/relationships/image" Target="media/image26.png"/><Relationship Id="rId21" Type="http://schemas.openxmlformats.org/officeDocument/2006/relationships/image" Target="media/image14.png"/><Relationship Id="rId34" Type="http://schemas.openxmlformats.org/officeDocument/2006/relationships/image" Target="media/image21.png"/><Relationship Id="rId42" Type="http://schemas.openxmlformats.org/officeDocument/2006/relationships/image" Target="media/image29.png"/><Relationship Id="rId47" Type="http://schemas.openxmlformats.org/officeDocument/2006/relationships/image" Target="media/image34.png"/><Relationship Id="rId50" Type="http://schemas.openxmlformats.org/officeDocument/2006/relationships/image" Target="media/image37.png"/><Relationship Id="rId55" Type="http://schemas.openxmlformats.org/officeDocument/2006/relationships/image" Target="media/image42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33" Type="http://schemas.openxmlformats.org/officeDocument/2006/relationships/image" Target="media/image20.png"/><Relationship Id="rId38" Type="http://schemas.openxmlformats.org/officeDocument/2006/relationships/image" Target="media/image25.png"/><Relationship Id="rId46" Type="http://schemas.openxmlformats.org/officeDocument/2006/relationships/image" Target="media/image33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16.png"/><Relationship Id="rId41" Type="http://schemas.openxmlformats.org/officeDocument/2006/relationships/image" Target="media/image28.png"/><Relationship Id="rId54" Type="http://schemas.openxmlformats.org/officeDocument/2006/relationships/image" Target="media/image4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image" Target="media/image27.png"/><Relationship Id="rId45" Type="http://schemas.openxmlformats.org/officeDocument/2006/relationships/image" Target="media/image32.png"/><Relationship Id="rId53" Type="http://schemas.openxmlformats.org/officeDocument/2006/relationships/image" Target="media/image4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2.xml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49" Type="http://schemas.openxmlformats.org/officeDocument/2006/relationships/image" Target="media/image36.png"/><Relationship Id="rId57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18.png"/><Relationship Id="rId44" Type="http://schemas.openxmlformats.org/officeDocument/2006/relationships/image" Target="media/image31.png"/><Relationship Id="rId52" Type="http://schemas.openxmlformats.org/officeDocument/2006/relationships/image" Target="media/image3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43" Type="http://schemas.openxmlformats.org/officeDocument/2006/relationships/image" Target="media/image30.png"/><Relationship Id="rId48" Type="http://schemas.openxmlformats.org/officeDocument/2006/relationships/image" Target="media/image35.png"/><Relationship Id="rId56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38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2ECE9FF-2F3D-45FA-B55C-8C24A47E3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140</Pages>
  <Words>34592</Words>
  <Characters>197178</Characters>
  <Application>Microsoft Office Word</Application>
  <DocSecurity>0</DocSecurity>
  <Lines>1643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231308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Аналитическая справка ВПР-2026 — МБОУ СОШ с. Байтарки</dc:title>
  <dc:subject>Результаты ВПР-2026 по всем классам и предметам</dc:subject>
  <dc:creator>МБОУ «СОШ с. Байтарки»</dc:creator>
  <cp:keywords/>
  <dc:description>generated by python-docx</dc:description>
  <cp:lastModifiedBy>Пользователь</cp:lastModifiedBy>
  <cp:revision>4</cp:revision>
  <dcterms:created xsi:type="dcterms:W3CDTF">2013-12-23T23:15:00Z</dcterms:created>
  <dcterms:modified xsi:type="dcterms:W3CDTF">2026-09-04T04:32:00Z</dcterms:modified>
  <cp:category/>
</cp:coreProperties>
</file>